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 AirAsia launches free Silver Care service to ease senior travellers' airport experience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 AirAsia has introduced a new "Silver Care" service for passengers aged 60 and above on domestic flights across Thailand, adding a small but useful layer of comfort for older travellers and one accompanying companion. The airline says the package is free of charge and is intended to make airport time and boarding less stressful for families heading away for a short break or a visit home.</w:t>
      </w:r>
      <w:r/>
    </w:p>
    <w:p>
      <w:r/>
      <w:r>
        <w:t>The benefits are straightforward: priority check-in, priority baggage collection and a seat-together option, subject to availability. To use the service, eligible travellers need to show a valid ID at the check-in counter. For visitors planning internal hops between Thai cities, that could mean less queuing and a smoother start and finish to the journey.</w:t>
      </w:r>
      <w:r/>
    </w:p>
    <w:p>
      <w:r/>
      <w:r>
        <w:t>At Don Mueang International Airport, the dedicated Silver Care point is Counter 10J in Domestic Terminal 2, where Thai AirAsia says senior passengers should look for signage and ground staff ready to help. Similar facilities are available at other domestic airports, according to AirAsia’s newsroom update, although the airline has not said the service changes the underlying flight experience beyond the added airport assistance.</w:t>
      </w:r>
      <w:r/>
    </w:p>
    <w:p>
      <w:r/>
      <w:r>
        <w:t>Thai AirAsia head of commercial Tansita Akrarittipirom said the airline had trained ground and cabin staff specifically to support older passengers and their families, and that the launch is timed for the busy year-end travel period. For travellers visiting Thailand, the new offering may be most valuable on crowded domestic routes, where a little extra priority can save time and reduce hassle.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https://www.ttrweekly.com/site/2026/09/thai-airasia-ushers-in-silver-care-for-seniors/</w:t>
        </w:r>
      </w:hyperlink>
      <w:r>
        <w:t xml:space="preserve"> - Please view link - unable to able to access data</w:t>
      </w:r>
      <w:r/>
    </w:p>
    <w:p>
      <w:pPr>
        <w:pStyle w:val="ListNumber"/>
        <w:spacing w:line="240" w:lineRule="auto"/>
        <w:ind w:left="720"/>
      </w:pPr>
      <w:r/>
      <w:hyperlink r:id="rId10">
        <w:r>
          <w:rPr>
            <w:color w:val="0000EE"/>
            <w:u w:val="single"/>
          </w:rPr>
          <w:t>https://newsroom.airasia.com/news/thai-airasia-launches-silver-care-for-senior-travelers-enjoy-a-worry-free-getaway-with-priority-check-in-baggage-and-seating-th</w:t>
        </w:r>
      </w:hyperlink>
      <w:r>
        <w:t xml:space="preserve"> - Thai AirAsia has introduced 'Silver Care', a service aimed at enhancing the travel experience for passengers aged 60 and above on all domestic flights within Thailand. This initiative offers complimentary benefits such as Priority Check-in, Priority Baggage claim, and a Seat Together service, subject to seat availability. To avail these perks, eligible passengers need to present a valid ID at the check-in counter, which also extends to one travel companion. The service is available at Don Mueang International Airport's dedicated Counter 10J in Domestic Terminal 2, with similar facilities at other domestic airports.</w:t>
      </w:r>
      <w:r/>
    </w:p>
    <w:p>
      <w:pPr>
        <w:pStyle w:val="ListNumber"/>
        <w:spacing w:line="240" w:lineRule="auto"/>
        <w:ind w:left="720"/>
      </w:pPr>
      <w:r/>
      <w:hyperlink r:id="rId12">
        <w:r>
          <w:rPr>
            <w:color w:val="0000EE"/>
            <w:u w:val="single"/>
          </w:rPr>
          <w:t>https://thethaiger.com/hot-news/transport/thai-airasia-silver-care-offers-seniors-free-perks</w:t>
        </w:r>
      </w:hyperlink>
      <w:r>
        <w:t xml:space="preserve"> - Thai AirAsia has launched 'Silver Care', a complimentary service for passengers aged 60 and above on all domestic flights in Thailand. The service includes Priority Check-in, Priority Baggage claim, and a Seat Together service, subject to seat availability. To access these benefits, eligible passengers must present a valid ID at the check-in counter, with privileges extending to one travel companion. At Don Mueang International Airport, the Silver Care check-in is available at dedicated Counter 10J in Domestic Terminal 2.</w:t>
      </w:r>
      <w:r/>
    </w:p>
    <w:p>
      <w:pPr>
        <w:pStyle w:val="ListNumber"/>
        <w:spacing w:line="240" w:lineRule="auto"/>
        <w:ind w:left="720"/>
      </w:pPr>
      <w:r/>
      <w:hyperlink r:id="rId11">
        <w:r>
          <w:rPr>
            <w:color w:val="0000EE"/>
            <w:u w:val="single"/>
          </w:rPr>
          <w:t>https://newsroom.airasia.com/news/category/Thailand</w:t>
        </w:r>
      </w:hyperlink>
      <w:r>
        <w:t xml:space="preserve"> - The AirAsia Newsroom provides updates and information on various developments in Thailand, including the recent launch of the 'Silver Care' service by Thai AirAsia. This service is designed to offer senior travelers aged 60 and above a more comfortable and convenient journey on all domestic flights across Thailand, featuring benefits such as Priority Check-in, Priority Baggage claim, and a Seat Together service, all at no extra cost.</w:t>
      </w:r>
      <w:r/>
    </w:p>
    <w:p>
      <w:pPr>
        <w:pStyle w:val="ListNumber"/>
        <w:spacing w:line="240" w:lineRule="auto"/>
        <w:ind w:left="720"/>
      </w:pPr>
      <w:r/>
      <w:hyperlink r:id="rId13">
        <w:r>
          <w:rPr>
            <w:color w:val="0000EE"/>
            <w:u w:val="single"/>
          </w:rPr>
          <w:t>https://newsroom.airasia.com/news/category/English</w:t>
        </w:r>
      </w:hyperlink>
      <w:r>
        <w:t xml:space="preserve"> - The AirAsia Newsroom offers news and updates in English, covering various topics including the introduction of the 'Silver Care' service by Thai AirAsia. This service aims to enhance the travel experience for senior passengers aged 60 and above on all domestic flights within Thailand, providing benefits like Priority Check-in, Priority Baggage claim, and a Seat Together service at no additional cost.</w:t>
      </w:r>
      <w:r/>
    </w:p>
    <w:p>
      <w:pPr>
        <w:pStyle w:val="ListNumber"/>
        <w:spacing w:line="240" w:lineRule="auto"/>
        <w:ind w:left="720"/>
      </w:pPr>
      <w:r/>
      <w:hyperlink r:id="rId15">
        <w:r>
          <w:rPr>
            <w:color w:val="0000EE"/>
            <w:u w:val="single"/>
          </w:rPr>
          <w:t>https://newsroom.airasia.com/news/category/News</w:t>
        </w:r>
      </w:hyperlink>
      <w:r>
        <w:t xml:space="preserve"> - The AirAsia Newsroom features a category dedicated to news updates, including the recent announcement of the 'Silver Care' service by Thai AirAsia. This initiative is tailored to provide senior travelers aged 60 and above with a more comfortable and convenient journey on all domestic flights across Thailand, offering perks such as Priority Check-in, Priority Baggage claim, and a Seat Together service at no extra charge.</w:t>
      </w:r>
      <w:r/>
    </w:p>
    <w:p>
      <w:pPr>
        <w:pStyle w:val="ListNumber"/>
        <w:spacing w:line="240" w:lineRule="auto"/>
        <w:ind w:left="720"/>
      </w:pPr>
      <w:r/>
      <w:hyperlink r:id="rId16">
        <w:r>
          <w:rPr>
            <w:color w:val="0000EE"/>
            <w:u w:val="single"/>
          </w:rPr>
          <w:t>https://newsroom-airasia.squarespace.com/news/category/Thailand</w:t>
        </w:r>
      </w:hyperlink>
      <w:r>
        <w:t xml:space="preserve"> - The AirAsia Newsroom's Thailand category provides updates on developments within the country, including the launch of the 'Silver Care' service by Thai AirAsia. This service is designed to ensure senior travelers aged 60 and above enjoy a more comfortable and convenient journey on all domestic flights across Thailand, offering benefits like Priority Check-in, Priority Baggage claim, and a Seat Together service at no additional cost.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trweekly.com/site/2026/09/thai-airasia-ushers-in-silver-care-for-seniors/" TargetMode="External"/><Relationship Id="rId10" Type="http://schemas.openxmlformats.org/officeDocument/2006/relationships/hyperlink" Target="https://newsroom.airasia.com/news/thai-airasia-launches-silver-care-for-senior-travelers-enjoy-a-worry-free-getaway-with-priority-check-in-baggage-and-seating-th" TargetMode="External"/><Relationship Id="rId11" Type="http://schemas.openxmlformats.org/officeDocument/2006/relationships/hyperlink" Target="https://newsroom.airasia.com/news/category/Thailand" TargetMode="External"/><Relationship Id="rId12" Type="http://schemas.openxmlformats.org/officeDocument/2006/relationships/hyperlink" Target="https://thethaiger.com/hot-news/transport/thai-airasia-silver-care-offers-seniors-free-perks" TargetMode="External"/><Relationship Id="rId13" Type="http://schemas.openxmlformats.org/officeDocument/2006/relationships/hyperlink" Target="https://newsroom.airasia.com/news/category/English" TargetMode="External"/><Relationship Id="rId14" Type="http://schemas.openxmlformats.org/officeDocument/2006/relationships/hyperlink" Target="https://www.noahwire.com" TargetMode="External"/><Relationship Id="rId15" Type="http://schemas.openxmlformats.org/officeDocument/2006/relationships/hyperlink" Target="https://newsroom.airasia.com/news/category/News" TargetMode="External"/><Relationship Id="rId16" Type="http://schemas.openxmlformats.org/officeDocument/2006/relationships/hyperlink" Target="https://newsroom-airasia.squarespace.com/news/category/Thai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