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launches direct Milan to Bangkok flights with competitive fares for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 Airways is selling direct return fares from Milan to Bangkok from €592, with tickets on sale for travel in May and June 2027, according to fare round-ups and the airline’s own booking pages. For travellers planning a Thailand trip, the headline is simple: a long-haul route that avoids a connection can make the journey notably easier, especially on a first visit or a short holiday. Fly4free highlighted the deal, while Thai Airways’ route information confirms that the Milan Malpensa to Bangkok Suvarnabhumi service is non-stop. </w:t>
      </w:r>
      <w:r/>
    </w:p>
    <w:p>
      <w:r/>
      <w:r>
        <w:t xml:space="preserve">Thai Airways says the flight takes about 10 hours and 50 minutes, and the service runs daily, giving travellers more flexibility than a once- or twice-weekly long-haul option. Flight tracking and route listings also show the airline using Boeing 787-9 aircraft on the sector, which should appeal to passengers who want a single, straightforward overnight hop into Bangkok rather than a multi-stop itinerary. </w:t>
      </w:r>
      <w:r/>
    </w:p>
    <w:p>
      <w:r/>
      <w:r>
        <w:t xml:space="preserve">The best value appears to be centred on late spring and early summer 2027, with Thai Airways listing round-trip economy fares from €631 and example date pairs in May and June. Other fare trackers have found prices starting lower on selected dates, but availability can vary quickly, so travellers should expect the cheapest seats to be the most limited. </w:t>
      </w:r>
      <w:r/>
    </w:p>
    <w:p>
      <w:r/>
      <w:r>
        <w:t xml:space="preserve">For visitors, the practical upside is not just the fare but the convenience: a direct flight means less chance of missed connections, shorter overall journey stress and a cleaner start to a Thailand trip. With the route landing at Bangkok’s main international airport, the service is well placed for onward travel to the city, beach resorts and domestic connections, making it a useful option for holidaymakers who want to arrive, drop their bags and get going.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w:t>
      </w:r>
      <w:hyperlink r:id="rId13">
        <w:r>
          <w:rPr>
            <w:color w:val="0000EE"/>
            <w:u w:val="single"/>
          </w:rPr>
          <w:t>[7]</w:t>
        </w:r>
      </w:hyperlink>
      <w:r>
        <w:t xml:space="preserve">- Paragraph 3: </w:t>
      </w:r>
      <w:hyperlink r:id="rId11">
        <w:r>
          <w:rPr>
            <w:color w:val="0000EE"/>
            <w:u w:val="single"/>
          </w:rPr>
          <w:t>[3]</w:t>
        </w:r>
      </w:hyperlink>
      <w:r>
        <w:t xml:space="preserve">, </w:t>
      </w:r>
      <w:hyperlink r:id="rId14">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w:t>
      </w:r>
      <w:hyperlink r:id="rId13">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https://www.fly4free.com/flight-deals/europe/non-stop-flights-from-milan-to-thailand/</w:t>
        </w:r>
      </w:hyperlink>
      <w:r>
        <w:t xml:space="preserve"> - Please view link - unable to able to access data</w:t>
      </w:r>
      <w:r/>
    </w:p>
    <w:p>
      <w:pPr>
        <w:pStyle w:val="ListNumber"/>
        <w:spacing w:line="240" w:lineRule="auto"/>
        <w:ind w:left="720"/>
      </w:pPr>
      <w:r/>
      <w:hyperlink r:id="rId10">
        <w:r>
          <w:rPr>
            <w:color w:val="0000EE"/>
            <w:u w:val="single"/>
          </w:rPr>
          <w:t>https://www.thaiairways.com/flights/en/flights-from-milan-to-bangkok</w:t>
        </w:r>
      </w:hyperlink>
      <w:r>
        <w:t xml:space="preserve"> - Thai Airways offers direct flights from Milan Malpensa Airport (MXP) to Bangkok Suvarnabhumi Airport (BKK). The flight duration is approximately 10 hours and 50 minutes, covering a distance of 5,673 miles (9,128 km). The airline operates daily flights on this route, providing convenient travel options for passengers. For the most current flight schedules and fares, it's advisable to visit the official Thai Airways website.</w:t>
      </w:r>
      <w:r/>
    </w:p>
    <w:p>
      <w:pPr>
        <w:pStyle w:val="ListNumber"/>
        <w:spacing w:line="240" w:lineRule="auto"/>
        <w:ind w:left="720"/>
      </w:pPr>
      <w:r/>
      <w:hyperlink r:id="rId11">
        <w:r>
          <w:rPr>
            <w:color w:val="0000EE"/>
            <w:u w:val="single"/>
          </w:rPr>
          <w:t>https://www.thaiairways.com/flights/en-it/flights-to-bangkok</w:t>
        </w:r>
      </w:hyperlink>
      <w:r>
        <w:t xml:space="preserve"> - Thai Airways provides flights from various Italian cities, including Milan, to Bangkok. Round-trip economy fares start from EUR631, with travel dates available in May and June 2027. Passengers can choose from multiple departure dates, such as 12/05/2027 - 18/05/2027 and 27/05/2027 - 07/06/2027. For detailed information on flight schedules and booking options, refer to the Thai Airways website.</w:t>
      </w:r>
      <w:r/>
    </w:p>
    <w:p>
      <w:pPr>
        <w:pStyle w:val="ListNumber"/>
        <w:spacing w:line="240" w:lineRule="auto"/>
        <w:ind w:left="720"/>
      </w:pPr>
      <w:r/>
      <w:hyperlink r:id="rId14">
        <w:r>
          <w:rPr>
            <w:color w:val="0000EE"/>
            <w:u w:val="single"/>
          </w:rPr>
          <w:t>https://flycheaply.net/post/non-stop-flights-to-thailand-from-milan-starting-from-592</w:t>
        </w:r>
      </w:hyperlink>
      <w:r>
        <w:t xml:space="preserve"> - Fly Cheaply reports that Thai Airways offers non-stop flights from Milan Malpensa to Bangkok, with return fares starting from €592. These flights are available for travel dates in May and June 2027. Example travel dates include 10/05/2027 – 23/06/2027 and 20/05/2027 – 02/06/2027. For more details and to check availability, visit the Fly Cheaply website.</w:t>
      </w:r>
      <w:r/>
    </w:p>
    <w:p>
      <w:pPr>
        <w:pStyle w:val="ListNumber"/>
        <w:spacing w:line="240" w:lineRule="auto"/>
        <w:ind w:left="720"/>
      </w:pPr>
      <w:r/>
      <w:hyperlink r:id="rId12">
        <w:r>
          <w:rPr>
            <w:color w:val="0000EE"/>
            <w:u w:val="single"/>
          </w:rPr>
          <w:t>https://zbordirect.com/en/low-cost/from-italy/to-thailand/milan-bangkok</w:t>
        </w:r>
      </w:hyperlink>
      <w:r>
        <w:t xml:space="preserve"> - Zbor Direct offers non-stop flight tickets from Milan to Bangkok starting at €329 for May 24, 2027. The flights are operated by Thai Airways International, utilizing aircraft such as the Airbus A350-900 and Boeing 787-900. The average flight duration is 10 hours and 45 minutes. For more information and to book tickets, visit the Zbor Direct website.</w:t>
      </w:r>
      <w:r/>
    </w:p>
    <w:p>
      <w:pPr>
        <w:pStyle w:val="ListNumber"/>
        <w:spacing w:line="240" w:lineRule="auto"/>
        <w:ind w:left="720"/>
      </w:pPr>
      <w:r/>
      <w:hyperlink r:id="rId15">
        <w:r>
          <w:rPr>
            <w:color w:val="0000EE"/>
            <w:u w:val="single"/>
          </w:rPr>
          <w:t>https://www.flightroutes.com/MXP-BKK</w:t>
        </w:r>
      </w:hyperlink>
      <w:r>
        <w:t xml:space="preserve"> - Flight Routes provides information on flights from Milan Malpensa Airport (MXP) to Suvarnabhumi Airport (BKK) in Bangkok. Thai Airways operates direct flights on this route, with a flight duration of approximately 10 hours and 50 minutes. The website offers details on flight schedules, airlines, and best routes for this journey.</w:t>
      </w:r>
      <w:r/>
    </w:p>
    <w:p>
      <w:pPr>
        <w:pStyle w:val="ListNumber"/>
        <w:spacing w:line="240" w:lineRule="auto"/>
        <w:ind w:left="720"/>
      </w:pPr>
      <w:r/>
      <w:hyperlink r:id="rId13">
        <w:r>
          <w:rPr>
            <w:color w:val="0000EE"/>
            <w:u w:val="single"/>
          </w:rPr>
          <w:t>https://info.flightmapper.net/flight/Thai_Airways_TG_941</w:t>
        </w:r>
      </w:hyperlink>
      <w:r>
        <w:t xml:space="preserve"> - FlightMapper provides detailed information on Thai Airways flight TG941, which operates daily from Milan Malpensa Airport (MXP) to Bangkok Suvarnabhumi Airport (BKK). The flight departs at 13:05 from Milan and arrives at 05:55 the following day in Bangkok, with a flight duration of 10 hours and 50 minutes. The aircraft used is the Boeing 787-9. For the most current flight schedules, refer to the FlightMapper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non-stop-flights-from-milan-to-thailand/" TargetMode="External"/><Relationship Id="rId10" Type="http://schemas.openxmlformats.org/officeDocument/2006/relationships/hyperlink" Target="https://www.thaiairways.com/flights/en/flights-from-milan-to-bangkok" TargetMode="External"/><Relationship Id="rId11" Type="http://schemas.openxmlformats.org/officeDocument/2006/relationships/hyperlink" Target="https://www.thaiairways.com/flights/en-it/flights-to-bangkok" TargetMode="External"/><Relationship Id="rId12" Type="http://schemas.openxmlformats.org/officeDocument/2006/relationships/hyperlink" Target="https://zbordirect.com/en/low-cost/from-italy/to-thailand/milan-bangkok" TargetMode="External"/><Relationship Id="rId13" Type="http://schemas.openxmlformats.org/officeDocument/2006/relationships/hyperlink" Target="https://info.flightmapper.net/flight/Thai_Airways_TG_941" TargetMode="External"/><Relationship Id="rId14" Type="http://schemas.openxmlformats.org/officeDocument/2006/relationships/hyperlink" Target="https://flycheaply.net/post/non-stop-flights-to-thailand-from-milan-starting-from-592" TargetMode="External"/><Relationship Id="rId15" Type="http://schemas.openxmlformats.org/officeDocument/2006/relationships/hyperlink" Target="https://www.flightroutes.com/MXP-BK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