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Cyprus braces for prolonged heat with isolated mountain showers forecasted into the weekend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Cyprus is set for a spell of hot, mostly settled weather, with only a small chance of afternoon showers in the hills and interior over the next few days, according to the island’s meteorological forecast.</w:t>
      </w:r>
      <w:r/>
    </w:p>
    <w:p>
      <w:r/>
      <w:r>
        <w:t>On Wednesday, conditions are expected to stay largely fine through the day, before cloud builds later, especially over mountainous areas where a brief shower cannot be ruled out. Inland temperatures are forecast to climb to about 39C, while coastal areas should be a little cooler, with the west and south-west around 32C and the rest of the coastline near 34C. Higher ground will be much milder at about 28C. Winds are expected to begin light and variable before turning mainly south-westerly to north-westerly, while the sea should remain calm to slightly rough.</w:t>
      </w:r>
      <w:r/>
    </w:p>
    <w:p>
      <w:r/>
      <w:r>
        <w:t>For visitors, that means a very hot day for sightseeing, beach trips and driving between towns, but also one where midday sun will be intense. The UV index is expected to be high, and the combination of heat and occasional cloud may still leave the mountains vulnerable to isolated showers later in the day, so walkers and day-trippers should keep an eye on changing conditions.</w:t>
      </w:r>
      <w:r/>
    </w:p>
    <w:p>
      <w:r/>
      <w:r>
        <w:t>Tonight should remain mostly clear, although coastal areas may see brief periods of low cloud. The forecast also points to a small chance of mist or shallow fog forming before dawn, particularly in the south-east, which could slightly affect early-morning drives.</w:t>
      </w:r>
      <w:r/>
    </w:p>
    <w:p>
      <w:r/>
      <w:r>
        <w:t>Looking ahead to Thursday, Friday and Saturday, the weather across most of Cyprus is expected to stay mainly sunny with spells of extra cloud. After midday, cloud over the mountains and inland areas may bring isolated showers or thunderstorms, while nights and early mornings could see patchy mist and low cloud. Temperatures are expected to stay above the seasonal average on Thursday before easing slightly by Saturday, when they should return closer to normal for early September.</w:t>
      </w:r>
      <w:r/>
    </w:p>
    <w:p>
      <w:r/>
      <w:r>
        <w:t>Weather Atlas’s longer-range outlook suggests the warmer, drier pattern may continue into the weekend, with sunshine and only scattered cloud likely for much of the island. For holidaymakers, the practical message is straightforward: Cyprus is still set for beach weather, but the hottest hours will be uncomfortable, and afternoon plans in the interior or hills may be best kept flexible.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w:t>
      </w:r>
      <w:hyperlink r:id="rId12">
        <w:r>
          <w:rPr>
            <w:color w:val="0000EE"/>
            <w:u w:val="single"/>
          </w:rPr>
          <w:t>[7]</w:t>
        </w:r>
      </w:hyperlink>
      <w:r>
        <w:t xml:space="preserve">- Paragraph 3: </w:t>
      </w:r>
      <w:hyperlink r:id="rId10">
        <w:r>
          <w:rPr>
            <w:color w:val="0000EE"/>
            <w:u w:val="single"/>
          </w:rPr>
          <w:t>[3]</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[4]</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[3]</w:t>
        </w:r>
      </w:hyperlink>
      <w:r>
        <w:t xml:space="preserve">, </w:t>
      </w:r>
      <w:hyperlink r:id="rId14">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https://www.sigmalive.com/news/local/1327595/anamenontai-vrokhes-kai-kataighides-tis-epomenes-meres-stoys-39-c-o-idrarghiros</w:t>
        </w:r>
      </w:hyperlink>
      <w:r>
        <w:t xml:space="preserve"> - Please view link - unable to able to access data</w:t>
      </w:r>
      <w:r/>
    </w:p>
    <w:p>
      <w:pPr>
        <w:pStyle w:val="ListNumber"/>
        <w:spacing w:line="240" w:lineRule="auto"/>
        <w:ind w:left="720"/>
      </w:pPr>
      <w:r/>
      <w:hyperlink r:id="rId9">
        <w:r>
          <w:rPr>
            <w:color w:val="0000EE"/>
            <w:u w:val="single"/>
          </w:rPr>
          <w:t>https://www.sigmalive.com/news/local/1327595/anamenontai-vrokhes-kai-kataighides-tis-epomenes-meres-stoys-39-c-o-idrarghiros</w:t>
        </w:r>
      </w:hyperlink>
      <w:r>
        <w:t xml:space="preserve"> - The article from Sigmalive provides a detailed weather forecast for Cyprus, indicating generally clear conditions with increased cloud cover after midday, especially in mountainous regions where isolated showers may occur. Winds are expected to be variable and light, shifting to predominantly southwesterly to northwesterly at 3 to 4 Beaufort. Sea conditions are anticipated to be calm to slightly rough. Inland temperatures are projected to reach around 39°C, with coastal areas experiencing slightly lower temperatures. The forecast also mentions the possibility of light fog or mist forming in the southeast during early morning hours. The outlook for Thursday to Saturday suggests mainly clear weather with occasional increased cloudiness, and the potential for isolated showers and thunderstorms in mountainous and inland areas during the afternoons. Overnight and early morning hours may see local light fog and low cloud cover. Temperatures are expected to remain above seasonal averages until Saturday, when a gradual decrease is anticipated, bringing them closer to typical levels for this time of year.</w:t>
      </w:r>
      <w:r/>
    </w:p>
    <w:p>
      <w:pPr>
        <w:pStyle w:val="ListNumber"/>
        <w:spacing w:line="240" w:lineRule="auto"/>
        <w:ind w:left="720"/>
      </w:pPr>
      <w:r/>
      <w:hyperlink r:id="rId10">
        <w:r>
          <w:rPr>
            <w:color w:val="0000EE"/>
            <w:u w:val="single"/>
          </w:rPr>
          <w:t>https://www.kiprinform.com/en/news/mostly-clear-weather-with-isolated-mountain-showers-expected/</w:t>
        </w:r>
      </w:hyperlink>
      <w:r>
        <w:t xml:space="preserve"> - Cyprus Inform reports that the weather for Wednesday is expected to be mostly clear, with increased cloud cover after noon, particularly in the mountains where isolated showers may develop. Inland temperatures are forecasted to reach around 39°C, with coastal areas experiencing temperatures between 32°C and 34°C, and higher mountains around 28°C. Winds are initially mild at around 3 Beaufort, gradually becoming mainly southwest to northwest at 3 to 4 Beaufort. Sea conditions are anticipated to be generally calm to slightly rough. The article also notes that Thursday, Friday, and Saturday are expected to be mainly clear across most areas of the island, with periods of increased cloudiness. Clouds developing after noon inland and in the higher mountains may bring isolated showers and thunderstorms. Local sparse fog or mist and increased low cloud cover are also expected during evening and morning hours.</w:t>
      </w:r>
      <w:r/>
    </w:p>
    <w:p>
      <w:pPr>
        <w:pStyle w:val="ListNumber"/>
        <w:spacing w:line="240" w:lineRule="auto"/>
        <w:ind w:left="720"/>
      </w:pPr>
      <w:r/>
      <w:hyperlink r:id="rId11">
        <w:r>
          <w:rPr>
            <w:color w:val="0000EE"/>
            <w:u w:val="single"/>
          </w:rPr>
          <w:t>https://cyprus-mail.com/2026/09/02/todays-weather-clear-isolated-showers-in-the-mountains</w:t>
        </w:r>
      </w:hyperlink>
      <w:r>
        <w:t xml:space="preserve"> - The Cyprus Mail provides a weather update indicating that Wednesday will be mostly clear, with an increase in cloud cover after noon, especially in the mountains where isolated showers may occur. Inland temperatures are expected to rise to around 39°C, with coastal areas ranging from 32°C to 34°C, and higher mountains around 28°C. Winds will initially be mild at 3 Beaufort, gradually becoming mainly southwest to northwest at up to 4 Beaufort. Sea conditions are anticipated to be calm to slightly rough. The article also mentions that tonight will remain mainly clear, with temporarily increased low cloud cover in coastal areas. Light fog or mist may form locally during the early morning hours, mainly in the southeast.</w:t>
      </w:r>
      <w:r/>
    </w:p>
    <w:p>
      <w:pPr>
        <w:pStyle w:val="ListNumber"/>
        <w:spacing w:line="240" w:lineRule="auto"/>
        <w:ind w:left="720"/>
      </w:pPr>
      <w:r/>
      <w:hyperlink r:id="rId14">
        <w:r>
          <w:rPr>
            <w:color w:val="0000EE"/>
            <w:u w:val="single"/>
          </w:rPr>
          <w:t>https://www.weather-atlas.com/en/cyprus-long-term-weather-forecast</w:t>
        </w:r>
      </w:hyperlink>
      <w:r>
        <w:t xml:space="preserve"> - Weather Atlas provides a 10-day weather forecast for Cyprus, indicating that on Saturday, 5th of September, sunshine will likely continue with scattered clouds at most. The predicted temperature range extends from a high of 33°C to a low of 21°C. The forecasted peak temperature is expected to mirror September's average high of 33.5°C. Sunrise will be at 06:23 and sunset at 19:09, with daylight lasting for 12 hours and 46 minutes. The article also provides forecasts for Sunday, 6th of September, indicating sunny and dry conditions with temperatures ranging from a high of 34°C to a low of 23°C, matching September's typical high of 33.5°C.</w:t>
      </w:r>
      <w:r/>
    </w:p>
    <w:p>
      <w:pPr>
        <w:pStyle w:val="ListNumber"/>
        <w:spacing w:line="240" w:lineRule="auto"/>
        <w:ind w:left="720"/>
      </w:pPr>
      <w:r/>
      <w:hyperlink r:id="rId13">
        <w:r>
          <w:rPr>
            <w:color w:val="0000EE"/>
            <w:u w:val="single"/>
          </w:rPr>
          <w:t>https://www.weather-atlas.com/en/cyprus/paphos-long-term-weather-forecast</w:t>
        </w:r>
      </w:hyperlink>
      <w:r>
        <w:t xml:space="preserve"> - Weather Atlas offers a 10-day weather forecast for Paphos, Cyprus, indicating that on Wednesday, 2nd of September, the weather will be sunny with a high of 32°C and a low of 24°C. The chance of precipitation is 1%, with no expected rainfall. Winds will be from the west at 19 km/h, and humidity will be at 61%. The UV index is 9, and sunrise will be at 06:23 with sunset at 19:16. The article also provides forecasts for Thursday, 3rd of September, and Friday, 4th of September, indicating sunny conditions with temperatures ranging from 31°C to 30°C and lows between 23°C and 23°C.</w:t>
      </w:r>
      <w:r/>
    </w:p>
    <w:p>
      <w:pPr>
        <w:pStyle w:val="ListNumber"/>
        <w:spacing w:line="240" w:lineRule="auto"/>
        <w:ind w:left="720"/>
      </w:pPr>
      <w:r/>
      <w:hyperlink r:id="rId12">
        <w:r>
          <w:rPr>
            <w:color w:val="0000EE"/>
            <w:u w:val="single"/>
          </w:rPr>
          <w:t>https://cna.org.cy/en/article/10810523/cyprus-department-of-meteorology-forecast-for-the-sea-area-of-cyprus-v</w:t>
        </w:r>
      </w:hyperlink>
      <w:r>
        <w:t xml:space="preserve"> - The Cyprus Department of Meteorology provides a forecast for the sea area of Cyprus, indicating that the weather will be mainly fine with a risk of local mist and low cloud at dawn and during early morning over the east. Winds are expected to be variable, shifting from southeast to southwest at 3 Beaufort in the morning to southwest to northwest at 3 to 4 Beaufort in the afternoon, and northwest to northeast at 3 Beaufort in the night. Sea conditions are anticipated to be smooth to slight. The article also provides detailed forecasts for different coastal areas, including the west, south, east, and north coasts, with specific wind directions and sea conditions for each period.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igmalive.com/news/local/1327595/anamenontai-vrokhes-kai-kataighides-tis-epomenes-meres-stoys-39-c-o-idrarghiros" TargetMode="External"/><Relationship Id="rId10" Type="http://schemas.openxmlformats.org/officeDocument/2006/relationships/hyperlink" Target="https://www.kiprinform.com/en/news/mostly-clear-weather-with-isolated-mountain-showers-expected/" TargetMode="External"/><Relationship Id="rId11" Type="http://schemas.openxmlformats.org/officeDocument/2006/relationships/hyperlink" Target="https://cyprus-mail.com/2026/09/02/todays-weather-clear-isolated-showers-in-the-mountains" TargetMode="External"/><Relationship Id="rId12" Type="http://schemas.openxmlformats.org/officeDocument/2006/relationships/hyperlink" Target="https://cna.org.cy/en/article/10810523/cyprus-department-of-meteorology-forecast-for-the-sea-area-of-cyprus-v" TargetMode="External"/><Relationship Id="rId13" Type="http://schemas.openxmlformats.org/officeDocument/2006/relationships/hyperlink" Target="https://www.weather-atlas.com/en/cyprus/paphos-long-term-weather-forecast" TargetMode="External"/><Relationship Id="rId14" Type="http://schemas.openxmlformats.org/officeDocument/2006/relationships/hyperlink" Target="https://www.weather-atlas.com/en/cyprus-long-term-weather-forecast"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