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Denmark launches new visa centre in Chiang Mai to ease northern applicants' access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People in northern Thailand no longer need to make the journey to Bangkok to submit a Danish visa application, after Denmark opened a new visa application centre in Chiang Mai on 1 September 2026. The move should make the process noticeably easier for applicants based in the north, particularly those living in and around Chiang Mai.</w:t>
      </w:r>
      <w:r/>
    </w:p>
    <w:p>
      <w:r/>
      <w:r>
        <w:t>The new centre is run by VFS Global and is located at 91 Siripanich, 1B Floor, Huaykaew Road, Suthep, Muang, Chiang Mai 50200. According to VFS Global, it is open on Mondays and Thursdays from 08:00 to 16:00, and applicants must book an appointment online before visiting. The Danish Ministry of Foreign Affairs says applicants also need to appear in person to provide biometric data as part of the visa process.</w:t>
      </w:r>
      <w:r/>
    </w:p>
    <w:p>
      <w:r/>
      <w:r>
        <w:t>For travellers, the main benefit is convenience: fewer long-distance trips, less time off work and a simpler route for those applying from northern provinces. The Danish embassy said the Chiang Mai centre is intended to offer a more practical option for residents of the area, with applications and appointments handled through the Embassy of Denmark in Thailand. The process is similar to Denmark’s standard visa system, in which online submission and advance booking come first, followed by an in-person visit for the final step.</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[1]</w:t>
        </w:r>
      </w:hyperlink>
      <w:r>
        <w:t xml:space="preserve">- Paragraph 2: </w:t>
      </w:r>
      <w:hyperlink r:id="rId10">
        <w:r>
          <w:rPr>
            <w:color w:val="0000EE"/>
            <w:u w:val="single"/>
          </w:rPr>
          <w:t>[2]</w:t>
        </w:r>
      </w:hyperlink>
      <w:r>
        <w:t xml:space="preserve">, </w:t>
      </w:r>
      <w:hyperlink r:id="rId11">
        <w:r>
          <w:rPr>
            <w:color w:val="0000EE"/>
            <w:u w:val="single"/>
          </w:rPr>
          <w:t>[5]</w:t>
        </w:r>
      </w:hyperlink>
      <w:r>
        <w:t xml:space="preserve">- Paragraph 3: </w:t>
      </w:r>
      <w:hyperlink r:id="rId9">
        <w:r>
          <w:rPr>
            <w:color w:val="0000EE"/>
            <w:u w:val="single"/>
          </w:rPr>
          <w:t>[1]</w:t>
        </w:r>
      </w:hyperlink>
      <w:r>
        <w:t xml:space="preserve">, </w:t>
      </w:r>
      <w:hyperlink r:id="rId11">
        <w:r>
          <w:rPr>
            <w:color w:val="0000EE"/>
            <w:u w:val="single"/>
          </w:rPr>
          <w:t>[5]</w:t>
        </w:r>
      </w:hyperlink>
      <w:r/>
    </w:p>
    <w:p>
      <w:r/>
      <w:r>
        <w:t xml:space="preserve">Source: </w:t>
      </w:r>
      <w:hyperlink r:id="rId12">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https://scandasia.com/denmark-opens-visa-application-centre-in-chiang-mai/</w:t>
        </w:r>
      </w:hyperlink>
      <w:r>
        <w:t xml:space="preserve"> - Please view link - unable to able to access data</w:t>
      </w:r>
      <w:r/>
    </w:p>
    <w:p>
      <w:pPr>
        <w:pStyle w:val="ListNumber"/>
        <w:spacing w:line="240" w:lineRule="auto"/>
        <w:ind w:left="720"/>
      </w:pPr>
      <w:r/>
      <w:hyperlink r:id="rId10">
        <w:r>
          <w:rPr>
            <w:color w:val="0000EE"/>
            <w:u w:val="single"/>
          </w:rPr>
          <w:t>https://visa.vfsglobal.com/tha/en/dnk/attend-centre</w:t>
        </w:r>
      </w:hyperlink>
      <w:r>
        <w:t xml:space="preserve"> - This page provides detailed information about the Denmark Visa Application Centre in Chiang Mai, including its location, operating hours, and the requirement to book an appointment online before visiting. The centre is open on Mondays and Thursdays from 8:00 to 16:00 and is located at 91 Siripanich, 1B Floor, Huaykaew Road, Suthep, Muang, Chiang Mai 50200. Applicants are advised to schedule their appointments through the Embassy of Denmark in Thailand.</w:t>
      </w:r>
      <w:r/>
    </w:p>
    <w:p>
      <w:pPr>
        <w:pStyle w:val="ListNumber"/>
        <w:spacing w:line="240" w:lineRule="auto"/>
        <w:ind w:left="720"/>
      </w:pPr>
      <w:r/>
      <w:hyperlink r:id="rId13">
        <w:r>
          <w:rPr>
            <w:color w:val="0000EE"/>
            <w:u w:val="single"/>
          </w:rPr>
          <w:t>https://www.gov.uk/government/news/uk-opens-new-visa-application-centre-in-chiang-mai</w:t>
        </w:r>
      </w:hyperlink>
      <w:r>
        <w:t xml:space="preserve"> - In May 2016, the UK opened a new Visa Application Centre in Chiang Mai, Thailand, to facilitate quicker and easier visa applications for customers in Northern Thailand. The centre is located at Siripanich Building, floor 6 B, 191 Huaykaew Rd, Suthep, Muang, Chiang Mai 50200. Customers can apply for their UK visas and book appointments via the official UK government website.</w:t>
      </w:r>
      <w:r/>
    </w:p>
    <w:p>
      <w:pPr>
        <w:pStyle w:val="ListNumber"/>
        <w:spacing w:line="240" w:lineRule="auto"/>
        <w:ind w:left="720"/>
      </w:pPr>
      <w:r/>
      <w:hyperlink r:id="rId14">
        <w:r>
          <w:rPr>
            <w:color w:val="0000EE"/>
            <w:u w:val="single"/>
          </w:rPr>
          <w:t>https://www.mol.go.th/en/news/labour-minister-opens-chiang-mai-one-stop-service-center</w:t>
        </w:r>
      </w:hyperlink>
      <w:r>
        <w:t xml:space="preserve"> - In January 2019, Thailand's Labour Minister opened the One Stop Service: Digital Work Permit Center in Chiang Mai. This centre aims to streamline the process for foreigners working in organizations with Board of Investment (BOI) status by reducing steps, filing time, and increasing transparency. The centre is located at the Chiang Mai Immigration Office, Airport Road, Suthep, Mueang, Chiang Mai.</w:t>
      </w:r>
      <w:r/>
    </w:p>
    <w:p>
      <w:pPr>
        <w:pStyle w:val="ListNumber"/>
        <w:spacing w:line="240" w:lineRule="auto"/>
        <w:ind w:left="720"/>
      </w:pPr>
      <w:r/>
      <w:hyperlink r:id="rId11">
        <w:r>
          <w:rPr>
            <w:color w:val="0000EE"/>
            <w:u w:val="single"/>
          </w:rPr>
          <w:t>https://um.dk/en/travel-and-residence/how-to-apply-for-a-visa?sc_lang=en</w:t>
        </w:r>
      </w:hyperlink>
      <w:r>
        <w:t xml:space="preserve"> - The Danish Ministry of Foreign Affairs provides comprehensive guidelines on how to apply for a visa, including the requirement to submit biometric data in person at a Visa Application Centre. Applicants must complete the online application process and book an appointment before visiting the centre. The processing time for visa applications is up to 15 calendar days, with a maximum of 45 days in certain cases.</w:t>
      </w:r>
      <w:r/>
    </w:p>
    <w:p>
      <w:pPr>
        <w:pStyle w:val="ListNumber"/>
        <w:spacing w:line="240" w:lineRule="auto"/>
        <w:ind w:left="720"/>
      </w:pPr>
      <w:r/>
      <w:hyperlink r:id="rId15">
        <w:r>
          <w:rPr>
            <w:color w:val="0000EE"/>
            <w:u w:val="single"/>
          </w:rPr>
          <w:t>https://www.visaforchina.cn/CNX3_EN/tongzhigonggao/437777559002943488.html</w:t>
        </w:r>
      </w:hyperlink>
      <w:r>
        <w:t xml:space="preserve"> - The Chinese Visa Application Service Center in Chiang Mai announced its temporary closure starting November 15, 2025. During this period, visa and authentication applications are handled by the Chinese Visa Application Service Center in Bangkok. Applicants are advised to complete the online application form and submit it via the Bangkok Centre’s website.</w:t>
      </w:r>
      <w:r/>
    </w:p>
    <w:p>
      <w:pPr>
        <w:pStyle w:val="ListNumber"/>
        <w:spacing w:line="240" w:lineRule="auto"/>
        <w:ind w:left="720"/>
      </w:pPr>
      <w:r/>
      <w:hyperlink r:id="rId16">
        <w:r>
          <w:rPr>
            <w:color w:val="0000EE"/>
            <w:u w:val="single"/>
          </w:rPr>
          <w:t>https://www.waze.com/live-map/directions/th/เชียงใหม่/vfs-global-visa-application-centre-in-chiang-mai?to=place.ChIJVwyUBmE62jARoOfIgmDebHU</w:t>
        </w:r>
      </w:hyperlink>
      <w:r>
        <w:t xml:space="preserve"> - This Waze link provides driving directions to the VFS Global Visa Application Centre in Chiang Mai, located at 6th Floor, Siripanich Building, 191 Huay Kaew Rd, Nimmanhaemin, Muang, Chiang Mai 50200, Thailand. The centre operates from Monday to Friday, 8:30 to 16:30, and offers services for visa applicants in the region.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scandasia.com/denmark-opens-visa-application-centre-in-chiang-mai/" TargetMode="External"/><Relationship Id="rId10" Type="http://schemas.openxmlformats.org/officeDocument/2006/relationships/hyperlink" Target="https://visa.vfsglobal.com/tha/en/dnk/attend-centre" TargetMode="External"/><Relationship Id="rId11" Type="http://schemas.openxmlformats.org/officeDocument/2006/relationships/hyperlink" Target="https://um.dk/en/travel-and-residence/how-to-apply-for-a-visa?sc_lang=en" TargetMode="External"/><Relationship Id="rId12" Type="http://schemas.openxmlformats.org/officeDocument/2006/relationships/hyperlink" Target="https://www.noahwire.com" TargetMode="External"/><Relationship Id="rId13" Type="http://schemas.openxmlformats.org/officeDocument/2006/relationships/hyperlink" Target="https://www.gov.uk/government/news/uk-opens-new-visa-application-centre-in-chiang-mai" TargetMode="External"/><Relationship Id="rId14" Type="http://schemas.openxmlformats.org/officeDocument/2006/relationships/hyperlink" Target="https://www.mol.go.th/en/news/labour-minister-opens-chiang-mai-one-stop-service-center" TargetMode="External"/><Relationship Id="rId15" Type="http://schemas.openxmlformats.org/officeDocument/2006/relationships/hyperlink" Target="https://www.visaforchina.cn/CNX3_EN/tongzhigonggao/437777559002943488.html" TargetMode="External"/><Relationship Id="rId16" Type="http://schemas.openxmlformats.org/officeDocument/2006/relationships/hyperlink" Target="https://www.waze.com/live-map/directions/th/&#3648;&#3594;&#3637;&#3618;&#3591;&#3651;&#3627;&#3617;&#3656;/vfs-global-visa-application-centre-in-chiang-mai?to=place.ChIJVwyUBmE62jARoOfIgmDebH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