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shifting rules for non-graduate English teachers highlight employer-driven permissions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For travellers hoping to turn a Thailand trip into paid teaching work, the main lesson is simple: a degree changes what is legally possible, but it is not the only issue. The country’s rules split the problem into three separate steps , a visa, a work permit and a teaching licence , and the official route remains closed to non-graduates unless a school is willing to take on the paperwork for a waiver. The practical result, according to TEFL Institute’s guide, is that the best opportunities for people without a degree are usually in non-formal language centres rather than mainstream schools.</w:t>
      </w:r>
      <w:r/>
    </w:p>
    <w:p>
      <w:r/>
      <w:r>
        <w:t>That distinction matters because not every type of school plays by the same rules. Essential TEFL Bangkok and Vantage TEFL both point out that private language centres and other non-formal institutions tend to be more flexible than government schools or international schools, which usually expect a degree and stronger credentials. TEFL Org adds that a TEFL certificate is not a legal requirement in Thailand, but it can make a candidate more attractive in a competitive market, especially where an employer has discretion over hiring.</w:t>
      </w:r>
      <w:r/>
    </w:p>
    <w:p>
      <w:r/>
      <w:r>
        <w:t>For visitors, the bigger warning is not to treat tourist entry as a back door into work. TEFL Institute says teaching for pay on a tourist visa or visa exemption stamp falls outside the system entirely, and the same caution appears in Premier TEFL’s advice for would-be teachers. In plain terms, that means anyone arriving as a tourist should not assume they can simply start teaching and sort out the formalities later. If a school cannot explain how the visa and work permit will be handled, that is a red flag for the traveller as much as for the employer.</w:t>
      </w:r>
      <w:r/>
    </w:p>
    <w:p>
      <w:r/>
      <w:r>
        <w:t>What makes Thailand unusually confusing is that the legal answer depends on who employs you and what kind of institution it is. TEFL Institute notes that the Teachers’ Council of Thailand requires a bachelor’s degree for a teaching licence, while some schools can request permission for a non-graduate to teach without a licence. That waiver, however, is employer-led, temporary and not something a jobseeker can secure alone. For non-graduates planning a move, that means direct applications to language centres are far more realistic than targeting formal schools or international schools.</w:t>
      </w:r>
      <w:r/>
    </w:p>
    <w:p>
      <w:r/>
      <w:r>
        <w:t>If you are deciding whether Thailand is worth the trouble, the best consumer advice is to prepare documents, not assumptions. An accredited, in-person TEFL course may strengthen your chances, especially with private language centres, and several guides suggest that reputable employers value practical classroom training even where it is not legally required. But the degree issue still remains the key dividing line. If you do not have one, Thailand is not impossible , it is simply narrower, more dependent on employer sponsorship and less forgiving of improvisation.</w:t>
      </w:r>
      <w:r/>
    </w:p>
    <w:p>
      <w:r/>
      <w:r>
        <w:t>For many travellers, the most sensible approach is to treat Thailand as a long-term goal rather than an immediate plan. If your aim is to work legally and avoid problems with visas, work permits or school paperwork, the route through non-formal institutions is the most realistic place to focus. If that does not fit your circumstances, the safer option is to look at destinations with clearer rules for non-graduates or to build experience elsewhere first.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w:t>
      </w:r>
      <w:hyperlink r:id="rId10">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[6]</w:t>
        </w:r>
      </w:hyperlink>
      <w:r>
        <w:t xml:space="preserve">- Paragraph 4: </w:t>
      </w:r>
      <w:hyperlink r:id="rId9">
        <w:r>
          <w:rPr>
            <w:color w:val="0000EE"/>
            <w:u w:val="single"/>
          </w:rPr>
          <w:t>[2]</w:t>
        </w:r>
      </w:hyperlink>
      <w:r>
        <w:t xml:space="preserve">, </w:t>
      </w:r>
      <w:hyperlink r:id="rId10">
        <w:r>
          <w:rPr>
            <w:color w:val="0000EE"/>
            <w:u w:val="single"/>
          </w:rPr>
          <w:t>[5]</w:t>
        </w:r>
      </w:hyperlink>
      <w:r>
        <w:t xml:space="preserve">- Paragraph 5: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[6]</w:t>
        </w:r>
      </w:hyperlink>
      <w:r>
        <w:t xml:space="preserve">, </w:t>
      </w:r>
      <w:hyperlink r:id="rId14">
        <w:r>
          <w:rPr>
            <w:color w:val="0000EE"/>
            <w:u w:val="single"/>
          </w:rPr>
          <w:t>[7]</w:t>
        </w:r>
      </w:hyperlink>
      <w:r>
        <w:t xml:space="preserve">- Paragraph 6: </w:t>
      </w:r>
      <w:hyperlink r:id="rId9">
        <w:r>
          <w:rPr>
            <w:color w:val="0000EE"/>
            <w:u w:val="single"/>
          </w:rPr>
          <w:t>[2]</w:t>
        </w:r>
      </w:hyperlink>
      <w:r>
        <w:t xml:space="preserve">, </w:t>
      </w:r>
      <w:hyperlink r:id="rId11">
        <w:r>
          <w:rPr>
            <w:color w:val="0000EE"/>
            <w:u w:val="single"/>
          </w:rPr>
          <w:t>[3]</w:t>
        </w:r>
      </w:hyperlink>
      <w:r>
        <w:t xml:space="preserve">, </w:t>
      </w:r>
      <w:hyperlink r:id="rId14">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https://teflinstitute.com/blog/how-to-teach-english-in-thailand-without-a-degree/</w:t>
        </w:r>
      </w:hyperlink>
      <w:r>
        <w:t xml:space="preserve"> - Please view link - unable to able to access data</w:t>
      </w:r>
      <w:r/>
    </w:p>
    <w:p>
      <w:pPr>
        <w:pStyle w:val="ListNumber"/>
        <w:spacing w:line="240" w:lineRule="auto"/>
        <w:ind w:left="720"/>
      </w:pPr>
      <w:r/>
      <w:hyperlink r:id="rId9">
        <w:r>
          <w:rPr>
            <w:color w:val="0000EE"/>
            <w:u w:val="single"/>
          </w:rPr>
          <w:t>https://teflinstitute.com/blog/how-to-teach-english-in-thailand-without-a-degree/</w:t>
        </w:r>
      </w:hyperlink>
      <w:r>
        <w:t xml:space="preserve"> - This article discusses the challenges and requirements for teaching English in Thailand without a degree. It highlights that a bachelor's degree is typically required for a teaching licence, and outlines the visa, work permit, and teaching licence processes. The article also addresses the distinction between formal schools, international schools, and non-formal institutions, noting that non-formal institutions may offer more opportunities for non-graduates. It cautions against teaching on a tourist visa or visa exemption stamp, as it is considered illegal employment.</w:t>
      </w:r>
      <w:r/>
    </w:p>
    <w:p>
      <w:pPr>
        <w:pStyle w:val="ListNumber"/>
        <w:spacing w:line="240" w:lineRule="auto"/>
        <w:ind w:left="720"/>
      </w:pPr>
      <w:r/>
      <w:hyperlink r:id="rId11">
        <w:r>
          <w:rPr>
            <w:color w:val="0000EE"/>
            <w:u w:val="single"/>
          </w:rPr>
          <w:t>https://www.essentialtefl.com/teach-english-in-thailand-no-degree</w:t>
        </w:r>
      </w:hyperlink>
      <w:r>
        <w:t xml:space="preserve"> - Essential TEFL Bangkok provides guidance for individuals without a university degree who wish to teach English in Thailand. The article explains that while most schools require a degree, some private language centres and non-formal education centres may be more flexible. It emphasizes the importance of obtaining an accredited, in-person TEFL certificate to enhance employability and discusses the potential challenges and limitations of teaching without a degree.</w:t>
      </w:r>
      <w:r/>
    </w:p>
    <w:p>
      <w:pPr>
        <w:pStyle w:val="ListNumber"/>
        <w:spacing w:line="240" w:lineRule="auto"/>
        <w:ind w:left="720"/>
      </w:pPr>
      <w:r/>
      <w:hyperlink r:id="rId12">
        <w:r>
          <w:rPr>
            <w:color w:val="0000EE"/>
            <w:u w:val="single"/>
          </w:rPr>
          <w:t>https://www.tefl.org/teach-english-abroad/teach-english-in-thailand/</w:t>
        </w:r>
      </w:hyperlink>
      <w:r>
        <w:t xml:space="preserve"> - The TEFL Org offers a comprehensive guide on teaching English in Thailand, covering requirements, salaries, and more. The article notes that while a TEFL certificate is not a legal requirement, it is highly recommended due to the competitive job market. It also mentions that teaching without experience is possible if one holds a bachelor's degree, TEFL certification, and English proficiency, and that a TEFL certificate can make one a more confident and engaging teacher.</w:t>
      </w:r>
      <w:r/>
    </w:p>
    <w:p>
      <w:pPr>
        <w:pStyle w:val="ListNumber"/>
        <w:spacing w:line="240" w:lineRule="auto"/>
        <w:ind w:left="720"/>
      </w:pPr>
      <w:r/>
      <w:hyperlink r:id="rId10">
        <w:r>
          <w:rPr>
            <w:color w:val="0000EE"/>
            <w:u w:val="single"/>
          </w:rPr>
          <w:t>https://www.englishatvantage.com/th/teaching-english-no-degree</w:t>
        </w:r>
      </w:hyperlink>
      <w:r>
        <w:t xml:space="preserve"> - Vantage TEFL discusses the possibility of teaching English in Thailand without a degree. The article clarifies that while formal government schools cannot sponsor work permits for foreign teachers without a degree, non-formal institutions may offer more flexibility. It emphasizes the importance of understanding the legal requirements and the potential challenges of teaching without a degree.</w:t>
      </w:r>
      <w:r/>
    </w:p>
    <w:p>
      <w:pPr>
        <w:pStyle w:val="ListNumber"/>
        <w:spacing w:line="240" w:lineRule="auto"/>
        <w:ind w:left="720"/>
      </w:pPr>
      <w:r/>
      <w:hyperlink r:id="rId13">
        <w:r>
          <w:rPr>
            <w:color w:val="0000EE"/>
            <w:u w:val="single"/>
          </w:rPr>
          <w:t>https://www.premiertefl.com/blogs/posts/teaching-english-in-thailand-without-a-degree</w:t>
        </w:r>
      </w:hyperlink>
      <w:r>
        <w:t xml:space="preserve"> - Premier TEFL provides insights into teaching English in Thailand without a degree. The article explains that a bachelor's degree is normally required for a legal work permit and teacher's licence, and that a 120-hour TEFL certificate is the standard route. It also discusses the limited legal options for non-degree holders, such as volunteering or studying to gain the qualification, and cautions against teaching without the correct visa and work permit.</w:t>
      </w:r>
      <w:r/>
    </w:p>
    <w:p>
      <w:pPr>
        <w:pStyle w:val="ListNumber"/>
        <w:spacing w:line="240" w:lineRule="auto"/>
        <w:ind w:left="720"/>
      </w:pPr>
      <w:r/>
      <w:hyperlink r:id="rId14">
        <w:r>
          <w:rPr>
            <w:color w:val="0000EE"/>
            <w:u w:val="single"/>
          </w:rPr>
          <w:t>https://www.outthailand.com/guide/teaching-english-in-thailand/</w:t>
        </w:r>
      </w:hyperlink>
      <w:r>
        <w:t xml:space="preserve"> - Out Thailand offers a guide on teaching English in Thailand, including requirements, pay, and hiring processes. The article notes that a bachelor's degree in any subject is the legal minimum for a Thai work permit as a teacher, and that a 120-hour TEFL certificate is almost universally required by reputable schools. It also discusses salary ranges depending on school type and the legal implications of teaching without a degree or work permit.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eflinstitute.com/blog/how-to-teach-english-in-thailand-without-a-degree/" TargetMode="External"/><Relationship Id="rId10" Type="http://schemas.openxmlformats.org/officeDocument/2006/relationships/hyperlink" Target="https://www.englishatvantage.com/th/teaching-english-no-degree" TargetMode="External"/><Relationship Id="rId11" Type="http://schemas.openxmlformats.org/officeDocument/2006/relationships/hyperlink" Target="https://www.essentialtefl.com/teach-english-in-thailand-no-degree" TargetMode="External"/><Relationship Id="rId12" Type="http://schemas.openxmlformats.org/officeDocument/2006/relationships/hyperlink" Target="https://www.tefl.org/teach-english-abroad/teach-english-in-thailand/" TargetMode="External"/><Relationship Id="rId13" Type="http://schemas.openxmlformats.org/officeDocument/2006/relationships/hyperlink" Target="https://www.premiertefl.com/blogs/posts/teaching-english-in-thailand-without-a-degree" TargetMode="External"/><Relationship Id="rId14" Type="http://schemas.openxmlformats.org/officeDocument/2006/relationships/hyperlink" Target="https://www.outthailand.com/guide/teaching-english-in-thailand/"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