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Packing tips for a warm February escape from Scottish winter to Thailand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anyone escaping a Scottish February, Thailand can feel like stepping into a different season altogether. According to travel guides, much of the country is warm, sunny, and relatively dry in February, with Bangkok often reaching about 32C, Chiang Mai hotter by day but cooler at night, and southern beach destinations such as Phuket enjoying calm seas and little rain. That means a suitcase built for a Highland winter will be far too heavy once you land. </w:t>
      </w:r>
      <w:r/>
    </w:p>
    <w:p>
      <w:r/>
      <w:r>
        <w:t xml:space="preserve">The smartest approach is to pack for heat, humidity, and versatility. Lightweight cotton, linen, and other breathable fabrics will feel far more comfortable than denim, thick jumpers, or heavy layers, especially in the capital and the islands where daytime temperatures are typically in the high 20s or low 30s. A few loose tops, shorts, airy trousers, and one light layer for over-air-conditioned buses, airports, and flights are usually enough. If you are heading north, remember that evenings and early mornings can be cooler, particularly around Chiang Mai and higher ground. </w:t>
      </w:r>
      <w:r/>
    </w:p>
    <w:p>
      <w:r/>
      <w:r>
        <w:t xml:space="preserve">Temple visits call for a little extra planning. Visitors are expected to dress modestly in many sacred places, which usually means covering shoulders and knees. A sarong, scarf, or pair of lightweight trousers can solve that without taking up much space. For travellers combining sightseeing with beach time, it makes sense to pack a day bag that can hold a spare top, sun cream, and a cover-up so you can go from a market or shrine to dinner without needing a return to the hotel. </w:t>
      </w:r>
      <w:r/>
    </w:p>
    <w:p>
      <w:r/>
      <w:r>
        <w:t xml:space="preserve">Footwear matters more than many first-time visitors expect. Shoes are often removed at temples, some guesthouses, and even certain shops and spas, so slip-on sandals are far more practical than fiddly laces. A pair of light trainers works well for walking days in Bangkok or for excursions that involve more distance, while sturdy shoes are useful if your plans include trekking or active adventures. It is worth bringing blister plasters too, because heat and humidity can change how footwear feels after a long day out. </w:t>
      </w:r>
      <w:r/>
    </w:p>
    <w:p>
      <w:r/>
      <w:r>
        <w:t xml:space="preserve">Sun protection should be treated as essential rather than optional. February is one of Thailand’s driest months, but that does not make the sun gentle. A high-factor sunscreen, sunglasses, a hat, and a refillable water bottle will make a real difference on boat trips, beach days, and city walks. Mosquito repellent is also wise, particularly around dawn and dusk, when bites are more likely near water or vegetation. Adding a small health kit with pain relief, rehydration sachets, plasters, and any prescription medication in original packaging can save time and hassle later. </w:t>
      </w:r>
      <w:r/>
    </w:p>
    <w:p>
      <w:r/>
      <w:r>
        <w:t xml:space="preserve">The final trick is to dress for the journey as well as the destination. Leaving Scotland in winter often means beginning your trip in cold, uncomfortable weather, so wear layers you can peel off easily rather than trying to travel in holiday clothes from the start. A packable jacket, joggers, and a T-shirt under a jumper usually strike the right balance. Once you arrive, keep winter items to a minimum, leave room for anything you buy locally, and remember that laundry is easy to find in most tourist areas. Pack light, and Thailand in February becomes much easier to enjoy.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[4]</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[4]</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https://twoscotsabroad.com/what-to-pack-for-thailand-in-february-when-youre-leaving-a-scottish-winter-behind/</w:t>
        </w:r>
      </w:hyperlink>
      <w:r>
        <w:t xml:space="preserve"> - Please view link - unable to able to access data</w:t>
      </w:r>
      <w:r/>
    </w:p>
    <w:p>
      <w:pPr>
        <w:pStyle w:val="ListNumber"/>
        <w:spacing w:line="240" w:lineRule="auto"/>
        <w:ind w:left="720"/>
      </w:pPr>
      <w:r/>
      <w:hyperlink r:id="rId10">
        <w:r>
          <w:rPr>
            <w:color w:val="0000EE"/>
            <w:u w:val="single"/>
          </w:rPr>
          <w:t>https://www.roughguides.com/thailand/when-to-go/february/</w:t>
        </w:r>
      </w:hyperlink>
      <w:r>
        <w:t xml:space="preserve"> - February in Thailand is characterised by warm temperatures and minimal rainfall, making it an ideal time to visit. In Bangkok, daytime temperatures average around 32°C, with cooler nights at 23°C. Chiang Mai experiences similar highs of 33°C, with cooler nights at 16°C. Southern beach destinations like Krabi and Koh Samui remain warm and tropical, with temperatures ranging from 24°C at night to 33°C during the day. Rainfall is scarce, with Bangkok receiving less than 20mm throughout the month. The weather is generally dry and sunny, with about 9 hours of sunshine per day, making it a favourable period for outdoor activities and beach vacations. However, it's important to note that the crowds remain, especially in top tourist spots, though February sees slightly fewer visitors than January. Prices remain high, but reservations in less touristy areas can help find better deals. For those looking to explore beyond the usual hotspots, destinations like Sukhothai and Kanchanaburi offer a mix of history and nature with fewer crowds. Islands such as Koh Samui and Koh Tao continue to buzz with energy, providing lively beach escapes. Overall, February offers a comfortable climate for various activities, from trekking to island hopping, with the added benefit of reduced rainfall and pleasant temperatures.</w:t>
      </w:r>
      <w:r/>
    </w:p>
    <w:p>
      <w:pPr>
        <w:pStyle w:val="ListNumber"/>
        <w:spacing w:line="240" w:lineRule="auto"/>
        <w:ind w:left="720"/>
      </w:pPr>
      <w:r/>
      <w:hyperlink r:id="rId11">
        <w:r>
          <w:rPr>
            <w:color w:val="0000EE"/>
            <w:u w:val="single"/>
          </w:rPr>
          <w:t>https://www.weather-atlas.com/en/thailand-weather-february</w:t>
        </w:r>
      </w:hyperlink>
      <w:r>
        <w:t xml:space="preserve"> - February in Thailand marks the transition from the cooler to the warmer season. The average temperatures begin to rise compared to January, with Bangkok and adjacent areas experiencing daytime temperatures ranging from 31°C to 33°C. The skies are predominantly clear, with a steady increase in sunlight duration, paving the way for the hotter months of March and April. Rainfall in February is minimal, making it one of the driest months of the year. However, it's essential to note that the eastern coast near the Gulf of Thailand might experience occasional light showers, though these are brief and far less frequent than in the monsoon months. The weather is generally dry and sunny, with about 9 hours of sunshine per day, making it a favourable period for outdoor activities and beach vacations. The crowds remain, especially in top tourist spots, though February sees slightly fewer visitors than January. Prices remain high, but reservations in less touristy areas can help find better deals. For those looking to explore beyond the usual hotspots, destinations like Sukhothai and Kanchanaburi offer a mix of history and nature with fewer crowds. Islands such as Koh Samui and Koh Tao continue to buzz with energy, providing lively beach escapes. Overall, February offers a comfortable climate for various activities, from trekking to island hopping, with the added benefit of reduced rainfall and pleasant temperatures.</w:t>
      </w:r>
      <w:r/>
    </w:p>
    <w:p>
      <w:pPr>
        <w:pStyle w:val="ListNumber"/>
        <w:spacing w:line="240" w:lineRule="auto"/>
        <w:ind w:left="720"/>
      </w:pPr>
      <w:r/>
      <w:hyperlink r:id="rId12">
        <w:r>
          <w:rPr>
            <w:color w:val="0000EE"/>
            <w:u w:val="single"/>
          </w:rPr>
          <w:t>https://www.thailandhighlights.com/thailand/weather-in-february</w:t>
        </w:r>
      </w:hyperlink>
      <w:r>
        <w:t xml:space="preserve"> - February is one of the best months to visit Thailand, offering warm and sunny weather with minimal rainfall. Daytime temperatures range from 24°C to 33°C (75°F to 91°F), making it ideal for outdoor exploration. The northern regions, such as Chiang Mai, experience cooler temperatures, with mornings around 16°C to 20°C (61°F to 68°F) and afternoons warming up to 28°C to 32°C (82°F to 90°F). This variation is perfect for activities like trekking, temple visits, and elephant experiences. The southern islands, including Koh Samui, Koh Phangan, and Koh Tao, enjoy prime beach weather with calm seas and warm water temperatures around 28°C (82°F). Rain is minimal, and humidity is low, ensuring clear and blue skies throughout the month. Crowds are lighter than in January, providing a more relaxed experience. Festivals such as the Chiang Flower Festival in Chiang Mai and Valentine's Day celebrations at beach resorts add to the vibrant atmosphere. Overall, February offers excellent conditions for a memorable Thai holiday.</w:t>
      </w:r>
      <w:r/>
    </w:p>
    <w:p>
      <w:pPr>
        <w:pStyle w:val="ListNumber"/>
        <w:spacing w:line="240" w:lineRule="auto"/>
        <w:ind w:left="720"/>
      </w:pPr>
      <w:r/>
      <w:hyperlink r:id="rId14">
        <w:r>
          <w:rPr>
            <w:color w:val="0000EE"/>
            <w:u w:val="single"/>
          </w:rPr>
          <w:t>https://www.thailandhighlights.com/thailand/ko-phuket/weather-in-february</w:t>
        </w:r>
      </w:hyperlink>
      <w:r>
        <w:t xml:space="preserve"> - Phuket in February offers warm and pleasant weather, making it a top destination for tourists. The average temperature ranges from 23°C to 33°C (73°F to 91°F), with an average of 28°C (82°F). As the last month of Phuket's dry season, rainfall is minimal, approximately 30 mm (1 inch), with 4–5 days of rain. The humidity level is around 75%, which is generally comfortable. The sea conditions are calm and flat, providing excellent conditions for boat trips and diving activities. The clear skies and warm temperatures make it an ideal time to explore the island's beaches, engage in water sports, and enjoy outdoor activities. The pleasant weather also contributes to a vibrant atmosphere, with various events and festivals taking place throughout the month. Overall, February in Phuket offers a combination of comfortable temperatures, minimal rainfall, and calm seas, ensuring a memorable holiday experience.</w:t>
      </w:r>
      <w:r/>
    </w:p>
    <w:p>
      <w:pPr>
        <w:pStyle w:val="ListNumber"/>
        <w:spacing w:line="240" w:lineRule="auto"/>
        <w:ind w:left="720"/>
      </w:pPr>
      <w:r/>
      <w:hyperlink r:id="rId13">
        <w:r>
          <w:rPr>
            <w:color w:val="0000EE"/>
            <w:u w:val="single"/>
          </w:rPr>
          <w:t>https://outthailand.com/guide/thailand-in-february/</w:t>
        </w:r>
      </w:hyperlink>
      <w:r>
        <w:t xml:space="preserve"> - February in Thailand is characterised by dry, sunny, and hot weather across most regions, with the north still enjoying cool nights. The month marks the end of the cool season and the transition into the hotter months. In Bangkok and the central plains, daytime highs are around 32–33°C, with nights around 24°C. Rainfall averages between 20–30mm over 1–3 days. The northern regions, including Chiang Mai and Chiang Rai, experience daytime highs of 30–32°C, with cooler nights at 15–17°C. Rainfall is minimal, often under 10mm over one rainy day. The Andaman coast, including Phuket, Krabi, and Koh Lanta, enjoys daytime highs of 32–33°C, with sea temperatures around 28°C. Rainfall averages 25–30mm over 2–3 days, and sea conditions are calm and flat, making it prime for boat and dive activities. The Gulf coast, including Koh Samui, Koh Phangan, and Koh Tao, experiences daytime highs of 29–30°C, with occasional brief showers. Overall, February offers favourable weather conditions for various activities across Thailand.</w:t>
      </w:r>
      <w:r/>
    </w:p>
    <w:p>
      <w:pPr>
        <w:pStyle w:val="ListNumber"/>
        <w:spacing w:line="240" w:lineRule="auto"/>
        <w:ind w:left="720"/>
      </w:pPr>
      <w:r/>
      <w:hyperlink r:id="rId16">
        <w:r>
          <w:rPr>
            <w:color w:val="0000EE"/>
            <w:u w:val="single"/>
          </w:rPr>
          <w:t>https://thaiest.com/thailand/weather/month/february</w:t>
        </w:r>
      </w:hyperlink>
      <w:r>
        <w:t xml:space="preserve"> - February in Thailand marks the end of the peak season, with excellent weather conditions. Temperatures remain between 25°C and 30°C, and rainfall is minimal, making it an ideal time for relaxation and outdoor activities. The northern, northeastern, and upper central parts may experience scanty rain, while Bangkok and the eastern part rarely see rain. Southern Thailand might receive intermittent rainfall, but chances are low. The pleasant weather conditions make February a great time to visit Thailand, offering opportunities for various activities and exploration.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woscotsabroad.com/what-to-pack-for-thailand-in-february-when-youre-leaving-a-scottish-winter-behind/" TargetMode="External"/><Relationship Id="rId10" Type="http://schemas.openxmlformats.org/officeDocument/2006/relationships/hyperlink" Target="https://www.roughguides.com/thailand/when-to-go/february/" TargetMode="External"/><Relationship Id="rId11" Type="http://schemas.openxmlformats.org/officeDocument/2006/relationships/hyperlink" Target="https://www.weather-atlas.com/en/thailand-weather-february" TargetMode="External"/><Relationship Id="rId12" Type="http://schemas.openxmlformats.org/officeDocument/2006/relationships/hyperlink" Target="https://www.thailandhighlights.com/thailand/weather-in-february" TargetMode="External"/><Relationship Id="rId13" Type="http://schemas.openxmlformats.org/officeDocument/2006/relationships/hyperlink" Target="https://outthailand.com/guide/thailand-in-february/" TargetMode="External"/><Relationship Id="rId14" Type="http://schemas.openxmlformats.org/officeDocument/2006/relationships/hyperlink" Target="https://www.thailandhighlights.com/thailand/ko-phuket/weather-in-february" TargetMode="External"/><Relationship Id="rId15" Type="http://schemas.openxmlformats.org/officeDocument/2006/relationships/hyperlink" Target="https://www.noahwire.com" TargetMode="External"/><Relationship Id="rId16" Type="http://schemas.openxmlformats.org/officeDocument/2006/relationships/hyperlink" Target="https://thaiest.com/thailand/weather/month/febru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