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faces intensified rainy season with heavy rains and flood risks across 21 provinces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Thailand’s rainy season is set to intensify again today, with the Thai Meteorological Department warning of heavy rain across 21 provinces and the eastern seaboard facing the highest risk of very heavy downpours. For travellers, that means a greater chance of flooded roads, delayed journeys and rough seas, especially if you are heading to coastal destinations or planning island transfers. </w:t>
      </w:r>
      <w:r/>
    </w:p>
    <w:p>
      <w:r/>
      <w:r>
        <w:t xml:space="preserve">The weather pattern is being driven by a strengthened monsoon trough stretching across Myanmar, Laos and upper Vietnam, alongside a strong south-westerly monsoon over the Andaman Sea, Thailand and the Gulf. The department says this combination should bring widespread showers to much of the country, with the upper North, the North-east and the East most exposed to sudden bursts of rain and localised flooding. </w:t>
      </w:r>
      <w:r/>
    </w:p>
    <w:p>
      <w:r/>
      <w:r>
        <w:t xml:space="preserve">In practical terms, visitors should be especially cautious in Chanthaburi and Trat, where very heavy rain is possible, and in low-lying or hillside areas where flash flooding and run-off can develop quickly. The Thai Meteorological Department has also warned of landslide risks near waterways and in areas with steep ground, and has told boat operators to avoid thunderstorms. Small boats in the upper Andaman Sea are advised to stay ashore. </w:t>
      </w:r>
      <w:r/>
    </w:p>
    <w:p>
      <w:r/>
      <w:r>
        <w:t xml:space="preserve">Sea conditions are also a concern for anyone travelling by ferry or speedboat. The department says waves in the upper Andaman Sea may reach two to three metres, rising above three metres in storms, while the eastern waters could also become hazardous during thundery weather. Around Bangkok and nearby provinces, thunderstorms are forecast over a wide area, so travellers should allow extra time for road journeys and keep an eye on official weather updates before heading out.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https://thethaiger.com/hot-news/environment/thailand-heavy-rain-forecast-21-provinces-monsoon</w:t>
        </w:r>
      </w:hyperlink>
      <w:r>
        <w:t xml:space="preserve"> - Please view link - unable to able to access data</w:t>
      </w:r>
      <w:r/>
    </w:p>
    <w:p>
      <w:pPr>
        <w:pStyle w:val="ListNumber"/>
        <w:spacing w:line="240" w:lineRule="auto"/>
        <w:ind w:left="720"/>
      </w:pPr>
      <w:r/>
      <w:hyperlink r:id="rId10">
        <w:r>
          <w:rPr>
            <w:color w:val="0000EE"/>
            <w:u w:val="single"/>
          </w:rPr>
          <w:t>https://www.tmd.go.th/media/forecast/7-day/e_260708.pdf</w:t>
        </w:r>
      </w:hyperlink>
      <w:r>
        <w:t xml:space="preserve"> - The Thai Meteorological Department's medium-range forecast for 8–14 July 2026 indicates that the monsoon trough will extend across Myanmar, Laos, and upper Vietnam, with the southwest monsoon prevailing over the Andaman Sea, Thailand, and the Gulf. This setup is expected to bring more rainfall to the country, with isolated very heavy rains in the upper Northeast, East, and Southern West Coast. The strengthening winds will cause waves in the upper Andaman Sea to reach up to 2–4 meters, and above 4 meters during thundershowers.</w:t>
      </w:r>
      <w:r/>
    </w:p>
    <w:p>
      <w:pPr>
        <w:pStyle w:val="ListNumber"/>
        <w:spacing w:line="240" w:lineRule="auto"/>
        <w:ind w:left="720"/>
      </w:pPr>
      <w:r/>
      <w:hyperlink r:id="rId11">
        <w:r>
          <w:rPr>
            <w:color w:val="0000EE"/>
            <w:u w:val="single"/>
          </w:rPr>
          <w:t>https://www.tmd.go.th/media/climate/climate-monthly/august-2025.pdf</w:t>
        </w:r>
      </w:hyperlink>
      <w:r>
        <w:t xml:space="preserve"> - The Thai Meteorological Department's monthly weather summary for August 2025 reports that the moderate southwest monsoon prevailed over the Andaman Sea, Thailand, and the Gulf of Thailand during mid and late August. The monsoon trough lay across lower northern, upper central, and northeastern parts toward the low-pressure cell covering the lower South China Sea during mid-period, moving southwards to cover the coast of lower Vietnam and Cambodia. These conditions caused fairly widespread rain over upper Thailand, with isolated heavy to very heavy rainfall in some areas, especially in the eastern part, which received heavy to very heavy rainfall in several areas.</w:t>
      </w:r>
      <w:r/>
    </w:p>
    <w:p>
      <w:pPr>
        <w:pStyle w:val="ListNumber"/>
        <w:spacing w:line="240" w:lineRule="auto"/>
        <w:ind w:left="720"/>
      </w:pPr>
      <w:r/>
      <w:hyperlink r:id="rId13">
        <w:r>
          <w:rPr>
            <w:color w:val="0000EE"/>
            <w:u w:val="single"/>
          </w:rPr>
          <w:t>https://www.tmd.go.th/media/forecast/7-day/e_260304.pdf</w:t>
        </w:r>
      </w:hyperlink>
      <w:r>
        <w:t xml:space="preserve"> - The Thai Meteorological Department's medium-range forecast for 4–10 March 2026 indicates that the high-pressure system will cover the Northeast and the South China Sea, with southerly and southeasterly winds covering the Northeast, Central region, East, and the Gulf. Hot weather is expected over the upper country, with outbreaks of summer storms possible, including gusts, lightning, and hail in the upper country. During 7–10 March 2026, the high-pressure system will still cover, and the westerly wind will prevail across the upper Thailand with less rain.</w:t>
      </w:r>
      <w:r/>
    </w:p>
    <w:p>
      <w:pPr>
        <w:pStyle w:val="ListNumber"/>
        <w:spacing w:line="240" w:lineRule="auto"/>
        <w:ind w:left="720"/>
      </w:pPr>
      <w:r/>
      <w:hyperlink r:id="rId14">
        <w:r>
          <w:rPr>
            <w:color w:val="0000EE"/>
            <w:u w:val="single"/>
          </w:rPr>
          <w:t>https://joelandchoom.net/tmdsummaries/August%202021_rev_edit.pdf</w:t>
        </w:r>
      </w:hyperlink>
      <w:r>
        <w:t xml:space="preserve"> - The Thai Meteorological Department's monthly weather summary for August 2021 reports that the moderate southwest monsoon prevailed over the Andaman Sea, Thailand, and the Gulf of Thailand during mid and late August. The monsoon trough lay across lower northern, upper central, and northeastern parts toward the low-pressure cell covering the lower South China Sea during mid-period, moving southwards to cover the coast of lower Vietnam and Cambodia. These conditions caused fairly widespread rain over upper Thailand, with isolated heavy to very heavy rainfall in some areas, especially in the eastern part, which received heavy to very heavy rainfall in several areas.</w:t>
      </w:r>
      <w:r/>
    </w:p>
    <w:p>
      <w:pPr>
        <w:pStyle w:val="ListNumber"/>
        <w:spacing w:line="240" w:lineRule="auto"/>
        <w:ind w:left="720"/>
      </w:pPr>
      <w:r/>
      <w:hyperlink r:id="rId15">
        <w:r>
          <w:rPr>
            <w:color w:val="0000EE"/>
            <w:u w:val="single"/>
          </w:rPr>
          <w:t>https://www.tmd.go.th/media/forecast/7-day/e_260505.pdf</w:t>
        </w:r>
      </w:hyperlink>
      <w:r>
        <w:t xml:space="preserve"> - The Thai Meteorological Department's medium-range forecast for 5–11 May 2026 indicates that during 5–6 and 10–11 May 2026, thundershowers will still be present in the upper country with gusty winds in some areas because the high-pressure system covering the South China Sea and the Northeast is weak, while the southwesterly and southeasterly winds prevail across the upper country, with hot to very hot weather. During 7–9 May 2026, more thunderstorms and gusty winds are expected in the upper country because the high-pressure system from China will cover the South China Sea, with strengthening easterly and southeasterly winds prevailing across the upper country, with hot to very hot weather.</w:t>
      </w:r>
      <w:r/>
    </w:p>
    <w:p>
      <w:pPr>
        <w:pStyle w:val="ListNumber"/>
        <w:spacing w:line="240" w:lineRule="auto"/>
        <w:ind w:left="720"/>
      </w:pPr>
      <w:r/>
      <w:hyperlink r:id="rId16">
        <w:r>
          <w:rPr>
            <w:color w:val="0000EE"/>
            <w:u w:val="single"/>
          </w:rPr>
          <w:t>https://www.youtube.com/watch?v=mDEyO9mCMkE</w:t>
        </w:r>
      </w:hyperlink>
      <w:r>
        <w:t xml:space="preserve"> - A YouTube video titled 'Prepare for heavy rain and a new wave of rainfall in 2026. The monsoon is intensifying, with fore...' provides information about the intensifying monsoon and the expected heavy rainfall in Thailand in 2026. The video discusses the weather forecast, including the strengthening monsoon and the potential for heavy rain and flooding in various regions of Thailand.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hot-news/environment/thailand-heavy-rain-forecast-21-provinces-monsoon" TargetMode="External"/><Relationship Id="rId10" Type="http://schemas.openxmlformats.org/officeDocument/2006/relationships/hyperlink" Target="https://www.tmd.go.th/media/forecast/7-day/e_260708.pdf" TargetMode="External"/><Relationship Id="rId11" Type="http://schemas.openxmlformats.org/officeDocument/2006/relationships/hyperlink" Target="https://www.tmd.go.th/media/climate/climate-monthly/august-2025.pdf" TargetMode="External"/><Relationship Id="rId12" Type="http://schemas.openxmlformats.org/officeDocument/2006/relationships/hyperlink" Target="https://www.noahwire.com" TargetMode="External"/><Relationship Id="rId13" Type="http://schemas.openxmlformats.org/officeDocument/2006/relationships/hyperlink" Target="https://www.tmd.go.th/media/forecast/7-day/e_260304.pdf" TargetMode="External"/><Relationship Id="rId14" Type="http://schemas.openxmlformats.org/officeDocument/2006/relationships/hyperlink" Target="https://joelandchoom.net/tmdsummaries/August%202021_rev_edit.pdf" TargetMode="External"/><Relationship Id="rId15" Type="http://schemas.openxmlformats.org/officeDocument/2006/relationships/hyperlink" Target="https://www.tmd.go.th/media/forecast/7-day/e_260505.pdf" TargetMode="External"/><Relationship Id="rId16" Type="http://schemas.openxmlformats.org/officeDocument/2006/relationships/hyperlink" Target="https://www.youtube.com/watch?v=mDEyO9mCM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