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passport holders can now enjoy faster immigration at Bangkok’s Suvarnabhumi Airport, but manual checks remain essential until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Singapore passport holders arriving at Bangkok’s Suvarnabhumi Airport can now use the automated immigration channel when they meet the airport’s live conditions, but the key point for travellers is that the e-gate is only one part of the arrival process. Thailand’s tourism authority says the system is being opened in phases and that a further expansion is due in September 2026, so visitors should treat airport signage and staff instructions as the final word rather than assuming every lane will be open for every passenger.</w:t>
      </w:r>
      <w:r/>
    </w:p>
    <w:p>
      <w:r/>
      <w:r>
        <w:t>For most travellers, the practical benefit is speed rather than a change in entry rules. Suvarnabhumi Airport says its Automatic Channel is available to holders of e-passports that meet ICAO standards, runs around the clock on Level 4 of the main terminal, and is intended to reduce congestion at immigration. The airport also says foreign travellers with regular passports, children, passengers with disabilities and anyone carrying an abnormal e-passport will need to go through manual inspection instead.</w:t>
      </w:r>
      <w:r/>
    </w:p>
    <w:p>
      <w:r/>
      <w:r>
        <w:t>That means a Singapore traveller should still arrive prepared. The passport must be in good condition, the biometric scan has to work properly and any separate entry requirement still has to be complete before travel. In other words, the gate may speed up the queue, but it does not replace visa checks, arrival forms or any other document the authorities ask for.</w:t>
      </w:r>
      <w:r/>
    </w:p>
    <w:p>
      <w:r/>
      <w:r>
        <w:t>The system has been widening for some time. Reuters-style reporting from the Thai and English-language press shows Singaporeans were the first foreign nationality allowed to use Suvarnabhumi’s automatic passport gates, back in 2017, and the airport later extended the option to other foreign e-passport holders. For departures, foreign passengers were added to the automated lanes from December 2023, although people barred from leaving Thailand, those facing arrest warrants and overstayers still have to be handled manually.</w:t>
      </w:r>
      <w:r/>
    </w:p>
    <w:p>
      <w:r/>
      <w:r>
        <w:t>For holidaymakers, the safest approach is simple: follow the live signs, keep the passport ready, and be prepared to switch to a staffed counter if the machine fails to read the document or match the face. Families should check whether all members are eligible before splitting up, while passengers needing assistance should ask staff which lane to use rather than choosing the machine on speed alone. The recent push to upgrade Suvarnabhumi’s automated border control system came after officials raised concerns about congestion, so the promise is shorter waits, not a guaranteed empty hall.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[5]</w:t>
        </w:r>
      </w:hyperlink>
      <w:r>
        <w:t xml:space="preserve">- Paragraph 2: </w:t>
      </w:r>
      <w:hyperlink r:id="rId10">
        <w:r>
          <w:rPr>
            <w:color w:val="0000EE"/>
            <w:u w:val="single"/>
          </w:rPr>
          <w:t>[2]</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1">
        <w:r>
          <w:rPr>
            <w:color w:val="0000EE"/>
            <w:u w:val="single"/>
          </w:rPr>
          <w:t>[4]</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[5]</w:t>
        </w:r>
      </w:hyperlink>
      <w:r>
        <w:t xml:space="preserve">, </w:t>
      </w:r>
      <w:hyperlink r:id="rId13">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https://littlebigreddot.com/suvarnabhumi-automated-passport-singapore-travellers/</w:t>
        </w:r>
      </w:hyperlink>
      <w:r>
        <w:t xml:space="preserve"> - Please view link - unable to able to access data</w:t>
      </w:r>
      <w:r/>
    </w:p>
    <w:p>
      <w:pPr>
        <w:pStyle w:val="ListNumber"/>
        <w:spacing w:line="240" w:lineRule="auto"/>
        <w:ind w:left="720"/>
      </w:pPr>
      <w:r/>
      <w:hyperlink r:id="rId10">
        <w:r>
          <w:rPr>
            <w:color w:val="0000EE"/>
            <w:u w:val="single"/>
          </w:rPr>
          <w:t>https://suvarnabhumi.airportthai.co.th/service/facility/detail/816</w:t>
        </w:r>
      </w:hyperlink>
      <w:r>
        <w:t xml:space="preserve"> - Suvarnabhumi Airport offers an Automatic Channel for holders of electronic passports (e-Passports) from all nationalities. To use this channel, passengers must possess an e-Passport that meets International Civil Aviation Organization (ICAO) standards. Foreigners with regular passports, children, individuals with disabilities, or those with abnormal e-Passports are required to undergo manual inspection, though the process is expedited due to reduced congestion. The Automatic Channel operates 24 hours a day on Level 4 of the Main Terminal.</w:t>
      </w:r>
      <w:r/>
    </w:p>
    <w:p>
      <w:pPr>
        <w:pStyle w:val="ListNumber"/>
        <w:spacing w:line="240" w:lineRule="auto"/>
        <w:ind w:left="720"/>
      </w:pPr>
      <w:r/>
      <w:hyperlink r:id="rId14">
        <w:r>
          <w:rPr>
            <w:color w:val="0000EE"/>
            <w:u w:val="single"/>
          </w:rPr>
          <w:t>https://www.khaosodenglish.com/news/2023/12/11/suvarnabhumi-auto-departure-passport-control-is-open-to-foreigners/</w:t>
        </w:r>
      </w:hyperlink>
      <w:r>
        <w:t xml:space="preserve"> - Starting December 15, 2023, Suvarnabhumi Airport's automatic departure passport control lanes became accessible to foreign passport holders. The Immigration Bureau's commander announced that the system, initially used for Thai travelers, would now accommodate foreign passengers to expedite the immigration process. The system is designed for travelers with e-passports compliant with ICAO standards. However, individuals with court orders barring them from leaving Thailand, those with criminal arrest warrants, and overstayers are still subject to manual inspection.</w:t>
      </w:r>
      <w:r/>
    </w:p>
    <w:p>
      <w:pPr>
        <w:pStyle w:val="ListNumber"/>
        <w:spacing w:line="240" w:lineRule="auto"/>
        <w:ind w:left="720"/>
      </w:pPr>
      <w:r/>
      <w:hyperlink r:id="rId11">
        <w:r>
          <w:rPr>
            <w:color w:val="0000EE"/>
            <w:u w:val="single"/>
          </w:rPr>
          <w:t>https://www.khaosodenglish.com/featured/2017/08/21/auto-passport-control-gates-open-suvarnabhumi/</w:t>
        </w:r>
      </w:hyperlink>
      <w:r>
        <w:t xml:space="preserve"> - In August 2017, Suvarnabhumi Airport introduced automated passport control gates for Singaporean nationals, marking the first foreign nationality approved to use the system. The initiative aimed to alleviate congestion at immigration checkpoints by allowing eligible travelers to use technology for faster processing. The Immigration Bureau and Ministry of Foreign Affairs were working on approving other nationalities for the automatic gates, focusing on countries with high-quality tourists who visit Thailand annually.</w:t>
      </w:r>
      <w:r/>
    </w:p>
    <w:p>
      <w:pPr>
        <w:pStyle w:val="ListNumber"/>
        <w:spacing w:line="240" w:lineRule="auto"/>
        <w:ind w:left="720"/>
      </w:pPr>
      <w:r/>
      <w:hyperlink r:id="rId12">
        <w:r>
          <w:rPr>
            <w:color w:val="0000EE"/>
            <w:u w:val="single"/>
          </w:rPr>
          <w:t>https://en.thairath.co.th/news/politic/2946751</w:t>
        </w:r>
      </w:hyperlink>
      <w:r>
        <w:t xml:space="preserve"> - In July 2026, Thailand's Minister of Tourism and Sports, Surasak Pancharoenworakul, inspected Suvarnabhumi Airport to address reports of tourist overcrowding at immigration checkpoints. He ordered the rapid enhancement of the Automated Border Control (ABC) passport scanning system and emphasized strict measures by the Tourist Police to eliminate criminals at the airport. The initiative aimed to improve the efficiency of immigration processing and enhance the overall experience for travelers.</w:t>
      </w:r>
      <w:r/>
    </w:p>
    <w:p>
      <w:pPr>
        <w:pStyle w:val="ListNumber"/>
        <w:spacing w:line="240" w:lineRule="auto"/>
        <w:ind w:left="720"/>
      </w:pPr>
      <w:r/>
      <w:hyperlink r:id="rId15">
        <w:r>
          <w:rPr>
            <w:color w:val="0000EE"/>
            <w:u w:val="single"/>
          </w:rPr>
          <w:t>https://www.inkl.com/news/automated-channel-for-chinese-launched-at-suvarnabhumi</w:t>
        </w:r>
      </w:hyperlink>
      <w:r>
        <w:t xml:space="preserve"> - Suvarnabhumi Airport launched an automated immigration channel for Chinese passport holders, following the earlier introduction for Singaporean nationals. The system, which records passport barcodes, takes photographs, and verifies identity through fingerprints, aims to reduce congestion by processing each passenger in approximately 20 seconds. The initiative is part of the Thailand 4.0 strategy and represents cooperation between Thai and Chinese authorities to enhance the efficiency of immigration procedures.</w:t>
      </w:r>
      <w:r/>
    </w:p>
    <w:p>
      <w:pPr>
        <w:pStyle w:val="ListNumber"/>
        <w:spacing w:line="240" w:lineRule="auto"/>
        <w:ind w:left="720"/>
      </w:pPr>
      <w:r/>
      <w:hyperlink r:id="rId13">
        <w:r>
          <w:rPr>
            <w:color w:val="0000EE"/>
            <w:u w:val="single"/>
          </w:rPr>
          <w:t>https://www.airportinformation.com/BKK</w:t>
        </w:r>
      </w:hyperlink>
      <w:r>
        <w:t xml:space="preserve"> - Suvarnabhumi Airport, Thailand's busiest airport, implemented automated passport checks for departing foreign passengers starting December 15, 2023. The system is available to travelers possessing ICAO-compliant e-passports. To use the automatic gates, passengers approach the transparent gate or turnstile, insert their passport, and follow the instructions. The gates utilize facial recognition and fingerprint verification. It's important to note that passengers using the automatic gates will not receive an exit stamp.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suvarnabhumi-automated-passport-singapore-travellers/" TargetMode="External"/><Relationship Id="rId10" Type="http://schemas.openxmlformats.org/officeDocument/2006/relationships/hyperlink" Target="https://suvarnabhumi.airportthai.co.th/service/facility/detail/816" TargetMode="External"/><Relationship Id="rId11" Type="http://schemas.openxmlformats.org/officeDocument/2006/relationships/hyperlink" Target="https://www.khaosodenglish.com/featured/2017/08/21/auto-passport-control-gates-open-suvarnabhumi/" TargetMode="External"/><Relationship Id="rId12" Type="http://schemas.openxmlformats.org/officeDocument/2006/relationships/hyperlink" Target="https://en.thairath.co.th/news/politic/2946751" TargetMode="External"/><Relationship Id="rId13" Type="http://schemas.openxmlformats.org/officeDocument/2006/relationships/hyperlink" Target="https://www.airportinformation.com/BKK" TargetMode="External"/><Relationship Id="rId14" Type="http://schemas.openxmlformats.org/officeDocument/2006/relationships/hyperlink" Target="https://www.khaosodenglish.com/news/2023/12/11/suvarnabhumi-auto-departure-passport-control-is-open-to-foreigners/" TargetMode="External"/><Relationship Id="rId15" Type="http://schemas.openxmlformats.org/officeDocument/2006/relationships/hyperlink" Target="https://www.inkl.com/news/automated-channel-for-chinese-launched-at-suvarnabhumi"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