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Streamlining your first Thai airport arrival: essential tips for smooth entry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 many first-time travellers, arriving in Thailand is less about the holiday and more about getting through the airport without a hitch. The good news, according to several recent travel guides, is that the process is usually straightforward if you arrive with the right paperwork, know where to queue and have your documents ready before you reach the desk. That matters whether you land at Bangkok Suvarnabhumi, Don Mueang, Phuket or another major airport.</w:t>
      </w:r>
      <w:r/>
    </w:p>
    <w:p>
      <w:r/>
      <w:r>
        <w:t>The most important item is still your passport, and it needs to be in good condition with at least six months’ validity remaining. Travel guides also stress that visitors should have their return or onward ticket, hotel booking and any visa or arrival confirmation prepared before they reach immigration. Several guides now also highlight Thailand’s Digital Arrival Card, with travellers advised to complete it before departure and keep the QR code or confirmation readily available on their phone or printed out.</w:t>
      </w:r>
      <w:r/>
    </w:p>
    <w:p>
      <w:r/>
      <w:r>
        <w:t>At the airport, the routine is familiar: follow the signs to immigration, join the correct queue for your passport type and present your passport alongside the required arrival documents. Guides on Thailand’s airport arrival process note that biometric checks are part of the procedure, after which travellers move on to baggage claim and customs. For visitors arriving in Bangkok, the same advice applies at both Suvarnabhumi and Don Mueang, where clear signage and a prepared document pack can save considerable time.</w:t>
      </w:r>
      <w:r/>
    </w:p>
    <w:p>
      <w:r/>
      <w:r>
        <w:t>What you may be asked at the counter is usually simple. Officers can ask why you are visiting, how long you will stay, where you are staying and whether you have a return ticket. Travel writers covering Thailand immigration say short, honest answers are best. It is also sensible to carry proof of sufficient funds, such as cash, bank cards or a recent statement, even if you are not asked to show it. A polite, calm approach helps, as does avoiding phone use, loud conversation or photography in restricted areas.</w:t>
      </w:r>
      <w:r/>
    </w:p>
    <w:p>
      <w:r/>
      <w:r>
        <w:t>Travellers should also be careful not to bring restricted goods or medicines without the proper paperwork, because customs checks can cause delays. Once your passport is stamped, it is worth checking that the entry date and permitted stay are correct before leaving the desk. Airport arrivals can be busier at peak times, particularly in the morning, in the evening and during holiday periods, so building in extra time is wise. For anyone booking ahead, recent travel guides also suggest comparing Thailand tour packages and flights early, since that can make the overall trip smoother and more economical.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[6]</w:t>
        </w:r>
      </w:hyperlink>
      <w:r>
        <w:t xml:space="preserve">- Paragraph 3: </w:t>
      </w:r>
      <w:hyperlink r:id="rId12">
        <w:r>
          <w:rPr>
            <w:color w:val="0000EE"/>
            <w:u w:val="single"/>
          </w:rPr>
          <w:t>[3]</w:t>
        </w:r>
      </w:hyperlink>
      <w:r>
        <w:t xml:space="preserve">, </w:t>
      </w:r>
      <w:hyperlink r:id="rId14">
        <w:r>
          <w:rPr>
            <w:color w:val="0000EE"/>
            <w:u w:val="single"/>
          </w:rPr>
          <w:t>[4]</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[4]</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https://drifttravel.com/thailand-airport-immigration-tips-a-complete-guide-for-first-time-indian-travelers/</w:t>
        </w:r>
      </w:hyperlink>
      <w:r>
        <w:t xml:space="preserve"> - Please view link - unable to able to access data</w:t>
      </w:r>
      <w:r/>
    </w:p>
    <w:p>
      <w:pPr>
        <w:pStyle w:val="ListNumber"/>
        <w:spacing w:line="240" w:lineRule="auto"/>
        <w:ind w:left="720"/>
      </w:pPr>
      <w:r/>
      <w:hyperlink r:id="rId10">
        <w:r>
          <w:rPr>
            <w:color w:val="0000EE"/>
            <w:u w:val="single"/>
          </w:rPr>
          <w:t>https://thedestinationholidays.com/post/updated-thailand-airport-immigration-process/</w:t>
        </w:r>
      </w:hyperlink>
      <w:r>
        <w:t xml:space="preserve"> - This comprehensive guide provides first-time Indian travellers with essential information on navigating Thailand's airport immigration process. It covers required documents, such as a valid passport with at least six months' validity, completed Thailand Digital Arrival Card (TDAC), return or onward flight tickets, hotel bookings, and proof of sufficient funds. The article also outlines the step-by-step procedure upon arrival, including following signs to immigration, joining the correct queue, presenting necessary documents, undergoing biometric capture, and proceeding through customs. Additionally, it offers tips on avoiding common mistakes and ensuring a smooth entry into Thailand.</w:t>
      </w:r>
      <w:r/>
    </w:p>
    <w:p>
      <w:pPr>
        <w:pStyle w:val="ListNumber"/>
        <w:spacing w:line="240" w:lineRule="auto"/>
        <w:ind w:left="720"/>
      </w:pPr>
      <w:r/>
      <w:hyperlink r:id="rId12">
        <w:r>
          <w:rPr>
            <w:color w:val="0000EE"/>
            <w:u w:val="single"/>
          </w:rPr>
          <w:t>https://thaidigitalcard.com/en/guides/airport-arrival</w:t>
        </w:r>
      </w:hyperlink>
      <w:r>
        <w:t xml:space="preserve"> - This guide details the arrival process at Thailand's international airports, specifically Suvarnabhumi (BKK) and Don Mueang (DMK). It advises travellers to disembark and follow signs to immigration, have their passport open to the photo page, and keep the TDAC QR code ready. The process includes scanning the TDAC QR code at self-service kiosks, joining the appropriate immigration queue, presenting the passport and TDAC confirmation slip, undergoing biometric capture, and proceeding to baggage claim and customs. The article also highlights the importance of completing the TDAC before arrival to avoid delays.</w:t>
      </w:r>
      <w:r/>
    </w:p>
    <w:p>
      <w:pPr>
        <w:pStyle w:val="ListNumber"/>
        <w:spacing w:line="240" w:lineRule="auto"/>
        <w:ind w:left="720"/>
      </w:pPr>
      <w:r/>
      <w:hyperlink r:id="rId14">
        <w:r>
          <w:rPr>
            <w:color w:val="0000EE"/>
            <w:u w:val="single"/>
          </w:rPr>
          <w:t>https://www.thailand-tour.in/blog/thailand-arrival-at-bangkok-airport-bkk-2026-immigration-guide</w:t>
        </w:r>
      </w:hyperlink>
      <w:r>
        <w:t xml:space="preserve"> - This guide offers a detailed walkthrough of the arrival process at Bangkok Suvarnabhumi Airport (BKK) for first-time visitors. It emphasizes the importance of having essential documents ready, such as a valid passport, completed TDAC, return or onward flight ticket, hotel bookings, and proof of sufficient funds. The article outlines the steps from landing, including following signs to immigration, joining the correct queue, presenting necessary documents, undergoing biometric capture, collecting luggage, and proceeding through customs. It also provides tips on transportation options from the airport to central Bangkok.</w:t>
      </w:r>
      <w:r/>
    </w:p>
    <w:p>
      <w:pPr>
        <w:pStyle w:val="ListNumber"/>
        <w:spacing w:line="240" w:lineRule="auto"/>
        <w:ind w:left="720"/>
      </w:pPr>
      <w:r/>
      <w:hyperlink r:id="rId11">
        <w:r>
          <w:rPr>
            <w:color w:val="0000EE"/>
            <w:u w:val="single"/>
          </w:rPr>
          <w:t>https://www.hellothailandvisa.com/articles/airports-in-thailand</w:t>
        </w:r>
      </w:hyperlink>
      <w:r>
        <w:t xml:space="preserve"> - This article explains what to expect at Thailand's main international airports, including Suvarnabhumi (BKK), Don Mueang (DMK), Phuket International Airport (HKT), Chiang Mai International Airport (CNX), and Koh Samui Airport (USM). It details the general immigration process, which involves proceeding to immigration, joining the correct queue based on nationality and visa type, presenting required documents, undergoing biometric capture, and receiving an entry stamp. The article also notes that the specific checks depend on the traveller's visa category.</w:t>
      </w:r>
      <w:r/>
    </w:p>
    <w:p>
      <w:pPr>
        <w:pStyle w:val="ListNumber"/>
        <w:spacing w:line="240" w:lineRule="auto"/>
        <w:ind w:left="720"/>
      </w:pPr>
      <w:r/>
      <w:hyperlink r:id="rId13">
        <w:r>
          <w:rPr>
            <w:color w:val="0000EE"/>
            <w:u w:val="single"/>
          </w:rPr>
          <w:t>https://visualthailand.com/arrival-immigration-suvarnabhumi/</w:t>
        </w:r>
      </w:hyperlink>
      <w:r>
        <w:t xml:space="preserve"> - This article provides a step-by-step guide to the immigration process at Suvarnabhumi Airport in 2026. It advises travellers to follow signs for immigration after exiting the plane, ensure they have completed the TDAC Arrival Card, and join the correct queue for foreign passports. The process includes presenting the passport and TDAC confirmation, undergoing biometric capture, and proceeding to baggage claim and customs. The article also highlights the importance of completing the TDAC before arrival to expedite the process.</w:t>
      </w:r>
      <w:r/>
    </w:p>
    <w:p>
      <w:pPr>
        <w:pStyle w:val="ListNumber"/>
        <w:spacing w:line="240" w:lineRule="auto"/>
        <w:ind w:left="720"/>
      </w:pPr>
      <w:r/>
      <w:hyperlink r:id="rId15">
        <w:r>
          <w:rPr>
            <w:color w:val="0000EE"/>
            <w:u w:val="single"/>
          </w:rPr>
          <w:t>https://www.thailandwithmonchai.com/blogs/thailand-airport-arrival-process-2025-complete-immigration-and-tdac-guide-for-first-time-travelers</w:t>
        </w:r>
      </w:hyperlink>
      <w:r>
        <w:t xml:space="preserve"> - This comprehensive guide covers the arrival process at Thailand's airports, including Bangkok Suvarnabhumi (BKK), Don Mueang (DMK), and Phuket International Airport (HKT). It details the steps from landing, such as following signs to immigration, joining the appropriate queue, presenting necessary documents like a valid passport, completed TDAC, return or onward flight ticket, hotel bookings, and proof of sufficient funds. The article also discusses the TDAC digital arrival card requirements, customs procedures, and transportation options from the airport to the destination.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rifttravel.com/thailand-airport-immigration-tips-a-complete-guide-for-first-time-indian-travelers/" TargetMode="External"/><Relationship Id="rId10" Type="http://schemas.openxmlformats.org/officeDocument/2006/relationships/hyperlink" Target="https://thedestinationholidays.com/post/updated-thailand-airport-immigration-process/" TargetMode="External"/><Relationship Id="rId11" Type="http://schemas.openxmlformats.org/officeDocument/2006/relationships/hyperlink" Target="https://www.hellothailandvisa.com/articles/airports-in-thailand" TargetMode="External"/><Relationship Id="rId12" Type="http://schemas.openxmlformats.org/officeDocument/2006/relationships/hyperlink" Target="https://thaidigitalcard.com/en/guides/airport-arrival" TargetMode="External"/><Relationship Id="rId13" Type="http://schemas.openxmlformats.org/officeDocument/2006/relationships/hyperlink" Target="https://visualthailand.com/arrival-immigration-suvarnabhumi/" TargetMode="External"/><Relationship Id="rId14" Type="http://schemas.openxmlformats.org/officeDocument/2006/relationships/hyperlink" Target="https://www.thailand-tour.in/blog/thailand-arrival-at-bangkok-airport-bkk-2026-immigration-guide" TargetMode="External"/><Relationship Id="rId15" Type="http://schemas.openxmlformats.org/officeDocument/2006/relationships/hyperlink" Target="https://www.thailandwithmonchai.com/blogs/thailand-airport-arrival-process-2025-complete-immigration-and-tdac-guide-for-first-time-travelers"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