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Phuket’s smart bus offers affordable beach access but requires careful timing and route checks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For travellers heading from Phuket International Airport to one of the island’s west-coast beaches, the Phuket Smart Bus can be a simple, budget-friendly option, but only if your hotel sits close to the route and you are not arriving too late in the day. The service runs down the coast towards Bang Tao, Surin, Kamala, Patong, Karon, Kata and on to Rawai, making it useful for beach stays where a short transfer from the stop is all that is needed. </w:t>
      </w:r>
      <w:r/>
    </w:p>
    <w:p>
      <w:r/>
      <w:r>
        <w:t xml:space="preserve">The practical test is whether the bus stop and your hotel are genuinely close enough to make the journey worthwhile. Phuket’s west-coast road can be slow, and the trip to Patong is often around 90 minutes, while Karon and Kata can take closer to two hours because of the number of stops. That makes the Smart Bus better suited to daylight arrivals and lighter luggage than to late-night landings or tight onward plans. </w:t>
      </w:r>
      <w:r/>
    </w:p>
    <w:p>
      <w:r/>
      <w:r>
        <w:t xml:space="preserve">Most guides place the airport boarding point at the departures level near Exit 3, opposite Café Amazon, although travellers should check the live stop information before setting off. The operator’s timetable can change, and Phuket’s traffic can make published times less reliable than a taxi or pre-booked transfer if you need to be somewhere at a fixed hour. </w:t>
      </w:r>
      <w:r/>
    </w:p>
    <w:p>
      <w:r/>
      <w:r>
        <w:t xml:space="preserve">On price, the sources are broadly consistent that the Smart Bus is one of the cheapest ways to reach the west coast, with a flat fare of 100 baht per ride. Payment methods may include cash, QR code, contactless card or a Rabbit Card, so it is worth checking the current arrangement before you travel rather than assuming a single payment method will always be accepted. </w:t>
      </w:r>
      <w:r/>
    </w:p>
    <w:p>
      <w:r/>
      <w:r>
        <w:t xml:space="preserve">For many visitors, the bus makes the most sense as part of a mixed transfer rather than a door-to-door solution. If your hotel is inland, uphill or far from the nearest stop, a short feeder taxi after the bus may still leave you ahead on cost while avoiding a long walk in heat or rain. That is especially useful for travellers with heavy bags, children or mobility concerns. </w:t>
      </w:r>
      <w:r/>
    </w:p>
    <w:p>
      <w:r/>
      <w:r>
        <w:t xml:space="preserve">The safest approach is to treat the Smart Bus as a live service, not a fixed promise. Check the operator timetable on the day you travel, confirm the stop nearest your hotel, and keep a fallback option in case the last departure has gone or the schedule has shifted. For the right arrival and the right beach, it can be an easy, inexpensive start to a Phuket stay.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2">
        <w:r>
          <w:rPr>
            <w:color w:val="0000EE"/>
            <w:u w:val="single"/>
          </w:rPr>
          <w:t>[4]</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https://littlebigreddot.com/phuket-smart-bus-airport-west-coast-guide/</w:t>
        </w:r>
      </w:hyperlink>
      <w:r>
        <w:t xml:space="preserve"> - Please view link - unable to able to access data</w:t>
      </w:r>
      <w:r/>
    </w:p>
    <w:p>
      <w:pPr>
        <w:pStyle w:val="ListNumber"/>
        <w:spacing w:line="240" w:lineRule="auto"/>
        <w:ind w:left="720"/>
      </w:pPr>
      <w:r/>
      <w:hyperlink r:id="rId10">
        <w:r>
          <w:rPr>
            <w:color w:val="0000EE"/>
            <w:u w:val="single"/>
          </w:rPr>
          <w:t>https://phuket-hkt-international-airport.com/en/ways/smartbus</w:t>
        </w:r>
      </w:hyperlink>
      <w:r>
        <w:t xml:space="preserve"> - The Phuket Smart Bus offers an economical and convenient way to travel from Phuket International Airport to various west coast beaches, including Bang Tao, Surin, Kamala, Patong, Karon, and Kata, all the way to Rawai. The bus operates daily from approximately 06:30 to 17:30, with departures roughly every hour. Passengers can board the bus at the Departures level, near Exit 3, opposite Café Amazon. The fare is a flat 100 baht per ride, regardless of the destination along the route. Payment options include cash, QR code, contactless card, or a Rabbit Card. The journey to Patong takes about 90 minutes, and closer to two hours for Kata and Karon, due to multiple stops along the way. It's advisable to check the current timetable before travel, as schedules can change. The Smart Bus is ideal for solo and budget travelers arriving during daylight hours, offering a cost-effective alternative to taxis or private transfers.</w:t>
      </w:r>
      <w:r/>
    </w:p>
    <w:p>
      <w:pPr>
        <w:pStyle w:val="ListNumber"/>
        <w:spacing w:line="240" w:lineRule="auto"/>
        <w:ind w:left="720"/>
      </w:pPr>
      <w:r/>
      <w:hyperlink r:id="rId11">
        <w:r>
          <w:rPr>
            <w:color w:val="0000EE"/>
            <w:u w:val="single"/>
          </w:rPr>
          <w:t>https://phuket-tropic-tours.com/blog/smart-bus-in-phuket</w:t>
        </w:r>
      </w:hyperlink>
      <w:r>
        <w:t xml:space="preserve"> - The Phuket Smart Bus operates two main routes: Route 1 connects Phuket Airport to Rawai, covering 15 stops along the west coast, including Cherng Talay (Boat Avenue), Laguna, Bang Tao/Surin Beach, Kamala, Patong, Karon, and Kata Beach. Route 2 links Phuket Town to Patong, with buses operating hourly from 6:00 AM to 8:00 PM. Additionally, the Dragon Line is a free bus route operating around Phuket Old Town, ideal for sightseeing in the historic center. Travel time is about 15 minutes, and passengers can hop on and off unlimited times. The Smart Bus is a safe, affordable, and efficient way to get around Phuket Island for budget-savvy travelers.</w:t>
      </w:r>
      <w:r/>
    </w:p>
    <w:p>
      <w:pPr>
        <w:pStyle w:val="ListNumber"/>
        <w:spacing w:line="240" w:lineRule="auto"/>
        <w:ind w:left="720"/>
      </w:pPr>
      <w:r/>
      <w:hyperlink r:id="rId12">
        <w:r>
          <w:rPr>
            <w:color w:val="0000EE"/>
            <w:u w:val="single"/>
          </w:rPr>
          <w:t>https://www.phuket101.net/how-to-ride-phuket-bus/</w:t>
        </w:r>
      </w:hyperlink>
      <w:r>
        <w:t xml:space="preserve"> - The Phuket Smart Bus is a modern, air-conditioned coach service that runs along the west coast of Phuket Island, connecting Phuket International Airport to Rawai Beach. The bus stops at more than 25 stations along the way, including popular destinations such as Bang Tao, Surin Beach, Kamala, Patong, Karon, and Kata Beach. The fare is a flat 100 baht per ride, regardless of the distance traveled. Passengers can board the bus at the Domestic Terminal of Phuket Airport, near Gate No. 3, opposite Café Amazon. The journey to Patong takes approximately 90 minutes, and closer to two hours for Kata and Karon, due to multiple stops along the way. It's advisable to check the current timetable before travel, as schedules can change. The Smart Bus is ideal for solo and budget travelers arriving during daylight hours, offering a cost-effective alternative to taxis or private transfers.</w:t>
      </w:r>
      <w:r/>
    </w:p>
    <w:p>
      <w:pPr>
        <w:pStyle w:val="ListNumber"/>
        <w:spacing w:line="240" w:lineRule="auto"/>
        <w:ind w:left="720"/>
      </w:pPr>
      <w:r/>
      <w:hyperlink r:id="rId13">
        <w:r>
          <w:rPr>
            <w:color w:val="0000EE"/>
            <w:u w:val="single"/>
          </w:rPr>
          <w:t>https://phuketexpatguide.com/blog/phuket-smart-bus-route/</w:t>
        </w:r>
      </w:hyperlink>
      <w:r>
        <w:t xml:space="preserve"> - The Phuket Smart Bus is a modern, air-conditioned coach service that runs along the west coast of Phuket Island, connecting Phuket International Airport to Rawai Beach. The bus stops at more than 25 stations along the way, including popular destinations such as Bang Tao, Surin Beach, Kamala, Patong, Karon, and Kata Beach. The fare is a flat 100 baht per ride, regardless of the distance traveled. Passengers can board the bus at the Domestic Terminal of Phuket Airport, near Gate No. 3, opposite Café Amazon. The journey to Patong takes approximately 90 minutes, and closer to two hours for Kata and Karon, due to multiple stops along the way. It's advisable to check the current timetable before travel, as schedules can change. The Smart Bus is ideal for solo and budget travelers arriving during daylight hours, offering a cost-effective alternative to taxis or private transfers.</w:t>
      </w:r>
      <w:r/>
    </w:p>
    <w:p>
      <w:pPr>
        <w:pStyle w:val="ListNumber"/>
        <w:spacing w:line="240" w:lineRule="auto"/>
        <w:ind w:left="720"/>
      </w:pPr>
      <w:r/>
      <w:hyperlink r:id="rId14">
        <w:r>
          <w:rPr>
            <w:color w:val="0000EE"/>
            <w:u w:val="single"/>
          </w:rPr>
          <w:t>https://www.phuket-airport.com/transport.php</w:t>
        </w:r>
      </w:hyperlink>
      <w:r>
        <w:t xml:space="preserve"> - Phuket International Airport offers several transportation options for travelers, including the Phuket Smart Bus, which operates hourly from 9:00 AM to 9:00 PM, traveling along the coast to major beaches with a fixed fare of 100 baht. The final stop is Rawai Beach in the south of the island. The airport bus is an orange-colored bus and is the cheapest option for getting to Phuket Town from the airport. The bus terminal in Phuket Town is about 500 meters from the city center. Look for "Public Bus" signs at the airport to find the bus stop.</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phuket-smart-bus-airport-west-coast-guide/" TargetMode="External"/><Relationship Id="rId10" Type="http://schemas.openxmlformats.org/officeDocument/2006/relationships/hyperlink" Target="https://phuket-hkt-international-airport.com/en/ways/smartbus" TargetMode="External"/><Relationship Id="rId11" Type="http://schemas.openxmlformats.org/officeDocument/2006/relationships/hyperlink" Target="https://phuket-tropic-tours.com/blog/smart-bus-in-phuket" TargetMode="External"/><Relationship Id="rId12" Type="http://schemas.openxmlformats.org/officeDocument/2006/relationships/hyperlink" Target="https://www.phuket101.net/how-to-ride-phuket-bus/" TargetMode="External"/><Relationship Id="rId13" Type="http://schemas.openxmlformats.org/officeDocument/2006/relationships/hyperlink" Target="https://phuketexpatguide.com/blog/phuket-smart-bus-route/" TargetMode="External"/><Relationship Id="rId14" Type="http://schemas.openxmlformats.org/officeDocument/2006/relationships/hyperlink" Target="https://www.phuket-airport.com/transport.php"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