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Phuket reveals lesser-known beaches offering serene escapes beyond the bustling resorts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Phuket still has a deserved reputation for busy resort stretches and late-night energy, but that is only part of the story. Local beach guides and area round-ups agree that the island has well over 30 beaches and coves, with the quietest options usually found in the far north and at the southern end of the island. For travellers who want softer sand, calmer surroundings and easier days by the sea, the best strategy is to look beyond Patong and towards beaches such as Sai Kaew, Mai Khao, Nai Harn and Kata Noi.</w:t>
      </w:r>
      <w:r/>
    </w:p>
    <w:p>
      <w:r/>
      <w:r>
        <w:t>In the north, Sai Kaew Beach and Mai Khao Beach are the clearest choice for visitors who value space over scene. Sai Kaew is close to the Sarasin Bridge and remains relatively undeveloped, so it suits long walks and low-key lunches rather than beach bars or watersports. Mai Khao is even more expansive, with a long, open shoreline that feels markedly less crowded than Phuket’s better-known resort areas. It is also the island’s most unusual beach stop: at one end, visitors can watch aircraft descend extremely low over the sand near the airport, although safety barriers and local advice should always be followed.</w:t>
      </w:r>
      <w:r/>
    </w:p>
    <w:p>
      <w:r/>
      <w:r>
        <w:t>Phuket’s south offers a different kind of appeal. Kata Noi is one of the island’s prettiest compact bays, with pale sand, clear water in fine weather and green hills framing the coastline. Nearby Karon View Point gives visitors a simple way to see Kata Noi, Kata and Karon in one glance, which makes it an easy add-on to a beach day. Further round the coast, Nai Harn is often singled out as a favourite for families and couples because it feels more relaxed than the bigger tourist strips, while still offering enough cafés and shops for a full day out.</w:t>
      </w:r>
      <w:r/>
    </w:p>
    <w:p>
      <w:r/>
      <w:r>
        <w:t>For visitors who want a bit more activity, Ya Nui and Ao Sane are the best bets for snorkelling when the sea is calm. Ya Nui is small, which gives it a friendly, tucked-away feel, and it is close enough to Cape Promthep to combine the two in one outing. Ao Sane is the more obvious choice for underwater viewing, with a rocky setting that attracts people looking for a quieter snorkelling spot. These smaller coves can fill up quickly, so arriving early is sensible.</w:t>
      </w:r>
      <w:r/>
    </w:p>
    <w:p>
      <w:r/>
      <w:r>
        <w:t>Other beaches are worth considering depending on the kind of trip you want. Nai Yang offers a more relaxed setting near the airport, with more facilities than Mai Khao and parts of the area within Sirinat National Park. Naithon and Banana Beach are good options for visitors who want a calmer west-coast base without feeling too remote. Bang Tao and Surin lean towards a more upscale resort feel, while Kamala and Karon tend to work well for families who want easier access to restaurants, hotels and shops. Patong, by contrast, is still the island’s most obvious choice for nightlife, watersports and all-day bustle.</w:t>
      </w:r>
      <w:r/>
    </w:p>
    <w:p>
      <w:r/>
      <w:r>
        <w:t>Timing matters almost as much as location. Travel guides on Phuket consistently note that the best beach conditions usually fall between November and April, when rain is lighter and the sea on the west coast is more often calm. From May to October, monsoon weather can bring stronger waves and dangerous currents, so the red flag on the beach should be taken seriously. Visitors planning to move between several beaches will find a scooter the most flexible option, though it is best left to confident riders only; otherwise, a car or ride-hailing app is the safer choice. For most travellers, the simplest summary is this: choose Mai Khao or Sai Kaew for peace, Nai Harn or Kata Noi for a classic beach day, and Ya Nui or Ao Sane if snorkelling is high on the list.</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w:t>
      </w:r>
      <w:hyperlink r:id="rId12">
        <w:r>
          <w:rPr>
            <w:color w:val="0000EE"/>
            <w:u w:val="single"/>
          </w:rPr>
          <w:t>[6]</w:t>
        </w:r>
      </w:hyperlink>
      <w:r>
        <w:t xml:space="preserve">- Paragraph 2: </w:t>
      </w:r>
      <w:hyperlink r:id="rId13">
        <w:r>
          <w:rPr>
            <w:color w:val="0000EE"/>
            <w:u w:val="single"/>
          </w:rPr>
          <w:t>[3]</w:t>
        </w:r>
      </w:hyperlink>
      <w:r>
        <w:t xml:space="preserve">, </w:t>
      </w:r>
      <w:hyperlink r:id="rId11">
        <w:r>
          <w:rPr>
            <w:color w:val="0000EE"/>
            <w:u w:val="single"/>
          </w:rPr>
          <w:t>[5]</w:t>
        </w:r>
      </w:hyperlink>
      <w:r>
        <w:t xml:space="preserve">, </w:t>
      </w:r>
      <w:hyperlink r:id="rId12">
        <w:r>
          <w:rPr>
            <w:color w:val="0000EE"/>
            <w:u w:val="single"/>
          </w:rPr>
          <w:t>[6]</w:t>
        </w:r>
      </w:hyperlink>
      <w:r>
        <w:t xml:space="preserve">- Paragraph 3: </w:t>
      </w:r>
      <w:hyperlink r:id="rId10">
        <w:r>
          <w:rPr>
            <w:color w:val="0000EE"/>
            <w:u w:val="single"/>
          </w:rPr>
          <w:t>[2]</w:t>
        </w:r>
      </w:hyperlink>
      <w:r>
        <w:t xml:space="preserve">, </w:t>
      </w:r>
      <w:hyperlink r:id="rId14">
        <w:r>
          <w:rPr>
            <w:color w:val="0000EE"/>
            <w:u w:val="single"/>
          </w:rPr>
          <w:t>[4]</w:t>
        </w:r>
      </w:hyperlink>
      <w:r>
        <w:t xml:space="preserve">, </w:t>
      </w:r>
      <w:hyperlink r:id="rId15">
        <w:r>
          <w:rPr>
            <w:color w:val="0000EE"/>
            <w:u w:val="single"/>
          </w:rPr>
          <w:t>[7]</w:t>
        </w:r>
      </w:hyperlink>
      <w:r>
        <w:t xml:space="preserve">- Paragraph 4: </w:t>
      </w:r>
      <w:hyperlink r:id="rId14">
        <w:r>
          <w:rPr>
            <w:color w:val="0000EE"/>
            <w:u w:val="single"/>
          </w:rPr>
          <w:t>[4]</w:t>
        </w:r>
      </w:hyperlink>
      <w:r>
        <w:t xml:space="preserve">, </w:t>
      </w:r>
      <w:hyperlink r:id="rId11">
        <w:r>
          <w:rPr>
            <w:color w:val="0000EE"/>
            <w:u w:val="single"/>
          </w:rPr>
          <w:t>[5]</w:t>
        </w:r>
      </w:hyperlink>
      <w:r>
        <w:t xml:space="preserve">, </w:t>
      </w:r>
      <w:hyperlink r:id="rId15">
        <w:r>
          <w:rPr>
            <w:color w:val="0000EE"/>
            <w:u w:val="single"/>
          </w:rPr>
          <w:t>[7]</w:t>
        </w:r>
      </w:hyperlink>
      <w:r>
        <w:t xml:space="preserve">- Paragraph 5: </w:t>
      </w:r>
      <w:hyperlink r:id="rId10">
        <w:r>
          <w:rPr>
            <w:color w:val="0000EE"/>
            <w:u w:val="single"/>
          </w:rPr>
          <w:t>[2]</w:t>
        </w:r>
      </w:hyperlink>
      <w:r>
        <w:t xml:space="preserve">, </w:t>
      </w:r>
      <w:hyperlink r:id="rId14">
        <w:r>
          <w:rPr>
            <w:color w:val="0000EE"/>
            <w:u w:val="single"/>
          </w:rPr>
          <w:t>[4]</w:t>
        </w:r>
      </w:hyperlink>
      <w:r>
        <w:t xml:space="preserve">, </w:t>
      </w:r>
      <w:hyperlink r:id="rId12">
        <w:r>
          <w:rPr>
            <w:color w:val="0000EE"/>
            <w:u w:val="single"/>
          </w:rPr>
          <w:t>[6]</w:t>
        </w:r>
      </w:hyperlink>
      <w:r>
        <w:t xml:space="preserve">, </w:t>
      </w:r>
      <w:hyperlink r:id="rId15">
        <w:r>
          <w:rPr>
            <w:color w:val="0000EE"/>
            <w:u w:val="single"/>
          </w:rPr>
          <w:t>[7]</w:t>
        </w:r>
      </w:hyperlink>
      <w:r>
        <w:t xml:space="preserve">- Paragraph 6: </w:t>
      </w:r>
      <w:hyperlink r:id="rId13">
        <w:r>
          <w:rPr>
            <w:color w:val="0000EE"/>
            <w:u w:val="single"/>
          </w:rPr>
          <w:t>[3]</w:t>
        </w:r>
      </w:hyperlink>
      <w:r>
        <w:t xml:space="preserve">, </w:t>
      </w:r>
      <w:hyperlink r:id="rId11">
        <w:r>
          <w:rPr>
            <w:color w:val="0000EE"/>
            <w:u w:val="single"/>
          </w:rPr>
          <w:t>[5]</w:t>
        </w:r>
      </w:hyperlink>
      <w:r>
        <w:t xml:space="preserve">, </w:t>
      </w:r>
      <w:hyperlink r:id="rId12">
        <w:r>
          <w:rPr>
            <w:color w:val="0000EE"/>
            <w:u w:val="single"/>
          </w:rPr>
          <w:t>[6]</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https://coconut-sports.de/asien/thailand/schoenste-straende-auf-phuket/</w:t>
        </w:r>
      </w:hyperlink>
      <w:r>
        <w:t xml:space="preserve"> - Please view link - unable to able to access data</w:t>
      </w:r>
      <w:r/>
    </w:p>
    <w:p>
      <w:pPr>
        <w:pStyle w:val="ListNumber"/>
        <w:spacing w:line="240" w:lineRule="auto"/>
        <w:ind w:left="720"/>
      </w:pPr>
      <w:r/>
      <w:hyperlink r:id="rId10">
        <w:r>
          <w:rPr>
            <w:color w:val="0000EE"/>
            <w:u w:val="single"/>
          </w:rPr>
          <w:t>https://www.phuketstaypro.com/en/blog/best-beaches-phuket-area-guide</w:t>
        </w:r>
      </w:hyperlink>
      <w:r>
        <w:t xml:space="preserve"> - This comprehensive guide provides an area-by-area breakdown of Phuket's best beaches, detailing each beach's unique characteristics, amenities, and the type of visitors they attract. It covers popular spots like Patong Beach, known for its vibrant nightlife, and quieter areas such as Mai Khao Beach, ideal for those seeking solitude. The guide also highlights family-friendly beaches like Kata and Karon, as well as upscale locations like Surin and Bang Tao, offering insights into the local culture and environment of each area.</w:t>
      </w:r>
      <w:r/>
    </w:p>
    <w:p>
      <w:pPr>
        <w:pStyle w:val="ListNumber"/>
        <w:spacing w:line="240" w:lineRule="auto"/>
        <w:ind w:left="720"/>
      </w:pPr>
      <w:r/>
      <w:hyperlink r:id="rId13">
        <w:r>
          <w:rPr>
            <w:color w:val="0000EE"/>
            <w:u w:val="single"/>
          </w:rPr>
          <w:t>https://phuketexpatguide.com/blog/phuket-beaches-guide-expats/</w:t>
        </w:r>
      </w:hyperlink>
      <w:r>
        <w:t xml:space="preserve"> - Tailored for expatriates, this guide offers an honest assessment of Phuket's beaches, ranking them based on usability, crowd levels, safety, and parking availability. It provides practical insights into each beach's atmosphere, making it a valuable resource for those considering long-term stays or seeking a more authentic experience away from tourist hotspots. The guide emphasizes real-life usability over aesthetic appeal, helping readers choose beaches that align with their lifestyle preferences.</w:t>
      </w:r>
      <w:r/>
    </w:p>
    <w:p>
      <w:pPr>
        <w:pStyle w:val="ListNumber"/>
        <w:spacing w:line="240" w:lineRule="auto"/>
        <w:ind w:left="720"/>
      </w:pPr>
      <w:r/>
      <w:hyperlink r:id="rId14">
        <w:r>
          <w:rPr>
            <w:color w:val="0000EE"/>
            <w:u w:val="single"/>
          </w:rPr>
          <w:t>https://welovephuket.com/beaches/</w:t>
        </w:r>
      </w:hyperlink>
      <w:r>
        <w:t xml:space="preserve"> - WeLovePhuket.com presents a curated list of Phuket's beaches, categorizing them based on their unique features and appeal. From lively party beaches like Patong to hidden coves such as Freedom Beach, the guide offers detailed descriptions, including activities available, surrounding amenities, and the general vibe of each location. This resource is ideal for travelers looking to match their beach experience with their personal interests, whether it's relaxation, adventure, or cultural exploration.</w:t>
      </w:r>
      <w:r/>
    </w:p>
    <w:p>
      <w:pPr>
        <w:pStyle w:val="ListNumber"/>
        <w:spacing w:line="240" w:lineRule="auto"/>
        <w:ind w:left="720"/>
      </w:pPr>
      <w:r/>
      <w:hyperlink r:id="rId11">
        <w:r>
          <w:rPr>
            <w:color w:val="0000EE"/>
            <w:u w:val="single"/>
          </w:rPr>
          <w:t>https://bestphuketguide.com/blog/best-beaches-phuket-local-guide</w:t>
        </w:r>
      </w:hyperlink>
      <w:r>
        <w:t xml:space="preserve"> - This local's guide delves into Phuket's beach landscape, providing honest assessments of over 30 named beaches. It offers insights into each beach's character, water quality, and crowd levels, helping readers make informed decisions based on their preferences. The guide also includes practical tips on safety considerations, seasonal variations, and nearby amenities, making it a comprehensive resource for both first-time visitors and seasoned travelers seeking a deeper understanding of Phuket's coastal offerings.</w:t>
      </w:r>
      <w:r/>
    </w:p>
    <w:p>
      <w:pPr>
        <w:pStyle w:val="ListNumber"/>
        <w:spacing w:line="240" w:lineRule="auto"/>
        <w:ind w:left="720"/>
      </w:pPr>
      <w:r/>
      <w:hyperlink r:id="rId12">
        <w:r>
          <w:rPr>
            <w:color w:val="0000EE"/>
            <w:u w:val="single"/>
          </w:rPr>
          <w:t>https://www.phuketstaypro.com/en/guide/beaches</w:t>
        </w:r>
      </w:hyperlink>
      <w:r>
        <w:t xml:space="preserve"> - This guide offers a detailed overview of Phuket's main west-coast beaches, from the lively Patong to the tranquil Mai Khao. It discusses each beach's unique characteristics, including crowd levels, available amenities, and the best times to visit. The guide also provides safety tips and seasonal considerations, helping travelers choose the beach that best aligns with their vacation goals, whether it's seeking vibrant nightlife or a peaceful retreat.</w:t>
      </w:r>
      <w:r/>
    </w:p>
    <w:p>
      <w:pPr>
        <w:pStyle w:val="ListNumber"/>
        <w:spacing w:line="240" w:lineRule="auto"/>
        <w:ind w:left="720"/>
      </w:pPr>
      <w:r/>
      <w:hyperlink r:id="rId15">
        <w:r>
          <w:rPr>
            <w:color w:val="0000EE"/>
            <w:u w:val="single"/>
          </w:rPr>
          <w:t>https://www.andatelhotel.com/articles/best-beaches-phuket-guide.html</w:t>
        </w:r>
      </w:hyperlink>
      <w:r>
        <w:t xml:space="preserve"> - This comprehensive comparison guide breaks down Phuket's most visited and underrated beaches, helping travelers select the right base for their holiday. It covers a range of beaches, from the bustling Patong Beach to the serene Nai Harn and Rawai areas. The guide provides insights into each beach's atmosphere, amenities, and suitability for different types of travelers, making it a valuable resource for planning a tailored Phuket beach experience.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oconut-sports.de/asien/thailand/schoenste-straende-auf-phuket/" TargetMode="External"/><Relationship Id="rId10" Type="http://schemas.openxmlformats.org/officeDocument/2006/relationships/hyperlink" Target="https://www.phuketstaypro.com/en/blog/best-beaches-phuket-area-guide" TargetMode="External"/><Relationship Id="rId11" Type="http://schemas.openxmlformats.org/officeDocument/2006/relationships/hyperlink" Target="https://bestphuketguide.com/blog/best-beaches-phuket-local-guide" TargetMode="External"/><Relationship Id="rId12" Type="http://schemas.openxmlformats.org/officeDocument/2006/relationships/hyperlink" Target="https://www.phuketstaypro.com/en/guide/beaches" TargetMode="External"/><Relationship Id="rId13" Type="http://schemas.openxmlformats.org/officeDocument/2006/relationships/hyperlink" Target="https://phuketexpatguide.com/blog/phuket-beaches-guide-expats/" TargetMode="External"/><Relationship Id="rId14" Type="http://schemas.openxmlformats.org/officeDocument/2006/relationships/hyperlink" Target="https://welovephuket.com/beaches/" TargetMode="External"/><Relationship Id="rId15" Type="http://schemas.openxmlformats.org/officeDocument/2006/relationships/hyperlink" Target="https://www.andatelhotel.com/articles/best-beaches-phuket-guide.html"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