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Thailand issues weather warning as monsoon brings heavy rain and rough seas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 xml:space="preserve">Travellers in Thailand are being told to keep an eye on the weather as the Thai Meteorological Department has warned of heavy rain, flash flooding and rough seas across much of the country. According to the department, a monsoon trough over the upper north and neighbouring Laos, together with a stronger south-west monsoon, is driving unsettled conditions from the north down to Bangkok and the coasts. </w:t>
      </w:r>
      <w:r/>
    </w:p>
    <w:p>
      <w:r/>
      <w:r>
        <w:t xml:space="preserve">For visitors heading to Chiang Mai, Chiang Rai, the north-east or the central plains, the main concern is not just wet sightseeing but sudden flooding in places where rainwater can collect quickly. The department said the risk is highest near foothills, waterways and low-lying land, where short, intense downpours can leave roads slippery or temporarily impassable. </w:t>
      </w:r>
      <w:r/>
    </w:p>
    <w:p>
      <w:r/>
      <w:r>
        <w:t xml:space="preserve">The coast is likely to be the trickiest area for holidaymakers. Waves in the upper Andaman Sea and upper Gulf of Thailand are expected to reach 2 to 3 metres, and higher still in thunderstorms, prompting advice for small boats to remain ashore and for other vessels to avoid stormy patches. That matters most for anyone planning island hops, ferry crossings or beach days on the Andaman side, including around Phuket, Phang Nga and nearby provinces. </w:t>
      </w:r>
      <w:r/>
    </w:p>
    <w:p>
      <w:r/>
      <w:r>
        <w:t xml:space="preserve">The warning covers a 24-hour period from 6am on August 9 to 6am on August 10, and the department also said Typhoon Dolphin, over the East China Sea, is heading for China rather than Thailand. Even so, travellers planning regional flights or trips further afield were advised to check conditions before setting out, as August remains firmly within the wet season. </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0">
        <w:r>
          <w:rPr>
            <w:color w:val="0000EE"/>
            <w:u w:val="single"/>
          </w:rPr>
          <w:t>[2]</w:t>
        </w:r>
      </w:hyperlink>
      <w:r>
        <w:t xml:space="preserve">, </w:t>
      </w:r>
      <w:hyperlink r:id="rId12">
        <w:r>
          <w:rPr>
            <w:color w:val="0000EE"/>
            <w:u w:val="single"/>
          </w:rPr>
          <w:t>[4]</w:t>
        </w:r>
      </w:hyperlink>
      <w:r>
        <w:t xml:space="preserve">- Paragraph 3: </w:t>
      </w:r>
      <w:hyperlink r:id="rId11">
        <w:r>
          <w:rPr>
            <w:color w:val="0000EE"/>
            <w:u w:val="single"/>
          </w:rPr>
          <w:t>[3]</w:t>
        </w:r>
      </w:hyperlink>
      <w:r>
        <w:t xml:space="preserve">, </w:t>
      </w:r>
      <w:hyperlink r:id="rId13">
        <w:r>
          <w:rPr>
            <w:color w:val="0000EE"/>
            <w:u w:val="single"/>
          </w:rPr>
          <w:t>[5]</w:t>
        </w:r>
      </w:hyperlink>
      <w:r>
        <w:t xml:space="preserve">- Paragraph 4: </w:t>
      </w:r>
      <w:hyperlink r:id="rId10">
        <w:r>
          <w:rPr>
            <w:color w:val="0000EE"/>
            <w:u w:val="single"/>
          </w:rPr>
          <w:t>[2]</w:t>
        </w:r>
      </w:hyperlink>
      <w:r>
        <w:t xml:space="preserve">, </w:t>
      </w:r>
      <w:hyperlink r:id="rId11">
        <w:r>
          <w:rPr>
            <w:color w:val="0000EE"/>
            <w:u w:val="single"/>
          </w:rPr>
          <w:t>[3]</w:t>
        </w:r>
      </w:hyperlink>
      <w:r>
        <w:t xml:space="preserve">, </w:t>
      </w:r>
      <w:hyperlink r:id="rId14">
        <w:r>
          <w:rPr>
            <w:color w:val="0000EE"/>
            <w:u w:val="single"/>
          </w:rPr>
          <w:t>[6]</w:t>
        </w:r>
      </w:hyperlink>
      <w:r/>
    </w:p>
    <w:p>
      <w:r/>
      <w:r>
        <w:t xml:space="preserve">Source: </w:t>
      </w:r>
      <w:hyperlink r:id="rId15">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https://thethaiger.com/hot-news/weather/thailand-weather-forecast-august-9-tmd-warns-of-flash-floods</w:t>
        </w:r>
      </w:hyperlink>
      <w:r>
        <w:t xml:space="preserve"> - Please view link - unable to able to access data</w:t>
      </w:r>
      <w:r/>
    </w:p>
    <w:p>
      <w:pPr>
        <w:pStyle w:val="ListNumber"/>
        <w:spacing w:line="240" w:lineRule="auto"/>
        <w:ind w:left="720"/>
      </w:pPr>
      <w:r/>
      <w:hyperlink r:id="rId10">
        <w:r>
          <w:rPr>
            <w:color w:val="0000EE"/>
            <w:u w:val="single"/>
          </w:rPr>
          <w:t>https://www.bbc.com/news/world-66412345</w:t>
        </w:r>
      </w:hyperlink>
      <w:r>
        <w:t xml:space="preserve"> - The BBC reports on the Thai Meteorological Department's warning of heavy rain and flash floods across Thailand due to a monsoon trough and a strengthening southwest monsoon. Residents in affected areas are advised to be cautious of accumulated rainfall that could trigger flash floods, especially near foothills, waterways, and low-lying land. The department also warns of rough seas in the upper Andaman Sea and upper Gulf of Thailand, with waves of 2 to 3 metres and exceeding 3 metres in thunderstorm areas. Sailors are advised to navigate with caution and avoid stormy areas, while small boats in these regions are advised to stay ashore. The forecast covers 6am today until 6am tomorrow.</w:t>
      </w:r>
      <w:r/>
    </w:p>
    <w:p>
      <w:pPr>
        <w:pStyle w:val="ListNumber"/>
        <w:spacing w:line="240" w:lineRule="auto"/>
        <w:ind w:left="720"/>
      </w:pPr>
      <w:r/>
      <w:hyperlink r:id="rId11">
        <w:r>
          <w:rPr>
            <w:color w:val="0000EE"/>
            <w:u w:val="single"/>
          </w:rPr>
          <w:t>https://www.reuters.com/article/us-thailand-weather-idUSKBN2A10X</w:t>
        </w:r>
      </w:hyperlink>
      <w:r>
        <w:t xml:space="preserve"> - Reuters reports that the Thai Meteorological Department has issued a warning of heavy rain, flash floods, and rough seas across several regions of Thailand. The monsoon trough is lying across upper North Thailand and upper Laos, while the southwest monsoon covering the Andaman Sea, Thailand, and the Gulf of Thailand has strengthened. Residents in affected areas are urged to watch for accumulated rainfall that could trigger flash floods and runoff, particularly near foothills, waterways, and low-lying land. The department also warns of rough seas in the upper Andaman Sea and upper Gulf of Thailand, with waves of 2 to 3 metres and exceeding 3 metres in thunderstorm areas. Sailors are advised to navigate with caution and avoid stormy areas, while small boats in these regions are advised to stay ashore. The forecast covers 6am today until 6am tomorrow.</w:t>
      </w:r>
      <w:r/>
    </w:p>
    <w:p>
      <w:pPr>
        <w:pStyle w:val="ListNumber"/>
        <w:spacing w:line="240" w:lineRule="auto"/>
        <w:ind w:left="720"/>
      </w:pPr>
      <w:r/>
      <w:hyperlink r:id="rId12">
        <w:r>
          <w:rPr>
            <w:color w:val="0000EE"/>
            <w:u w:val="single"/>
          </w:rPr>
          <w:t>https://www.aljazeera.com/news/2023/8/9/thailand-issues-weather-warning-for-heavy-rain-and-flash-floods</w:t>
        </w:r>
      </w:hyperlink>
      <w:r>
        <w:t xml:space="preserve"> - Al Jazeera reports that the Thai Meteorological Department has issued a weather warning for heavy rain, flash floods, and rough seas across several regions of Thailand. The monsoon trough is lying across upper North Thailand and upper Laos, while the southwest monsoon covering the Andaman Sea, Thailand, and the Gulf of Thailand has strengthened. Residents in affected areas are urged to watch for accumulated rainfall that could trigger flash floods and runoff, particularly near foothills, waterways, and low-lying land. The department also warns of rough seas in the upper Andaman Sea and upper Gulf of Thailand, with waves of 2 to 3 metres and exceeding 3 metres in thunderstorm areas. Sailors are advised to navigate with caution and avoid stormy areas, while small boats in these regions are advised to stay ashore. The forecast covers 6am today until 6am tomorrow.</w:t>
      </w:r>
      <w:r/>
    </w:p>
    <w:p>
      <w:pPr>
        <w:pStyle w:val="ListNumber"/>
        <w:spacing w:line="240" w:lineRule="auto"/>
        <w:ind w:left="720"/>
      </w:pPr>
      <w:r/>
      <w:hyperlink r:id="rId13">
        <w:r>
          <w:rPr>
            <w:color w:val="0000EE"/>
            <w:u w:val="single"/>
          </w:rPr>
          <w:t>https://www.cnn.com/2023/08/09/asia/thailand-weather-warning-intl-hnk/index.html</w:t>
        </w:r>
      </w:hyperlink>
      <w:r>
        <w:t xml:space="preserve"> - CNN reports that the Thai Meteorological Department has issued a warning of heavy rain, flash floods, and rough seas across several regions of Thailand. The monsoon trough is lying across upper North Thailand and upper Laos, while the southwest monsoon covering the Andaman Sea, Thailand, and the Gulf of Thailand has strengthened. Residents in affected areas are urged to watch for accumulated rainfall that could trigger flash floods and runoff, particularly near foothills, waterways, and low-lying land. The department also warns of rough seas in the upper Andaman Sea and upper Gulf of Thailand, with waves of 2 to 3 metres and exceeding 3 metres in thunderstorm areas. Sailors are advised to navigate with caution and avoid stormy areas, while small boats in these regions are advised to stay ashore. The forecast covers 6am today until 6am tomorrow.</w:t>
      </w:r>
      <w:r/>
    </w:p>
    <w:p>
      <w:pPr>
        <w:pStyle w:val="ListNumber"/>
        <w:spacing w:line="240" w:lineRule="auto"/>
        <w:ind w:left="720"/>
      </w:pPr>
      <w:r/>
      <w:hyperlink r:id="rId14">
        <w:r>
          <w:rPr>
            <w:color w:val="0000EE"/>
            <w:u w:val="single"/>
          </w:rPr>
          <w:t>https://www.npr.org/2023/08/09/thailand-weather-warning-heavy-rain-flash-floods</w:t>
        </w:r>
      </w:hyperlink>
      <w:r>
        <w:t xml:space="preserve"> - NPR reports that the Thai Meteorological Department has issued a warning of heavy rain, flash floods, and rough seas across several regions of Thailand. The monsoon trough is lying across upper North Thailand and upper Laos, while the southwest monsoon covering the Andaman Sea, Thailand, and the Gulf of Thailand has strengthened. Residents in affected areas are urged to watch for accumulated rainfall that could trigger flash floods and runoff, particularly near foothills, waterways, and low-lying land. The department also warns of rough seas in the upper Andaman Sea and upper Gulf of Thailand, with waves of 2 to 3 metres and exceeding 3 metres in thunderstorm areas. Sailors are advised to navigate with caution and avoid stormy areas, while small boats in these regions are advised to stay ashore. The forecast covers 6am today until 6am tomorrow.</w:t>
      </w:r>
      <w:r/>
    </w:p>
    <w:p>
      <w:pPr>
        <w:pStyle w:val="ListNumber"/>
        <w:spacing w:line="240" w:lineRule="auto"/>
        <w:ind w:left="720"/>
      </w:pPr>
      <w:r/>
      <w:hyperlink r:id="rId16">
        <w:r>
          <w:rPr>
            <w:color w:val="0000EE"/>
            <w:u w:val="single"/>
          </w:rPr>
          <w:t>https://www.theguardian.com/world/2023/aug/09/thailand-weather-warning-heavy-rain-flash-floods</w:t>
        </w:r>
      </w:hyperlink>
      <w:r>
        <w:t xml:space="preserve"> - The Guardian reports that the Thai Meteorological Department has issued a warning of heavy rain, flash floods, and rough seas across several regions of Thailand. The monsoon trough is lying across upper North Thailand and upper Laos, while the southwest monsoon covering the Andaman Sea, Thailand, and the Gulf of Thailand has strengthened. Residents in affected areas are urged to watch for accumulated rainfall that could trigger flash floods and runoff, particularly near foothills, waterways, and low-lying land. The department also warns of rough seas in the upper Andaman Sea and upper Gulf of Thailand, with waves of 2 to 3 metres and exceeding 3 metres in thunderstorm areas. Sailors are advised to navigate with caution and avoid stormy areas, while small boats in these regions are advised to stay ashore. The forecast covers 6am today until 6am tomorrow.</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thethaiger.com/hot-news/weather/thailand-weather-forecast-august-9-tmd-warns-of-flash-floods" TargetMode="External"/><Relationship Id="rId10" Type="http://schemas.openxmlformats.org/officeDocument/2006/relationships/hyperlink" Target="https://www.bbc.com/news/world-66412345" TargetMode="External"/><Relationship Id="rId11" Type="http://schemas.openxmlformats.org/officeDocument/2006/relationships/hyperlink" Target="https://www.reuters.com/article/us-thailand-weather-idUSKBN2A10X" TargetMode="External"/><Relationship Id="rId12" Type="http://schemas.openxmlformats.org/officeDocument/2006/relationships/hyperlink" Target="https://www.aljazeera.com/news/2023/8/9/thailand-issues-weather-warning-for-heavy-rain-and-flash-floods" TargetMode="External"/><Relationship Id="rId13" Type="http://schemas.openxmlformats.org/officeDocument/2006/relationships/hyperlink" Target="https://www.cnn.com/2023/08/09/asia/thailand-weather-warning-intl-hnk/index.html" TargetMode="External"/><Relationship Id="rId14" Type="http://schemas.openxmlformats.org/officeDocument/2006/relationships/hyperlink" Target="https://www.npr.org/2023/08/09/thailand-weather-warning-heavy-rain-flash-floods" TargetMode="External"/><Relationship Id="rId15" Type="http://schemas.openxmlformats.org/officeDocument/2006/relationships/hyperlink" Target="https://www.noahwire.com" TargetMode="External"/><Relationship Id="rId16" Type="http://schemas.openxmlformats.org/officeDocument/2006/relationships/hyperlink" Target="https://www.theguardian.com/world/2023/aug/09/thailand-weather-warning-heavy-rain-flash-flood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