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Flood risk prompts travellers in Nakhon Phanom to stay alert as Mekong 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Travellers heading to Nakhon Phanom in north-eastern Thailand are being urged to keep plans flexible as the Mekong River continues to rise and authorities warn that low-lying riverside areas could face flooding in the coming days. The province has not been shut to visitors, but the most vulnerable districts along the river are under close watch, and conditions can change quickly after heavy rain.</w:t>
      </w:r>
      <w:r/>
    </w:p>
    <w:p>
      <w:r/>
      <w:r>
        <w:t>According to local authorities, the districts most exposed are Mueang Nakhon Phanom, Tha Uthen, That Phanom and Ban Phaeng. Officials said the river level had climbed to 10.77 metres, still below the 12-metre critical point but close enough to prompt precautionary measures. The Department of Disaster Prevention and Mitigation issued its warning on 10 August, while the provincial governor urged residents and visitors alike to stay alert.</w:t>
      </w:r>
      <w:r/>
    </w:p>
    <w:p>
      <w:r/>
      <w:r>
        <w:t>The concern is not just the river itself but the rainfall feeding it. Nakhon Phanom recorded 222.20 millimetres of rain on 9 August, and municipal officials said brief flooding had already appeared in some low-lying areas before drainage pumps brought water levels back down. Reuters-style reporting from the wider region has also noted that five north-eastern provinces are under flood warnings as more Mekong water flows downstream, with forecasters tracking another weather system that could add fresh rain.</w:t>
      </w:r>
      <w:r/>
    </w:p>
    <w:p>
      <w:r/>
      <w:r>
        <w:t>For visitors, the practical message is simple: riverside sightseeing should be approached with caution, especially during periods of intense rain or after dark. Roads may remain open, but access to some waterfront areas, local markets and temples can be disrupted without much notice. Travellers already in the province should check with hotels or guesthouses before setting out, and avoid assuming that conditions in higher parts of the city are the same as those near the Mekong.</w:t>
      </w:r>
      <w:r/>
    </w:p>
    <w:p>
      <w:r/>
      <w:r>
        <w:t>Authorities have widened their emergency messaging, using mobile network Cell Broadcast alerts as well as local notices to warn people in at-risk communities. Nakhon Phanom Municipality has also prepared sandbag distribution for residents, while officials have asked people to move valuables and vehicles to higher ground if they live near the river. At the same time, they have warned against sharing fake AI-generated flood images, a reminder that visitors should rely on official updates rather than social media posts when deciding whether to travel.</w:t>
      </w:r>
      <w:r/>
    </w:p>
    <w:p>
      <w:r/>
      <w:r>
        <w:t>For tourists, the best approach is to keep the trip, but not the timetable. Nakhon Phanom remains an attractive stop for travellers interested in Mekong views, temples and local culture, yet the next few days could bring sudden changes in access and atmosphere. If you are planning to cross districts or spend time by the water, check the latest local advice before you go and be ready to alter your route.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w:t>
      </w:r>
      <w:hyperlink r:id="rId15">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[4]</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2">
        <w:r>
          <w:rPr>
            <w:color w:val="0000EE"/>
            <w:u w:val="single"/>
          </w:rPr>
          <w:t>[3]</w:t>
        </w:r>
      </w:hyperlink>
      <w:r>
        <w:t xml:space="preserve">, </w:t>
      </w:r>
      <w:hyperlink r:id="rId11">
        <w:r>
          <w:rPr>
            <w:color w:val="0000EE"/>
            <w:u w:val="single"/>
          </w:rPr>
          <w:t>[4]</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https://www.travelandtourworld.com/news/article/lilsbtdn0590/</w:t>
        </w:r>
      </w:hyperlink>
      <w:r>
        <w:t xml:space="preserve"> - Please view link - unable to able to access data</w:t>
      </w:r>
      <w:r/>
    </w:p>
    <w:p>
      <w:pPr>
        <w:pStyle w:val="ListNumber"/>
        <w:spacing w:line="240" w:lineRule="auto"/>
        <w:ind w:left="720"/>
      </w:pPr>
      <w:r/>
      <w:hyperlink r:id="rId10">
        <w:r>
          <w:rPr>
            <w:color w:val="0000EE"/>
            <w:u w:val="single"/>
          </w:rPr>
          <w:t>https://thaitimes.com/mekong-flood-alert-issued-for-northeastern-thailand</w:t>
        </w:r>
      </w:hyperlink>
      <w:r>
        <w:t xml:space="preserve"> - Flood warnings have been issued for five northeastern provinces in Thailand, including Nakhon Phanom, due to rapidly rising water levels in the Mekong River. The Office of the National Water Resources reported significant downstream floodwater flow that could lead to inundation this week. In Nakhon Phanom, municipal mayor Niwat Chiawiriyabunya said that the water level is still three meters below critical levels, but preparations are in place, including a temporary shelter at Nakhon Phanom stadium. The Meteorological Department is monitoring a low-pressure system near the Philippines, which may develop into a tropical storm and impact northern Vietnam on Friday, potentially bringing more heavy rain to Thailand. Seasonal flooding has already claimed the lives of 22 people since mid-August, with 12 fatalities in Chiang Rai province.</w:t>
      </w:r>
      <w:r/>
    </w:p>
    <w:p>
      <w:pPr>
        <w:pStyle w:val="ListNumber"/>
        <w:spacing w:line="240" w:lineRule="auto"/>
        <w:ind w:left="720"/>
      </w:pPr>
      <w:r/>
      <w:hyperlink r:id="rId12">
        <w:r>
          <w:rPr>
            <w:color w:val="0000EE"/>
            <w:u w:val="single"/>
          </w:rPr>
          <w:t>https://thai.news/news/thailand/mekong-river-flood-alert-in-nakhon-phanom-authorities-brace-for-rising-waters</w:t>
        </w:r>
      </w:hyperlink>
      <w:r>
        <w:t xml:space="preserve"> - On September 13, 2024, the Mekong River in Nakhon Phanom surged to an alarming height of over 10 metres, prompting provincial authorities to alert various agencies in the most vulnerable areas—Ban Phaeng, Tha Uthen, Muang, and That Phanom districts. The rising water levels were attributed to relentless deluge and runoff from the northern regions. Tributaries like Nam Oun and Nam Songkhram in Sri Songkhram district had broken their banks, flooding over 10,000 rai (approximately 3,953 acres) of paddy fields. Local authorities urged residents to relocate their belongings to higher grounds immediately.</w:t>
      </w:r>
      <w:r/>
    </w:p>
    <w:p>
      <w:pPr>
        <w:pStyle w:val="ListNumber"/>
        <w:spacing w:line="240" w:lineRule="auto"/>
        <w:ind w:left="720"/>
      </w:pPr>
      <w:r/>
      <w:hyperlink r:id="rId11">
        <w:r>
          <w:rPr>
            <w:color w:val="0000EE"/>
            <w:u w:val="single"/>
          </w:rPr>
          <w:t>https://www.inkl.com/news/overflow-alert-as-mekong-keeps-rising</w:t>
        </w:r>
      </w:hyperlink>
      <w:r>
        <w:t xml:space="preserve"> - Residents of four districts along the Mekong River in Nakhon Phanom province have been warned as the water level has risen to almost nine metres, nearing the spill-over level of 12 metres. Three major tributaries—Nam Oun, Nam Songkhram, and Nam Kam—are now at 80% to 90% of their holding capacities. Some low-lying housing and farming areas in this northeastern province are already hit by overflow from watercourses. The Nakhon Phanom provincial disaster prevention and mitigation office has warned people living in at-risk areas and economic zones in Ban Phaeng, Tha Uthen, Muang, and That Phanom districts along the Mekong River banks to brace for possible overflows that could cause flooding. People were told to move their belongings to higher ground if heavy rain continued.</w:t>
      </w:r>
      <w:r/>
    </w:p>
    <w:p>
      <w:pPr>
        <w:pStyle w:val="ListNumber"/>
        <w:spacing w:line="240" w:lineRule="auto"/>
        <w:ind w:left="720"/>
      </w:pPr>
      <w:r/>
      <w:hyperlink r:id="rId14">
        <w:r>
          <w:rPr>
            <w:color w:val="0000EE"/>
            <w:u w:val="single"/>
          </w:rPr>
          <w:t>https://visualthailand.com/flash-flood-warnings/</w:t>
        </w:r>
      </w:hyperlink>
      <w:r>
        <w:t xml:space="preserve"> - The Department of Disaster Prevention and Mitigation (DDPM) has issued an urgent weather alert for 33 provinces, warning of flash floods, forest runoff, landslides, and rising water levels in major rivers, particularly the Mekong, between July 6 and 12. Provinces requiring close monitoring include Chiang Rai, Phayao, Nan, and Tak in the North; Loei, Nong Khai, Bueng Kan, Udon Thani, Sakon Nakhon, Nakhon Phanom, Yasothon, and Ubon Ratchathani in the Northeast; Chon Buri, Rayong, Chanthaburi, and Trat in the Central and Eastern region; and Surat Thani, Ranong, Phangnga, and Phuket in the South. Authorities are also monitoring rising water levels in low-lying areas and along the Ing and Sai rivers in Chiang Rai, where flash flooding may happen. Provinces bordering the Mekong have also been told to prepare for rapid changes in river levels.</w:t>
      </w:r>
      <w:r/>
    </w:p>
    <w:p>
      <w:pPr>
        <w:pStyle w:val="ListNumber"/>
        <w:spacing w:line="240" w:lineRule="auto"/>
        <w:ind w:left="720"/>
      </w:pPr>
      <w:r/>
      <w:hyperlink r:id="rId15">
        <w:r>
          <w:rPr>
            <w:color w:val="0000EE"/>
            <w:u w:val="single"/>
          </w:rPr>
          <w:t>https://ollekebolleke.info/de-mekong-rivier-in-thailand-blijft-stijgen-de-autoriteiten-in-de-provincie-nakhon-phanom-houden-regio-scherp-in-de-gaten/</w:t>
        </w:r>
      </w:hyperlink>
      <w:r>
        <w:t xml:space="preserve"> - The Mekong River continues to rise steadily after several days of persistent rain, with an additional 30–50 centimetres of water per day. As of the latest measurements, the water level is approximately 6.15 metres—over 6 metres below the critical threshold of 12 metres—providing some buffer for additional rainfall. Nevertheless, local authorities are taking no chances. In the districts of Ban Phaeng, Tha Uthen, Mueang Nakhon Phanom, and That Phanom, water levels are monitored around the clock, fearing that higher river levels could bring backflow to villages and fields. The provincial irrigation office is accelerating water pumping from tributaries into the Mekong to clear buffer zones for new showers and prevent fields, ditches, and residential areas from flooding.</w:t>
      </w:r>
      <w:r/>
    </w:p>
    <w:p>
      <w:pPr>
        <w:pStyle w:val="ListNumber"/>
        <w:spacing w:line="240" w:lineRule="auto"/>
        <w:ind w:left="720"/>
      </w:pPr>
      <w:r/>
      <w:hyperlink r:id="rId13">
        <w:r>
          <w:rPr>
            <w:color w:val="0000EE"/>
            <w:u w:val="single"/>
          </w:rPr>
          <w:t>https://www.mrcmekong.org/media-releases/water-levels-reach-alarm-stage-at-selected-cities-along-the-lower-mekong-mainstream/2024/</w:t>
        </w:r>
      </w:hyperlink>
      <w:r>
        <w:t xml:space="preserve"> - Persistent and intensified rainfall across the central and upper regions of the Lower Mekong Basin, particularly in northern Thailand and Lao PDR, has caused a significant rise in water levels at critical monitoring stations along mainstream cities over the past two weeks. The water level at Nong Khai station in Thailand has reached flood level today, with similar surges observed at Chiang Khan and Nakhon Phanom in Thailand, as well as in Vientiane and Paksane in Lao PDR. The Mekong River Commission’s (MRC) monitoring data reveals that sustained heavy rainfall throughout the basin has pushed river levels at most stations above their long-term averages. Key Monitoring Stations at Alarm Levels: Nong Khai Station, Thailand: Water levels reached 12.69 meters today, surpassing the flood level of 12.2 meters. Today, however, water releases from Jinghong, Nam Ou, and therefore Xayaburi Hydropower Projects have decreased than previous days. Although rainfall is expected to decrease in the coming days, water levels at stations such as Chiang Khan, Vientiane, and Nongkhai will remain high, with Nongkhai staying at the alarm level until the end of the month. Downstream stations like Paksane and Nakhon Phanom may also experience rising water levels in the next five days, with minimum distances to the alarm level of 0.73 meters and 0.37 meters, respectively, and potentially affecting low-lying areas. Stations in Cambodia and Vietnam currently remain below alarm levels. In the coming week (1-15 September 2024), the lower part of the Lower Mekong Basin may experience heavy rainfall, particularly, the 3S basin – Sekong, Sesan, and Srepok. However, the flood risk at key downstream stations, including Stung Treng, Kratie, and Phnom Penh Port, is projected to remain low. Water levels at these stations likely stay well below alarm and flood thresholds.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lilsbtdn0590/" TargetMode="External"/><Relationship Id="rId10" Type="http://schemas.openxmlformats.org/officeDocument/2006/relationships/hyperlink" Target="https://thaitimes.com/mekong-flood-alert-issued-for-northeastern-thailand" TargetMode="External"/><Relationship Id="rId11" Type="http://schemas.openxmlformats.org/officeDocument/2006/relationships/hyperlink" Target="https://www.inkl.com/news/overflow-alert-as-mekong-keeps-rising" TargetMode="External"/><Relationship Id="rId12" Type="http://schemas.openxmlformats.org/officeDocument/2006/relationships/hyperlink" Target="https://thai.news/news/thailand/mekong-river-flood-alert-in-nakhon-phanom-authorities-brace-for-rising-waters" TargetMode="External"/><Relationship Id="rId13" Type="http://schemas.openxmlformats.org/officeDocument/2006/relationships/hyperlink" Target="https://www.mrcmekong.org/media-releases/water-levels-reach-alarm-stage-at-selected-cities-along-the-lower-mekong-mainstream/2024/" TargetMode="External"/><Relationship Id="rId14" Type="http://schemas.openxmlformats.org/officeDocument/2006/relationships/hyperlink" Target="https://visualthailand.com/flash-flood-warnings/" TargetMode="External"/><Relationship Id="rId15" Type="http://schemas.openxmlformats.org/officeDocument/2006/relationships/hyperlink" Target="https://ollekebolleke.info/de-mekong-rivier-in-thailand-blijft-stijgen-de-autoriteiten-in-de-provincie-nakhon-phanom-houden-regio-scherp-in-de-gaten/"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