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Bangkok’s Suvarnabhumi Airport updates luggage storage costs and guidelines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Travellers transiting through Bangkok’s Suvarnabhumi Airport can store bags with Bellugg, but the price depends on size, and the safest approach is to confirm the tariff at the counter before handing anything over. The guide provided by Little Big Red Dot says the airport lists Bellugg storage on Levels 2 and 4, with published 24-hour rates of 100 baht for bags under 22 inches, 120 baht for 22 to 26 inches, and 150 baht for anything larger. Bellugg’s own airport information also points travellers to the airport for storage and delivery services, making it a practical option for a layover or a few hours between checkout and a hotel room being ready. </w:t>
      </w:r>
      <w:r/>
    </w:p>
    <w:p>
      <w:r/>
      <w:r>
        <w:t xml:space="preserve">Location matters as much as price. LuggageWarden says the counters are on Level 2 near Gate 4 and on Level 4 behind check-in Rows P and Q, while Bellugg’s pages describe the airport set-up as serving both arrival and departure flows. For travellers, that means it is worth checking whether you are coming from the rail link, the arrivals hall or the departures level before you commit, so you do not end up dragging a suitcase between floors unnecessarily. </w:t>
      </w:r>
      <w:r/>
    </w:p>
    <w:p>
      <w:r/>
      <w:r>
        <w:t xml:space="preserve">The size band is the key part of the bill. Bellugg’s published guidance says storage starts from 150 baht per item per 24 hours on some pages, but the Little Big Red Dot guide records a more specific size-based scale for Suvarnabhumi: 100 baht, 120 baht and 150 baht depending on the bag’s dimensions. For a visitor, the practical lesson is simple: measure wheels and handles as well as the shell, then check the live counter tariff rather than relying on a rough estimate. </w:t>
      </w:r>
      <w:r/>
    </w:p>
    <w:p>
      <w:r/>
      <w:r>
        <w:t xml:space="preserve">Bellugg says the airport service operates round the clock, and its instructions also make clear that travellers should keep the deposit receipt and collect their bag with enough buffer before the next flight or hotel move. That matters because a storage period that runs over a 24-hour boundary can alter the charge. It is also sensible to keep passports, medicines, valuables, batteries and boarding documents with you, since the convenience of bag storage should not come at the cost of essential items. </w:t>
      </w:r>
      <w:r/>
    </w:p>
    <w:p>
      <w:r/>
      <w:r>
        <w:t xml:space="preserve">For most visitors, the service makes sense when the maths is straightforward: one medium bag for a day should cost 120 baht under the published Suvarnabhumi tariff, while two such bags would double that before any extra time or service condition is added. Bellugg promotes the service as a hands-free way to move through Bangkok, and the airport set-up is clearly aimed at short-stop travellers who want to explore or bridge a hotel gap without luggage in tow. The key is to treat the published rate as the starting point, then verify the exact counter rule for your bag and your collection time on the day.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1">
        <w:r>
          <w:rPr>
            <w:color w:val="0000EE"/>
            <w:u w:val="single"/>
          </w:rPr>
          <w:t>[3]</w:t>
        </w:r>
      </w:hyperlink>
      <w:r>
        <w:t xml:space="preserve">, </w:t>
      </w:r>
      <w:hyperlink r:id="rId13">
        <w:r>
          <w:rPr>
            <w:color w:val="0000EE"/>
            <w:u w:val="single"/>
          </w:rPr>
          <w:t>[5]</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1">
        <w:r>
          <w:rPr>
            <w:color w:val="0000EE"/>
            <w:u w:val="single"/>
          </w:rPr>
          <w:t>[3]</w:t>
        </w:r>
      </w:hyperlink>
      <w:r>
        <w:t xml:space="preserve">, </w:t>
      </w:r>
      <w:hyperlink r:id="rId12">
        <w:r>
          <w:rPr>
            <w:color w:val="0000EE"/>
            <w:u w:val="single"/>
          </w:rPr>
          <w:t>[4]</w:t>
        </w:r>
      </w:hyperlink>
      <w:r>
        <w:t xml:space="preserve">, </w:t>
      </w:r>
      <w:hyperlink r:id="rId15">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https://littlebigreddot.com/suvarnabhumi-airport-luggage-storage-cost-guide/</w:t>
        </w:r>
      </w:hyperlink>
      <w:r>
        <w:t xml:space="preserve"> - Please view link - unable to able to access data</w:t>
      </w:r>
      <w:r/>
    </w:p>
    <w:p>
      <w:pPr>
        <w:pStyle w:val="ListNumber"/>
        <w:spacing w:line="240" w:lineRule="auto"/>
        <w:ind w:left="720"/>
      </w:pPr>
      <w:r/>
      <w:hyperlink r:id="rId10">
        <w:r>
          <w:rPr>
            <w:color w:val="0000EE"/>
            <w:u w:val="single"/>
          </w:rPr>
          <w:t>https://luggagewarden.com/city/bangkok/bangkok-suvarnabhumi-airport-luggage-storage</w:t>
        </w:r>
      </w:hyperlink>
      <w:r>
        <w:t xml:space="preserve"> - This comprehensive guide provides detailed information on luggage storage options at Suvarnabhumi Airport in Bangkok. It highlights the Bellugg luggage-storage counters located on Level 2 near Gate 4 and Level 4 behind check-in Rows P and Q, both operating 24 hours daily. The article outlines the pricing structure, with rates starting from THB 150 per item per 24 hours, varying based on bag size. It also offers insights into alternative storage options within Bangkok and provides practical advice for travellers seeking to store their luggage during layovers or before hotel check-ins.</w:t>
      </w:r>
      <w:r/>
    </w:p>
    <w:p>
      <w:pPr>
        <w:pStyle w:val="ListNumber"/>
        <w:spacing w:line="240" w:lineRule="auto"/>
        <w:ind w:left="720"/>
      </w:pPr>
      <w:r/>
      <w:hyperlink r:id="rId11">
        <w:r>
          <w:rPr>
            <w:color w:val="0000EE"/>
            <w:u w:val="single"/>
          </w:rPr>
          <w:t>https://www.bellugg.com/en/luggage-delivery</w:t>
        </w:r>
      </w:hyperlink>
      <w:r>
        <w:t xml:space="preserve"> - Bellugg offers a seamless luggage delivery and storage service, allowing travellers to enjoy hands-free travel. The service includes luggage delivery from the airport to the hotel and vice versa, as well as luggage storage at various locations, including Suvarnabhumi Airport. The process involves booking online, dropping off luggage at designated locations, and enjoying the convenience of luggage-free travel. The service is designed to cater to the needs of both international and local tourists, ensuring a hassle-free experience in Thailand.</w:t>
      </w:r>
      <w:r/>
    </w:p>
    <w:p>
      <w:pPr>
        <w:pStyle w:val="ListNumber"/>
        <w:spacing w:line="240" w:lineRule="auto"/>
        <w:ind w:left="720"/>
      </w:pPr>
      <w:r/>
      <w:hyperlink r:id="rId12">
        <w:r>
          <w:rPr>
            <w:color w:val="0000EE"/>
            <w:u w:val="single"/>
          </w:rPr>
          <w:t>https://www.bellugg.com/jp/blog/luggage-storage-at-suvarnabhumi</w:t>
        </w:r>
      </w:hyperlink>
      <w:r>
        <w:t xml:space="preserve"> - This article discusses the benefits of using luggage storage services at Suvarnabhumi Airport, emphasizing convenience and security. It details the locations of luggage deposit services within the airport, including the Arrival Hall (4th Floor) near Roll P/Q and the Departure Hall (2nd Floor) near Exit Gates. The piece also highlights additional options like luggage delivery services provided by Bellugg and AIRPORTELs, which offer same-day delivery to hotels, allowing travellers to explore Bangkok without the burden of carrying heavy bags.</w:t>
      </w:r>
      <w:r/>
    </w:p>
    <w:p>
      <w:pPr>
        <w:pStyle w:val="ListNumber"/>
        <w:spacing w:line="240" w:lineRule="auto"/>
        <w:ind w:left="720"/>
      </w:pPr>
      <w:r/>
      <w:hyperlink r:id="rId13">
        <w:r>
          <w:rPr>
            <w:color w:val="0000EE"/>
            <w:u w:val="single"/>
          </w:rPr>
          <w:t>https://www.bellugg.com/jp/locations</w:t>
        </w:r>
      </w:hyperlink>
      <w:r>
        <w:t xml:space="preserve"> - Bellugg provides luggage storage and delivery services at multiple locations, including Suvarnabhumi Airport. The service operates 24/7, offering luggage storage starting from THB 150 per item per 24 hours. The Arrival Floor (2nd Floor) is designated for luggage drop-off for airport-to-hotel delivery and luggage storage, while the Departure Floor (4th Floor) is designated for luggage pick-up for hotel-to-airport delivery and luggage storage. This setup ensures convenience for travellers at both arrival and departure stages.</w:t>
      </w:r>
      <w:r/>
    </w:p>
    <w:p>
      <w:pPr>
        <w:pStyle w:val="ListNumber"/>
        <w:spacing w:line="240" w:lineRule="auto"/>
        <w:ind w:left="720"/>
      </w:pPr>
      <w:r/>
      <w:hyperlink r:id="rId14">
        <w:r>
          <w:rPr>
            <w:color w:val="0000EE"/>
            <w:u w:val="single"/>
          </w:rPr>
          <w:t>https://www.bellugg.com/tw/locations</w:t>
        </w:r>
      </w:hyperlink>
      <w:r>
        <w:t xml:space="preserve"> - Bellugg offers luggage storage and delivery services at various locations, including Suvarnabhumi Airport. The service operates 24/7, with luggage storage starting from THB 150 per item per 24 hours. The Arrival Floor (2nd Floor) is designated for luggage drop-off for airport-to-hotel delivery and luggage storage, while the Departure Floor (4th Floor) is designated for luggage pick-up for hotel-to-airport delivery and luggage storage. This arrangement provides travellers with convenient options for managing their luggage during their stay in Thailand.</w:t>
      </w:r>
      <w:r/>
    </w:p>
    <w:p>
      <w:pPr>
        <w:pStyle w:val="ListNumber"/>
        <w:spacing w:line="240" w:lineRule="auto"/>
        <w:ind w:left="720"/>
      </w:pPr>
      <w:r/>
      <w:hyperlink r:id="rId15">
        <w:r>
          <w:rPr>
            <w:color w:val="0000EE"/>
            <w:u w:val="single"/>
          </w:rPr>
          <w:t>https://www.bellugg.com/en/blog/premium-airport-services-suvarnabhumi</w:t>
        </w:r>
      </w:hyperlink>
      <w:r>
        <w:t xml:space="preserve"> - Bellugg offers premium luggage delivery and storage services at Suvarnabhumi Airport, designed to enhance the travel experience by providing hands-free travel options. The services include airport-to-hotel luggage delivery, hotel-to-airport luggage delivery, hotel-to-hotel luggage transfer, and airport-to-airport luggage transfer. Additionally, Bellugg provides airport luggage storage at Suvarnabhumi Airport, with rates starting from THB 150 per day. The service accepts all sizes of luggage with no weight limits and is conveniently located near check-in on the 4th floor (Departures).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ittlebigreddot.com/suvarnabhumi-airport-luggage-storage-cost-guide/" TargetMode="External"/><Relationship Id="rId10" Type="http://schemas.openxmlformats.org/officeDocument/2006/relationships/hyperlink" Target="https://luggagewarden.com/city/bangkok/bangkok-suvarnabhumi-airport-luggage-storage" TargetMode="External"/><Relationship Id="rId11" Type="http://schemas.openxmlformats.org/officeDocument/2006/relationships/hyperlink" Target="https://www.bellugg.com/en/luggage-delivery" TargetMode="External"/><Relationship Id="rId12" Type="http://schemas.openxmlformats.org/officeDocument/2006/relationships/hyperlink" Target="https://www.bellugg.com/jp/blog/luggage-storage-at-suvarnabhumi" TargetMode="External"/><Relationship Id="rId13" Type="http://schemas.openxmlformats.org/officeDocument/2006/relationships/hyperlink" Target="https://www.bellugg.com/jp/locations" TargetMode="External"/><Relationship Id="rId14" Type="http://schemas.openxmlformats.org/officeDocument/2006/relationships/hyperlink" Target="https://www.bellugg.com/tw/locations" TargetMode="External"/><Relationship Id="rId15" Type="http://schemas.openxmlformats.org/officeDocument/2006/relationships/hyperlink" Target="https://www.bellugg.com/en/blog/premium-airport-services-suvarnabhumi"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