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Plaza Premium Group introduces first Thai lounges at Bangkok Suvarnabhumi Airport, offering new premium options for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Travellers passing through Bangkok Suvarnabhumi Airport now have two new places to pause before long-haul or onward flights, as Plaza Premium Group has opened its first lounges in Thailand. The Hong Kong-based operator has launched both a standard Plaza Premium Lounge and a higher-end Plaza Premium First in Concourse G, near Gate G1, giving international departing and transit passengers a choice between a more everyday lounge experience and a more private, service-led option. </w:t>
      </w:r>
      <w:r/>
    </w:p>
    <w:p>
      <w:r/>
      <w:r>
        <w:t xml:space="preserve">For leisure travellers, the practical appeal is straightforward: more space to sit, eat and freshen up in one of Bangkok’s busiest air travel hubs. According to Plaza Premium Group, the larger lounge covers 578 square metres and can hold 98 guests, while Plaza Premium First is a 212-square-metre space for 51. Both are airside on the third floor, so passengers will need to be through security and immigration before using them. </w:t>
      </w:r>
      <w:r/>
    </w:p>
    <w:p>
      <w:r/>
      <w:r>
        <w:t xml:space="preserve">The two lounges are designed to suit different kinds of trips. Plaza Premium First offers concierge-style assistance, quieter areas for rest or work, and a more elevated food and drinks offer. The main Plaza Premium Lounge leans into local flavour, with Thai dishes and live cooking stations, alongside seating and zones aimed at solo travellers, families and business passengers. Plaza Premium Group says both lounges are open to travellers regardless of airline or ticket class, which should make them useful for a wide range of visitors connecting through Bangkok. </w:t>
      </w:r>
      <w:r/>
    </w:p>
    <w:p>
      <w:r/>
      <w:r>
        <w:t xml:space="preserve">The opening also underlines Bangkok’s importance as a stopover and gateway for Thailand holidays. Plaza Premium Group, which says it has spent 28 years running independent airport lounges worldwide, has been expanding its premium brand from Hong Kong to hubs including Kuala Lumpur, Jakarta, Rome and Dallas-Fort Worth. For passengers, the immediate takeaway is simpler: if you are flying in or out of Bangkok and want a more comfortable wait, there is now a broader set of lounge options at Suvarnabhumi.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https://asianaviation.com/posts/hong-kongs-plaza-premium-group-adds-2-thai-lounges-to-growing-network</w:t>
        </w:r>
      </w:hyperlink>
      <w:r>
        <w:t xml:space="preserve"> - Please view link - unable to able to access data</w:t>
      </w:r>
      <w:r/>
    </w:p>
    <w:p>
      <w:pPr>
        <w:pStyle w:val="ListNumber"/>
        <w:spacing w:line="240" w:lineRule="auto"/>
        <w:ind w:left="720"/>
      </w:pPr>
      <w:r/>
      <w:hyperlink r:id="rId10">
        <w:r>
          <w:rPr>
            <w:color w:val="0000EE"/>
            <w:u w:val="single"/>
          </w:rPr>
          <w:t>https://www.plazapremiumgroup.com/plaza-premium-group-arrives-in-thailand-with-two-distinct-lounge-experiences-at-bangkok-suvarnabhumi-airport/</w:t>
        </w:r>
      </w:hyperlink>
      <w:r>
        <w:t xml:space="preserve"> - Plaza Premium Group (PPG) has launched its first lounges in Thailand at Bangkok Suvarnabhumi Airport (BKK). The Plaza Premium First lounge spans 212 square metres with seating for 51 guests, while the Plaza Premium Lounge covers 578 square metres with a capacity for 98 guests. Both lounges are located airside on the third floor of Concourse G, near Gate G1. These facilities offer international departing and transit passengers distinct experiences to relax, dine, and recharge before their journey. PPG has been recognised as Skytrax’s 'World’s Best Independent Airport Lounge' for nine consecutive years, marking a significant milestone in its Southeast Asian expansion. The lounges combine contemporary comfort with attentive Thai hospitality to cater to diverse travel needs. Plaza Premium First offers personalised concierge assistance, bespoke culinary offerings, and refined spaces for rest and productivity. Since debuting in Hong Kong in 2018, Plaza Premium First has expanded to global hubs including Kuala Lumpur, Jakarta, Macau, Vancouver, Phnom Penh, Rome, and Dallas Fort Worth. Complementing this, the Plaza Premium Lounge connects travellers to authentic Thai heritage through modern amenities, comfortable seating, and locally inspired flavours. The lounge features regional dishes and live cooking stations celebrating Thai gastronomy, with zones tailored for solo travellers, families, and business passengers. Both lounges are now open to all travellers, regardless of airline or class of travel. For operating hours, packages, or online bookings, visit www.plazapremiumlounge.com.</w:t>
      </w:r>
      <w:r/>
    </w:p>
    <w:p>
      <w:pPr>
        <w:pStyle w:val="ListNumber"/>
        <w:spacing w:line="240" w:lineRule="auto"/>
        <w:ind w:left="720"/>
      </w:pPr>
      <w:r/>
      <w:hyperlink r:id="rId11">
        <w:r>
          <w:rPr>
            <w:color w:val="0000EE"/>
            <w:u w:val="single"/>
          </w:rPr>
          <w:t>https://www.pax-intl.com/passenger-services/terminal-news/2026/09/01/plaza-premium-group-debuts-two-distinct-lounge-experiences-at-bkk/</w:t>
        </w:r>
      </w:hyperlink>
      <w:r>
        <w:t xml:space="preserve"> - Plaza Premium Group (PPG) has debuted two distinct lounge experiences at Bangkok Suvarnabhumi Airport (BKK). The Plaza Premium First lounge spans 212 square metres with seating for 51 guests, while the Plaza Premium Lounge covers 578 square metres with a capacity for 98 passengers. Both lounges are located airside on the third floor of Concourse G, near Gate G1. These facilities provide international departing and transit passengers with spaces to relax, dine, and recharge before their flights. PPG has been recognised as Skytrax’s 'World’s Best Independent Airport Lounge' for nine consecutive years, marking a significant milestone in its Southeast Asian expansion. The lounges combine contemporary comfort with attentive Thai hospitality to cater to diverse travel needs. Plaza Premium First offers personalised concierge assistance, bespoke culinary offerings, and refined spaces for rest and productivity. Since debuting in Hong Kong in 2018, Plaza Premium First has expanded to global hubs including Kuala Lumpur, Jakarta, Macau, Vancouver, Phnom Penh, Rome, and Dallas Fort Worth. Complementing this, the Plaza Premium Lounge connects travellers to authentic Thai heritage through modern amenities, comfortable seating, and locally inspired flavours. The lounge features regional dishes and live cooking stations celebrating Thai gastronomy, with zones tailored for solo travellers, families, and business passengers. Both lounges are now open to all travellers, regardless of airline or class of travel. For operating hours, packages, or online bookings, visit www.plazapremiumlounge.com.</w:t>
      </w:r>
      <w:r/>
    </w:p>
    <w:p>
      <w:pPr>
        <w:pStyle w:val="ListNumber"/>
        <w:spacing w:line="240" w:lineRule="auto"/>
        <w:ind w:left="720"/>
      </w:pPr>
      <w:r/>
      <w:hyperlink r:id="rId12">
        <w:r>
          <w:rPr>
            <w:color w:val="0000EE"/>
            <w:u w:val="single"/>
          </w:rPr>
          <w:t>https://travelmao.com/plaza-premium-group-opens-first-thailand-lounges-at-suvarnabhumi</w:t>
        </w:r>
      </w:hyperlink>
      <w:r>
        <w:t xml:space="preserve"> - Plaza Premium Group (PPG) has marked its entry into the Thai market with the launch of two lounges at Bangkok Suvarnabhumi Airport (BKK). The new facilities, Plaza Premium Lounge and Plaza Premium First, are located in Concourse G and are open to all international departing and transit passengers, irrespective of airline or travel class. The larger of the two, Plaza Premium Lounge, spans 578 square metres and seats up to 98 guests. It emphasises authentic Thai hospitality through regional dishes and live cooking stations, catering to solo travellers, families, and business passengers alike. The Plaza Premium First lounge offers a more refined experience with personalised concierge services, bespoke culinary offerings, and intimate spaces for rest and productivity. Both lounges are now open to all travellers, regardless of airline or class of travel. For operating hours, packages, or online bookings, visit www.plazapremiumlounge.com.</w:t>
      </w:r>
      <w:r/>
    </w:p>
    <w:p>
      <w:pPr>
        <w:pStyle w:val="ListNumber"/>
        <w:spacing w:line="240" w:lineRule="auto"/>
        <w:ind w:left="720"/>
      </w:pPr>
      <w:r/>
      <w:hyperlink r:id="rId13">
        <w:r>
          <w:rPr>
            <w:color w:val="0000EE"/>
            <w:u w:val="single"/>
          </w:rPr>
          <w:t>https://www.traveldailymedia.com/plaza-premium-group-unveils-lounges-at-bangkok-airport/</w:t>
        </w:r>
      </w:hyperlink>
      <w:r>
        <w:t xml:space="preserve"> - Plaza Premium Group (PPG) has made its debut in Thailand with the opening of two distinct lounge experiences at Bangkok Suvarnabhumi Airport. The new lounges, Plaza Premium Lounge and Plaza Premium First, are designed to cater to international departing and transit passengers, offering them a space to relax and recharge before their flights. Located on the third floor of Concourse G near Gate G1, Plaza Premium First spans 212 square metres and accommodates up to 51 guests. It offers a refined experience with personalised concierge services, bespoke culinary offerings, and intimate spaces for rest and productivity. The larger Plaza Premium Lounge covers 578 square metres and can host 98 guests. It focuses on providing an authentic Thai experience with regional dishes and live cooking stations. The lounge is designed to cater to solo travellers, families, and business passengers, reflecting PPG’s mission of 'Together, We Make Travel Better.' Both lounges are now open to all travellers, regardless of airline or class of travel. This expansion marks a significant milestone for PPG in Southeast Asia, further solidifying its position as a leader in airport hospitality. For operating hours, packages, or online bookings, visit www.plazapremiumlounge.com.</w:t>
      </w:r>
      <w:r/>
    </w:p>
    <w:p>
      <w:pPr>
        <w:pStyle w:val="ListNumber"/>
        <w:spacing w:line="240" w:lineRule="auto"/>
        <w:ind w:left="720"/>
      </w:pPr>
      <w:r/>
      <w:hyperlink r:id="rId14">
        <w:r>
          <w:rPr>
            <w:color w:val="0000EE"/>
            <w:u w:val="single"/>
          </w:rPr>
          <w:t>https://en.traicy.com/posts/2026090139586/</w:t>
        </w:r>
      </w:hyperlink>
      <w:r>
        <w:t xml:space="preserve"> - Plaza Premium Group has opened a Plaza Premium Lounge and Plaza Premium First at Bangkok Suvarnabhumi Airport in Thailand, marking its first entry into the Thai market. Plaza Premium First spans 212 square meters and offers 51 seats, while the Plaza Premium Lounge covers 578 square meters and has 98 seats. Plaza Premium First offers dedicated concierge service, gourmet cuisine, signature cocktails, a selection of premium spirits, and quiet spaces for relaxing or holding meetings. The brand debuted in Hong Kong in 2018 and has since expanded to Kuala Lumpur, Jakarta, Macau, Vancouver, Phnom Penh, Rome, and Dallas–Fort Worth. The Plaza Premium Lounge features a live cooking station serving Thai cuisine, along with dedicated zones for solo travelers, families, and business travelers. Both lounges are located airside on the third floor of Concourse G, near Gate G1. They are available to all travelers regardless of airline or class of travel. For operating hours, packages, or online bookings, visit www.plazapremiumlounge.com.</w:t>
      </w:r>
      <w:r/>
    </w:p>
    <w:p>
      <w:pPr>
        <w:pStyle w:val="ListNumber"/>
        <w:spacing w:line="240" w:lineRule="auto"/>
        <w:ind w:left="720"/>
      </w:pPr>
      <w:r/>
      <w:hyperlink r:id="rId16">
        <w:r>
          <w:rPr>
            <w:color w:val="0000EE"/>
            <w:u w:val="single"/>
          </w:rPr>
          <w:t>https://www.newsdirectory3.com/plaza-premium-group-opens-two-new-lounges-at-bangkok-suvarnabhumi-airport/</w:t>
        </w:r>
      </w:hyperlink>
      <w:r>
        <w:t xml:space="preserve"> - Plaza Premium Group has entered the Thai market with the simultaneous opening of two distinct airport lounges at Bangkok Suvarnabhumi Airport.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naviation.com/posts/hong-kongs-plaza-premium-group-adds-2-thai-lounges-to-growing-network" TargetMode="External"/><Relationship Id="rId10" Type="http://schemas.openxmlformats.org/officeDocument/2006/relationships/hyperlink" Target="https://www.plazapremiumgroup.com/plaza-premium-group-arrives-in-thailand-with-two-distinct-lounge-experiences-at-bangkok-suvarnabhumi-airport/" TargetMode="External"/><Relationship Id="rId11" Type="http://schemas.openxmlformats.org/officeDocument/2006/relationships/hyperlink" Target="https://www.pax-intl.com/passenger-services/terminal-news/2026/09/01/plaza-premium-group-debuts-two-distinct-lounge-experiences-at-bkk/" TargetMode="External"/><Relationship Id="rId12" Type="http://schemas.openxmlformats.org/officeDocument/2006/relationships/hyperlink" Target="https://travelmao.com/plaza-premium-group-opens-first-thailand-lounges-at-suvarnabhumi" TargetMode="External"/><Relationship Id="rId13" Type="http://schemas.openxmlformats.org/officeDocument/2006/relationships/hyperlink" Target="https://www.traveldailymedia.com/plaza-premium-group-unveils-lounges-at-bangkok-airport/" TargetMode="External"/><Relationship Id="rId14" Type="http://schemas.openxmlformats.org/officeDocument/2006/relationships/hyperlink" Target="https://en.traicy.com/posts/2026090139586/" TargetMode="External"/><Relationship Id="rId15" Type="http://schemas.openxmlformats.org/officeDocument/2006/relationships/hyperlink" Target="https://www.noahwire.com" TargetMode="External"/><Relationship Id="rId16" Type="http://schemas.openxmlformats.org/officeDocument/2006/relationships/hyperlink" Target="https://www.newsdirectory3.com/plaza-premium-group-opens-two-new-lounges-at-bangkok-suvarnabhumi-air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