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Cathay Pacific offers new affordable route to Phuket via Hong Kong for 2026 and 2027</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Cathay Pacific is offering a round-trip fare from San Francisco to Phuket starting at $863 including taxes, according to The Flight Deal. For travellers heading to Thailand for a beach break, that puts one of the country’s best-known resort islands within reach on a single booking, with the journey routed via Hong Kong rather than requiring a separate low-cost connection once in Asia.</w:t>
      </w:r>
      <w:r/>
    </w:p>
    <w:p>
      <w:r/>
      <w:r>
        <w:t>The deal is being promoted for travel windows stretching into late October, then again from mid-January 2027 through early May 2027, with limited availability and a requirement to buy at least seven days before departure, The Flight Deal said. One sample itinerary shown on the site runs from October 21 to 28, although the publication stressed that this is only an example and that travellers should check broader date options before assuming the fare is still open.</w:t>
      </w:r>
      <w:r/>
    </w:p>
    <w:p>
      <w:r/>
      <w:r>
        <w:t>For holidaymakers, the main advantage is convenience. Cathay Pacific’s own San Francisco-to-Phuket page says the airline sells direct bookings on the route starting from $863 round trip in economy, with flexible change options and the ability to earn Status Points or Miles when booking direct as a Cathay member. That can be useful for travellers planning a longer Thailand trip, since Phuket works well as either a standalone destination or the starting point for time on the southern islands.</w:t>
      </w:r>
      <w:r/>
    </w:p>
    <w:p>
      <w:r/>
      <w:r>
        <w:t>The price is also notable when set against previous Cathay Pacific sales highlighted by The Flight Deal. The site reported a $725 fare in August 2025, an $810 fare in January 2025, a $763 fare in July 2024 and an $829 fare in December 2023. In other words, the new offer is not the lowest fare in the recent history of the route, but it still sits in a competitive band for a long-haul trip to southern Thailand.</w:t>
      </w:r>
      <w:r/>
    </w:p>
    <w:p>
      <w:r/>
      <w:r>
        <w:t>The Flight Deal says the itinerary runs San Francisco-Hong Kong-Phuket and back again, with a baggage and stopover structure that may appeal to some travellers planning a wider Asia trip. For most leisure travellers, though, the real draw is simpler: an easier way to reach Phuket without having to stitch together multiple separate tickets, and a fare that could leave more of the budget for hotels, island excursions and meals once in Thailand.</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9">
        <w:r>
          <w:rPr>
            <w:color w:val="0000EE"/>
            <w:u w:val="single"/>
          </w:rPr>
          <w:t>[1]</w:t>
        </w:r>
      </w:hyperlink>
      <w:r>
        <w:t xml:space="preserve">- Paragraph 2: </w:t>
      </w:r>
      <w:hyperlink r:id="rId9">
        <w:r>
          <w:rPr>
            <w:color w:val="0000EE"/>
            <w:u w:val="single"/>
          </w:rPr>
          <w:t>[1]</w:t>
        </w:r>
      </w:hyperlink>
      <w:r>
        <w:t xml:space="preserve">- Paragraph 3: </w:t>
      </w:r>
      <w:hyperlink r:id="rId10">
        <w:r>
          <w:rPr>
            <w:color w:val="0000EE"/>
            <w:u w:val="single"/>
          </w:rPr>
          <w:t>[2]</w:t>
        </w:r>
      </w:hyperlink>
      <w:r>
        <w:t xml:space="preserve">, </w:t>
      </w:r>
      <w:hyperlink r:id="rId9">
        <w:r>
          <w:rPr>
            <w:color w:val="0000EE"/>
            <w:u w:val="single"/>
          </w:rPr>
          <w:t>[1]</w:t>
        </w:r>
      </w:hyperlink>
      <w:r>
        <w:t xml:space="preserve">- Paragraph 4: </w:t>
      </w:r>
      <w:hyperlink r:id="rId11">
        <w:r>
          <w:rPr>
            <w:color w:val="0000EE"/>
            <w:u w:val="single"/>
          </w:rPr>
          <w:t>[3]</w:t>
        </w:r>
      </w:hyperlink>
      <w:r>
        <w:t xml:space="preserve">, </w:t>
      </w:r>
      <w:hyperlink r:id="rId12">
        <w:r>
          <w:rPr>
            <w:color w:val="0000EE"/>
            <w:u w:val="single"/>
          </w:rPr>
          <w:t>[4]</w:t>
        </w:r>
      </w:hyperlink>
      <w:r>
        <w:t xml:space="preserve">, </w:t>
      </w:r>
      <w:hyperlink r:id="rId13">
        <w:r>
          <w:rPr>
            <w:color w:val="0000EE"/>
            <w:u w:val="single"/>
          </w:rPr>
          <w:t>[5]</w:t>
        </w:r>
      </w:hyperlink>
      <w:r>
        <w:t xml:space="preserve">, </w:t>
      </w:r>
      <w:hyperlink r:id="rId14">
        <w:r>
          <w:rPr>
            <w:color w:val="0000EE"/>
            <w:u w:val="single"/>
          </w:rPr>
          <w:t>[6]</w:t>
        </w:r>
      </w:hyperlink>
      <w:r>
        <w:t xml:space="preserve">- Paragraph 5: </w:t>
      </w:r>
      <w:hyperlink r:id="rId9">
        <w:r>
          <w:rPr>
            <w:color w:val="0000EE"/>
            <w:u w:val="single"/>
          </w:rPr>
          <w:t>[1]</w:t>
        </w:r>
      </w:hyperlink>
      <w:r/>
    </w:p>
    <w:p>
      <w:r/>
      <w:r>
        <w:t xml:space="preserve">Source: </w:t>
      </w:r>
      <w:hyperlink r:id="rId15">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https://www.theflightdeal.com/2026/09/01/cathay-pacific-san-francisco-phuket-thailand-863-roundtrip-including-all-taxes/</w:t>
        </w:r>
      </w:hyperlink>
      <w:r>
        <w:t xml:space="preserve"> - Please view link - unable to able to access data</w:t>
      </w:r>
      <w:r/>
    </w:p>
    <w:p>
      <w:pPr>
        <w:pStyle w:val="ListNumber"/>
        <w:spacing w:line="240" w:lineRule="auto"/>
        <w:ind w:left="720"/>
      </w:pPr>
      <w:r/>
      <w:hyperlink r:id="rId10">
        <w:r>
          <w:rPr>
            <w:color w:val="0000EE"/>
            <w:u w:val="single"/>
          </w:rPr>
          <w:t>https://flights.cathaypacific.com/destinations/en_US/flights-from-san-francisco-to-phuket</w:t>
        </w:r>
      </w:hyperlink>
      <w:r>
        <w:t xml:space="preserve"> - Cathay Pacific offers flights from San Francisco (SFO) to Phuket (HKT) with fares starting from USD 863 for round-trip economy class. The airline provides flexible booking options, allowing changes to travel plans without hassle. Passengers can enjoy award-winning service, entertainment, and enhanced menus in Premium Economy and Business class. Booking directly with Cathay Pacific ensures the best fares and the opportunity to earn Status Points or Miles as a Cathay member.</w:t>
      </w:r>
      <w:r/>
    </w:p>
    <w:p>
      <w:pPr>
        <w:pStyle w:val="ListNumber"/>
        <w:spacing w:line="240" w:lineRule="auto"/>
        <w:ind w:left="720"/>
      </w:pPr>
      <w:r/>
      <w:hyperlink r:id="rId11">
        <w:r>
          <w:rPr>
            <w:color w:val="0000EE"/>
            <w:u w:val="single"/>
          </w:rPr>
          <w:t>https://www.theflightdeal.com/2025/08/07/cathay-pacific-san-francisco-phuket-thailand-725-roundtrip-including-all-taxes/</w:t>
        </w:r>
      </w:hyperlink>
      <w:r>
        <w:t xml:space="preserve"> - In August 2025, The Flight Deal reported a promotion for Cathay Pacific flights from San Francisco to Phuket, Thailand, priced at $725 for a round-trip, including all taxes. The offer was valid for travel until late November, with departures and returns on Mondays through Thursdays. The article also provided sample travel dates and instructions on how to search for availability using Matrix Airfare Search by ITA Software.</w:t>
      </w:r>
      <w:r/>
    </w:p>
    <w:p>
      <w:pPr>
        <w:pStyle w:val="ListNumber"/>
        <w:spacing w:line="240" w:lineRule="auto"/>
        <w:ind w:left="720"/>
      </w:pPr>
      <w:r/>
      <w:hyperlink r:id="rId12">
        <w:r>
          <w:rPr>
            <w:color w:val="0000EE"/>
            <w:u w:val="single"/>
          </w:rPr>
          <w:t>https://www.theflightdeal.com/2025/01/18/cathay-pacific-san-francisco-phuket-thailand-810-roundtrip-including-all-taxes/</w:t>
        </w:r>
      </w:hyperlink>
      <w:r>
        <w:t xml:space="preserve"> - In January 2025, The Flight Deal highlighted a Cathay Pacific sale offering flights from San Francisco to Phuket, Thailand, at $810 for a round-trip, including all taxes. The promotion was valid for travel from late February to mid-May, with departures and returns on Mondays through Thursdays. The article included sample travel dates and guidance on searching for availability using Matrix Airfare Search by ITA Software.</w:t>
      </w:r>
      <w:r/>
    </w:p>
    <w:p>
      <w:pPr>
        <w:pStyle w:val="ListNumber"/>
        <w:spacing w:line="240" w:lineRule="auto"/>
        <w:ind w:left="720"/>
      </w:pPr>
      <w:r/>
      <w:hyperlink r:id="rId13">
        <w:r>
          <w:rPr>
            <w:color w:val="0000EE"/>
            <w:u w:val="single"/>
          </w:rPr>
          <w:t>https://www.theflightdeal.com/2023/12/25/cathay-pacific-san-francisco-phuket-thailand-829-roundtrip-including-all-taxes/</w:t>
        </w:r>
      </w:hyperlink>
      <w:r>
        <w:t xml:space="preserve"> - In December 2023, The Flight Deal featured a Cathay Pacific promotion for flights from San Francisco to Phuket, Thailand, priced at $829 for a round-trip, including all taxes. The offer was valid for travel in late January 2024 or early March 2024. The article provided sample travel dates and instructions on how to search for availability using Matrix Airfare Search by ITA Software.</w:t>
      </w:r>
      <w:r/>
    </w:p>
    <w:p>
      <w:pPr>
        <w:pStyle w:val="ListNumber"/>
        <w:spacing w:line="240" w:lineRule="auto"/>
        <w:ind w:left="720"/>
      </w:pPr>
      <w:r/>
      <w:hyperlink r:id="rId14">
        <w:r>
          <w:rPr>
            <w:color w:val="0000EE"/>
            <w:u w:val="single"/>
          </w:rPr>
          <w:t>https://www.theflightdeal.com/2024/07/05/cathay-pacific-san-francisco-phuket-thailand-763-roundtrip-including-all-taxes/</w:t>
        </w:r>
      </w:hyperlink>
      <w:r>
        <w:t xml:space="preserve"> - In July 2024, The Flight Deal announced a Cathay Pacific sale for flights from San Francisco to Phuket, Thailand, at $763 for a round-trip, including all taxes. The promotion was valid for travel in September, with departures and returns on Mondays through Thursdays. The article included sample travel dates and guidance on searching for availability using Matrix Airfare Search by ITA Software.</w:t>
      </w:r>
      <w:r/>
    </w:p>
    <w:p>
      <w:pPr>
        <w:pStyle w:val="ListNumber"/>
        <w:spacing w:line="240" w:lineRule="auto"/>
        <w:ind w:left="720"/>
      </w:pPr>
      <w:r/>
      <w:hyperlink r:id="rId16">
        <w:r>
          <w:rPr>
            <w:color w:val="0000EE"/>
            <w:u w:val="single"/>
          </w:rPr>
          <w:t>https://www.theflightdeal.com/2020/06/13/cathay-pacific-san-francisco-phuket-thailand-588-roundtrip-including-all-taxes/</w:t>
        </w:r>
      </w:hyperlink>
      <w:r>
        <w:t xml:space="preserve"> - In June 2020, The Flight Deal reported a Cathay Pacific promotion for flights from San Francisco to Phuket, Thailand, priced at $588 for a round-trip, including all taxes. The offer was valid for travel from September onward, with sample travel dates provided. The article encouraged readers to refrain from non-essential travel due to COVID-19 and included instructions on how to search for availability using Matrix Airfare Search by ITA Software.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flightdeal.com/2026/09/01/cathay-pacific-san-francisco-phuket-thailand-863-roundtrip-including-all-taxes/" TargetMode="External"/><Relationship Id="rId10" Type="http://schemas.openxmlformats.org/officeDocument/2006/relationships/hyperlink" Target="https://flights.cathaypacific.com/destinations/en_US/flights-from-san-francisco-to-phuket" TargetMode="External"/><Relationship Id="rId11" Type="http://schemas.openxmlformats.org/officeDocument/2006/relationships/hyperlink" Target="https://www.theflightdeal.com/2025/08/07/cathay-pacific-san-francisco-phuket-thailand-725-roundtrip-including-all-taxes/" TargetMode="External"/><Relationship Id="rId12" Type="http://schemas.openxmlformats.org/officeDocument/2006/relationships/hyperlink" Target="https://www.theflightdeal.com/2025/01/18/cathay-pacific-san-francisco-phuket-thailand-810-roundtrip-including-all-taxes/" TargetMode="External"/><Relationship Id="rId13" Type="http://schemas.openxmlformats.org/officeDocument/2006/relationships/hyperlink" Target="https://www.theflightdeal.com/2023/12/25/cathay-pacific-san-francisco-phuket-thailand-829-roundtrip-including-all-taxes/" TargetMode="External"/><Relationship Id="rId14" Type="http://schemas.openxmlformats.org/officeDocument/2006/relationships/hyperlink" Target="https://www.theflightdeal.com/2024/07/05/cathay-pacific-san-francisco-phuket-thailand-763-roundtrip-including-all-taxes/" TargetMode="External"/><Relationship Id="rId15" Type="http://schemas.openxmlformats.org/officeDocument/2006/relationships/hyperlink" Target="https://www.noahwire.com" TargetMode="External"/><Relationship Id="rId16" Type="http://schemas.openxmlformats.org/officeDocument/2006/relationships/hyperlink" Target="https://www.theflightdeal.com/2020/06/13/cathay-pacific-san-francisco-phuket-thailand-588-roundtrip-including-all-tax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