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 Suvarnabhumi unveils upgraded lounges offering more comfort for travellers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Travellers passing through Bangkok’s Suvarnabhumi Airport now have two extra lounge options before a long-haul flight or a connection in Thailand’s busiest gateway. Plaza Premium Group has opened both a standard Plaza Premium Lounge and a more upmarket Plaza Premium First in the airside section of Concourse G, close to Gate G1, giving passengers without airline status another place to shower, eat and wait more comfortably than in the main terminal. According to Plaza Premium Group, both lounges are open to all travellers, whatever their airline or ticket class.</w:t>
      </w:r>
      <w:r/>
    </w:p>
    <w:p>
      <w:r/>
      <w:r>
        <w:t>The larger Plaza Premium Lounge covers 578 square metres and can seat up to 98 guests, while Plaza Premium First is a smaller 212-square-metre space for 51 people. For leisure travellers, that matters because Bangkok is often either the first stop on a Thailand holiday or the point where a domestic trip turns into a long international journey home. A quieter lounge can make a long layover far more manageable, especially if you are arriving early for an overnight flight or connecting after a beach break, city stay or island transfer.</w:t>
      </w:r>
      <w:r/>
    </w:p>
    <w:p>
      <w:r/>
      <w:r>
        <w:t>Plaza Premium First is being positioned as the more polished of the two, with a more private feel and a stronger food-and-drink offering, according to Plaza Premium Group and KTC, which is partnering on the launch in Thailand. KTC said the lounges officially opened on 28 August 2026 and that some cardholders can access a buy-one-get-one offer until 15 October 2026, which could be useful for couples or friends travelling together. The standard lounge is also expected to be bookable for cash, and walk-in prices reported locally put entry at THB 1,750 for the standard lounge and THB 2,400 for Plaza Premium First.</w:t>
      </w:r>
      <w:r/>
    </w:p>
    <w:p>
      <w:r/>
      <w:r>
        <w:t>For visitors planning a Thailand trip, the new openings are mainly about convenience rather than luxury for its own sake. They add more choice at Suvarnabhumi at a time when many travellers want simple things: somewhere calm to sit, a proper meal, and a better start or finish to the journey. If you are flying via Bangkok soon, these lounges may be worth factoring into your plans, especially if you do not have status with an airline alliance.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w:t>
      </w:r>
      <w:hyperlink r:id="rId11">
        <w:r>
          <w:rPr>
            <w:color w:val="0000EE"/>
            <w:u w:val="single"/>
          </w:rPr>
          <w:t>[4]</w:t>
        </w:r>
      </w:hyperlink>
      <w:r>
        <w:t xml:space="preserve">- Paragraph 2: </w:t>
      </w:r>
      <w:hyperlink r:id="rId9">
        <w:r>
          <w:rPr>
            <w:color w:val="0000EE"/>
            <w:u w:val="single"/>
          </w:rPr>
          <w:t>[2]</w:t>
        </w:r>
      </w:hyperlink>
      <w:r>
        <w:t xml:space="preserve">, </w:t>
      </w:r>
      <w:hyperlink r:id="rId10">
        <w:r>
          <w:rPr>
            <w:color w:val="0000EE"/>
            <w:u w:val="single"/>
          </w:rPr>
          <w:t>[3]</w:t>
        </w:r>
      </w:hyperlink>
      <w:r>
        <w:t xml:space="preserve">, </w:t>
      </w:r>
      <w:hyperlink r:id="rId12">
        <w:r>
          <w:rPr>
            <w:color w:val="0000EE"/>
            <w:u w:val="single"/>
          </w:rPr>
          <w:t>[7]</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[5]</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https://www.headforpoints.com/2026/09/02/plaza-premium-opens-two-new-bangkok-lounges/</w:t>
        </w:r>
      </w:hyperlink>
      <w:r>
        <w:t xml:space="preserve"> - Please view link - unable to able to access data</w:t>
      </w:r>
      <w:r/>
    </w:p>
    <w:p>
      <w:pPr>
        <w:pStyle w:val="ListNumber"/>
        <w:spacing w:line="240" w:lineRule="auto"/>
        <w:ind w:left="720"/>
      </w:pPr>
      <w:r/>
      <w:hyperlink r:id="rId9">
        <w:r>
          <w:rPr>
            <w:color w:val="0000EE"/>
            <w:u w:val="single"/>
          </w:rPr>
          <w:t>https://www.headforpoints.com/2026/09/02/plaza-premium-opens-two-new-bangkok-lounges/</w:t>
        </w:r>
      </w:hyperlink>
      <w:r>
        <w:t xml:space="preserve"> - Plaza Premium Group has inaugurated two lounges at Bangkok Suvarnabhumi Airport: Plaza Premium Lounge and Plaza Premium First. Located airside on the third floor of Concourse G near Gate G1, Plaza Premium First spans 212 square metres with seating for up to 51 guests, while Plaza Premium Lounge covers 578 square metres with a capacity for 98 guests. Both lounges are now open to all travellers, regardless of airline or class of travel. (</w:t>
      </w:r>
      <w:hyperlink r:id="rId16">
        <w:r>
          <w:rPr>
            <w:color w:val="0000EE"/>
            <w:u w:val="single"/>
          </w:rPr>
          <w:t>plazapremiumgroup.com</w:t>
        </w:r>
      </w:hyperlink>
      <w:r>
        <w:t>)</w:t>
      </w:r>
      <w:r/>
    </w:p>
    <w:p>
      <w:pPr>
        <w:pStyle w:val="ListNumber"/>
        <w:spacing w:line="240" w:lineRule="auto"/>
        <w:ind w:left="720"/>
      </w:pPr>
      <w:r/>
      <w:hyperlink r:id="rId10">
        <w:r>
          <w:rPr>
            <w:color w:val="0000EE"/>
            <w:u w:val="single"/>
          </w:rPr>
          <w:t>https://www.pax-intl.com/passenger-services/terminal-news/2026/09/01/plaza-premium-group-debuts-two-distinct-lounge-experiences-at-bkk/</w:t>
        </w:r>
      </w:hyperlink>
      <w:r>
        <w:t xml:space="preserve"> - Plaza Premium Group has launched two distinct lounge experiences at Bangkok Suvarnabhumi Airport: Plaza Premium First and Plaza Premium Lounge. Located airside on the third floor of Concourse G near Gate G1, Plaza Premium First spans 212 square metres with seating for up to 51 guests, while Plaza Premium Lounge covers 578 square metres with a capacity for 98 guests. Both lounges are now open to all travellers, regardless of airline or class of travel. (</w:t>
      </w:r>
      <w:hyperlink r:id="rId17">
        <w:r>
          <w:rPr>
            <w:color w:val="0000EE"/>
            <w:u w:val="single"/>
          </w:rPr>
          <w:t>pax-intl.com</w:t>
        </w:r>
      </w:hyperlink>
      <w:r>
        <w:t>)</w:t>
      </w:r>
      <w:r/>
    </w:p>
    <w:p>
      <w:pPr>
        <w:pStyle w:val="ListNumber"/>
        <w:spacing w:line="240" w:lineRule="auto"/>
        <w:ind w:left="720"/>
      </w:pPr>
      <w:r/>
      <w:hyperlink r:id="rId11">
        <w:r>
          <w:rPr>
            <w:color w:val="0000EE"/>
            <w:u w:val="single"/>
          </w:rPr>
          <w:t>https://www.plazapremiumgroup.com/plaza-premium-group-arrives-in-thailand-with-two-distinct-lounge-experiences-at-bangkok-suvarnabhumi-airport/</w:t>
        </w:r>
      </w:hyperlink>
      <w:r>
        <w:t xml:space="preserve"> - Plaza Premium Group has debuted in Thailand with the opening of two lounges at Bangkok Suvarnabhumi Airport: Plaza Premium First and Plaza Premium Lounge. Located airside on the third floor of Concourse G near Gate G1, Plaza Premium First spans 212 square metres with seating for up to 51 guests, while Plaza Premium Lounge covers 578 square metres with a capacity for 98 guests. Both lounges are now open to all travellers, regardless of airline or class of travel. (</w:t>
      </w:r>
      <w:hyperlink r:id="rId16">
        <w:r>
          <w:rPr>
            <w:color w:val="0000EE"/>
            <w:u w:val="single"/>
          </w:rPr>
          <w:t>plazapremiumgroup.com</w:t>
        </w:r>
      </w:hyperlink>
      <w:r>
        <w:t>)</w:t>
      </w:r>
      <w:r/>
    </w:p>
    <w:p>
      <w:pPr>
        <w:pStyle w:val="ListNumber"/>
        <w:spacing w:line="240" w:lineRule="auto"/>
        <w:ind w:left="720"/>
      </w:pPr>
      <w:r/>
      <w:hyperlink r:id="rId13">
        <w:r>
          <w:rPr>
            <w:color w:val="0000EE"/>
            <w:u w:val="single"/>
          </w:rPr>
          <w:t>https://www.ktc.co.th/en/news/product-and-service/plaza-premium-lounge</w:t>
        </w:r>
      </w:hyperlink>
      <w:r>
        <w:t xml:space="preserve"> - KTC, in partnership with Plaza Premium Group, has expanded travel privileges for KTC credit cardmembers with the opening of Thailand’s first Plaza Premium First and Plaza Premium Lounge at Suvarnabhumi Airport. Located in the International Departures area at Concourse G, the lounges officially opened on August 28, 2026. Plaza Premium First is designed for travelers seeking a more private and personalized lounge experience, complemented by carefully curated food and beverage offerings. Plaza Premium Lounge, meanwhile, welcomes travelers regardless of airline or class of travel, with dedicated relaxation areas, dining spaces, and thoughtfully designed facilities that cater to a wide range of travel needs. (</w:t>
      </w:r>
      <w:hyperlink r:id="rId18">
        <w:r>
          <w:rPr>
            <w:color w:val="0000EE"/>
            <w:u w:val="single"/>
          </w:rPr>
          <w:t>ktc.co.th</w:t>
        </w:r>
      </w:hyperlink>
      <w:r>
        <w:t>)</w:t>
      </w:r>
      <w:r/>
    </w:p>
    <w:p>
      <w:pPr>
        <w:pStyle w:val="ListNumber"/>
        <w:spacing w:line="240" w:lineRule="auto"/>
        <w:ind w:left="720"/>
      </w:pPr>
      <w:r/>
      <w:hyperlink r:id="rId14">
        <w:r>
          <w:rPr>
            <w:color w:val="0000EE"/>
            <w:u w:val="single"/>
          </w:rPr>
          <w:t>https://www.thefinestthai.com/2026/08/31/plaza-premium-lounge-suvarnabhumi-ktc-buy-one-get-one-2026/</w:t>
        </w:r>
      </w:hyperlink>
      <w:r>
        <w:t xml:space="preserve"> - Plaza Premium Lounge at Suvarnabhumi Airport is offering a KTC buy-one-get-one campaign from August 28 to October 15, 2026. The cardholder buys one admission at the Concourse G counter and receives a second admission of the same lounge type. The listed walk-in prices are THB 1,750 per person for Plaza Premium Lounge and THB 2,400 per person for Plaza Premium First. The benefit works best for two travellers on the same airport schedule. KTC Visa Corporate and KTC Government Services cards are excluded, so check the exact card product before reaching the airport. (</w:t>
      </w:r>
      <w:hyperlink r:id="rId19">
        <w:r>
          <w:rPr>
            <w:color w:val="0000EE"/>
            <w:u w:val="single"/>
          </w:rPr>
          <w:t>thefinestthai.com</w:t>
        </w:r>
      </w:hyperlink>
      <w:r>
        <w:t>)</w:t>
      </w:r>
      <w:r/>
    </w:p>
    <w:p>
      <w:pPr>
        <w:pStyle w:val="ListNumber"/>
        <w:spacing w:line="240" w:lineRule="auto"/>
        <w:ind w:left="720"/>
      </w:pPr>
      <w:r/>
      <w:hyperlink r:id="rId12">
        <w:r>
          <w:rPr>
            <w:color w:val="0000EE"/>
            <w:u w:val="single"/>
          </w:rPr>
          <w:t>https://www.newsdirectory3.com/plaza-premium-group-opens-two-new-lounges-at-bangkok-suvarnabhumi-airport/</w:t>
        </w:r>
      </w:hyperlink>
      <w:r>
        <w:t xml:space="preserve"> - Plaza Premium Group has entered the Thai market with the simultaneous opening of two distinct airport lounges at Bangkok Suvarnabhumi Airport. The newly opened facilities are located airside on the third floor of Concourse G, near Gate G1. The larger of the two spaces, the Plaza Premium Lounge, covers 578 square meters and has a maximum capacity for 98 guests. Right beside it, Plaza Premium First occupies a 212-square-meter footprint with seating for up to 51 guests, providing a more intimate environment for travelers. Both venues are now open for bookings and walk-ins, welcoming passengers of any ticket class. (</w:t>
      </w:r>
      <w:hyperlink r:id="rId20">
        <w:r>
          <w:rPr>
            <w:color w:val="0000EE"/>
            <w:u w:val="single"/>
          </w:rPr>
          <w:t>newsdirectory3.com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eadforpoints.com/2026/09/02/plaza-premium-opens-two-new-bangkok-lounges/" TargetMode="External"/><Relationship Id="rId10" Type="http://schemas.openxmlformats.org/officeDocument/2006/relationships/hyperlink" Target="https://www.pax-intl.com/passenger-services/terminal-news/2026/09/01/plaza-premium-group-debuts-two-distinct-lounge-experiences-at-bkk/" TargetMode="External"/><Relationship Id="rId11" Type="http://schemas.openxmlformats.org/officeDocument/2006/relationships/hyperlink" Target="https://www.plazapremiumgroup.com/plaza-premium-group-arrives-in-thailand-with-two-distinct-lounge-experiences-at-bangkok-suvarnabhumi-airport/" TargetMode="External"/><Relationship Id="rId12" Type="http://schemas.openxmlformats.org/officeDocument/2006/relationships/hyperlink" Target="https://www.newsdirectory3.com/plaza-premium-group-opens-two-new-lounges-at-bangkok-suvarnabhumi-airport/" TargetMode="External"/><Relationship Id="rId13" Type="http://schemas.openxmlformats.org/officeDocument/2006/relationships/hyperlink" Target="https://www.ktc.co.th/en/news/product-and-service/plaza-premium-lounge" TargetMode="External"/><Relationship Id="rId14" Type="http://schemas.openxmlformats.org/officeDocument/2006/relationships/hyperlink" Target="https://www.thefinestthai.com/2026/08/31/plaza-premium-lounge-suvarnabhumi-ktc-buy-one-get-one-2026/" TargetMode="External"/><Relationship Id="rId15" Type="http://schemas.openxmlformats.org/officeDocument/2006/relationships/hyperlink" Target="https://www.noahwire.com" TargetMode="External"/><Relationship Id="rId16" Type="http://schemas.openxmlformats.org/officeDocument/2006/relationships/hyperlink" Target="https://www.plazapremiumgroup.com/plaza-premium-group-arrives-in-thailand-with-two-distinct-lounge-experiences-at-bangkok-suvarnabhumi-airport/?utm_source=openai" TargetMode="External"/><Relationship Id="rId17" Type="http://schemas.openxmlformats.org/officeDocument/2006/relationships/hyperlink" Target="https://www.pax-intl.com/passenger-services/terminal-news/2026/09/01/plaza-premium-group-debuts-two-distinct-lounge-experiences-at-bkk/?utm_source=openai" TargetMode="External"/><Relationship Id="rId18" Type="http://schemas.openxmlformats.org/officeDocument/2006/relationships/hyperlink" Target="https://www.ktc.co.th/en/news/product-and-service/plaza-premium-lounge?utm_source=openai" TargetMode="External"/><Relationship Id="rId19" Type="http://schemas.openxmlformats.org/officeDocument/2006/relationships/hyperlink" Target="https://www.thefinestthai.com/2026/08/31/plaza-premium-lounge-suvarnabhumi-ktc-buy-one-get-one-2026/?utm_source=openai" TargetMode="External"/><Relationship Id="rId20" Type="http://schemas.openxmlformats.org/officeDocument/2006/relationships/hyperlink" Target="https://www.newsdirectory3.com/plaza-premium-group-opens-two-new-lounges-at-bangkok-suvarnabhumi-airport/?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