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Nok Air resumes direct Hyderabad-Bangkok flights, enhancing regional travel options for winter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Nok Air is set to resume direct flights between Hyderabad and Bangkok from October 15, giving travellers in southern India a fresh non-stop option to Thailand as the winter holiday season approaches. Bookings are already open, and the route will link Rajiv Gandhi International Airport with Bangkok’s Don Mueang airport, a hub that offers onward access to other Thai destinations.</w:t>
      </w:r>
      <w:r/>
    </w:p>
    <w:p>
      <w:r/>
      <w:r>
        <w:t>According to the airline’s schedule, the service will operate four times a week in each direction. The outbound flight from Hyderabad will run on Mondays, Wednesdays, Thursdays and Saturdays, departing just after midnight and landing in Bangkok early in the morning. The return leg from Don Mueang will operate on Tuesdays, Wednesdays, Fridays and Sundays, allowing for easy short breaks as well as longer itineraries.</w:t>
      </w:r>
      <w:r/>
    </w:p>
    <w:p>
      <w:r/>
      <w:r>
        <w:t>This will be Nok Air’s return to Hyderabad after more than a year away. Aviation sources noted that the carrier last flew from the city in May 2025, and they also said the route will be flown with Boeing 737-800 aircraft. Nok Air had been absent from international flying for a period after regulatory restrictions in Thailand, making the Hyderabad service a notable step back into overseas operations.</w:t>
      </w:r>
      <w:r/>
    </w:p>
    <w:p>
      <w:r/>
      <w:r>
        <w:t>For travellers, the main appeal is convenience. Don Mueang is well placed for domestic connections within Thailand, which means passengers from Hyderabad could pair Bangkok with beach holidays, northern city visits or island trips without needing a separate international booking. The airline has also indicated that Hyderabad is being treated as an important gateway market in India, with support from local sales partners as it works to build demand among leisure travellers, business passengers and those visiting friends and relatives.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[4]</w:t>
        </w:r>
      </w:hyperlink>
      <w:r>
        <w:t xml:space="preserve">, </w:t>
      </w:r>
      <w:hyperlink r:id="rId13">
        <w:r>
          <w:rPr>
            <w:color w:val="0000EE"/>
            <w:u w:val="single"/>
          </w:rPr>
          <w:t>[6]</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https://traveltradejournal.com/nok-air-returns-to-india-with-hyderabad-bangkok-direct-flights-from-october-15/</w:t>
        </w:r>
      </w:hyperlink>
      <w:r>
        <w:t xml:space="preserve"> - Please view link - unable to able to access data</w:t>
      </w:r>
      <w:r/>
    </w:p>
    <w:p>
      <w:pPr>
        <w:pStyle w:val="ListNumber"/>
        <w:spacing w:line="240" w:lineRule="auto"/>
        <w:ind w:left="720"/>
      </w:pPr>
      <w:r/>
      <w:hyperlink r:id="rId10">
        <w:r>
          <w:rPr>
            <w:color w:val="0000EE"/>
            <w:u w:val="single"/>
          </w:rPr>
          <w:t>https://www.airlinestat.it/p/nok-air-resumes-hyderabad-service-from-oct-2026</w:t>
        </w:r>
      </w:hyperlink>
      <w:r>
        <w:t xml:space="preserve"> - Nok Air is set to resume its Hyderabad service from mid-October 2026, operating four weekly flights between Bangkok Don Mueang and Hyderabad using Boeing 737-800 aircraft. The schedule includes flight DD958 departing Don Mueang at 21:45 and arriving in Hyderabad at 23:45, and flight DD959 departing Hyderabad at 00:45 and arriving in Don Mueang at 05:55. This marks the airline's return to Hyderabad after more than a year, with the last flight from the city on May 14, 2025.</w:t>
      </w:r>
      <w:r/>
    </w:p>
    <w:p>
      <w:pPr>
        <w:pStyle w:val="ListNumber"/>
        <w:spacing w:line="240" w:lineRule="auto"/>
        <w:ind w:left="720"/>
      </w:pPr>
      <w:r/>
      <w:hyperlink r:id="rId11">
        <w:r>
          <w:rPr>
            <w:color w:val="0000EE"/>
            <w:u w:val="single"/>
          </w:rPr>
          <w:t>https://www.ch-aviation.com/news/170638-thailands-nok-air-plans-intl-return-in-early-4q26</w:t>
        </w:r>
      </w:hyperlink>
      <w:r>
        <w:t xml:space="preserve"> - Nok Air plans to resume international operations on October 14, 2026, with four weekly flights between Bangkok Don Mueang and Hyderabad International Airport using Boeing 737-800s. The airline has not operated international flights since August 2025 due to restrictions imposed by the Civil Aviation Authority of Thailand. The resumption of this route signifies Nok Air's return to the Indian market after a hiatus.</w:t>
      </w:r>
      <w:r/>
    </w:p>
    <w:p>
      <w:pPr>
        <w:pStyle w:val="ListNumber"/>
        <w:spacing w:line="240" w:lineRule="auto"/>
        <w:ind w:left="720"/>
      </w:pPr>
      <w:r/>
      <w:hyperlink r:id="rId13">
        <w:r>
          <w:rPr>
            <w:color w:val="0000EE"/>
            <w:u w:val="single"/>
          </w:rPr>
          <w:t>https://www.ttrweekly.com/site/2026/08/nok-air-resumes-flights-to-india/</w:t>
        </w:r>
      </w:hyperlink>
      <w:r>
        <w:t xml:space="preserve"> - Bangkok-based Nok Air intends to reinstate flights to India after suspending all international routes in June 2025. The airline plans to operate direct flights from Bangkok (DMK) to Hyderabad (HYD) starting October 14, 2026, with a four-weekly service on Tuesdays, Wednesdays, Fridays, and Sundays using a Boeing 737-800 with 189 seats. This move comes as Nok Air aims to reintroduce flights to gateway cities in India during the winter timetable from October 2026 to March 2027.</w:t>
      </w:r>
      <w:r/>
    </w:p>
    <w:p>
      <w:pPr>
        <w:pStyle w:val="ListNumber"/>
        <w:spacing w:line="240" w:lineRule="auto"/>
        <w:ind w:left="720"/>
      </w:pPr>
      <w:r/>
      <w:hyperlink r:id="rId12">
        <w:r>
          <w:rPr>
            <w:color w:val="0000EE"/>
            <w:u w:val="single"/>
          </w:rPr>
          <w:t>https://www.aeroroutes.com/eng/260811-dd4q26int</w:t>
        </w:r>
      </w:hyperlink>
      <w:r>
        <w:t xml:space="preserve"> - Nok Air is set to resume international service in the fourth quarter of 2026, with the Bangkok Don Mueang – Hyderabad route scheduled to restart on October 14, 2026. The airline will operate four weekly flights using Boeing 737-800 aircraft. The outbound flight, DD958, departs Don Mueang at 21:35 and arrives in Hyderabad at 23:45, while the return flight, DD959, departs Hyderabad at 00:45 and arrives in Don Mueang at 05:45.</w:t>
      </w:r>
      <w:r/>
    </w:p>
    <w:p>
      <w:pPr>
        <w:pStyle w:val="ListNumber"/>
        <w:spacing w:line="240" w:lineRule="auto"/>
        <w:ind w:left="720"/>
      </w:pPr>
      <w:r/>
      <w:hyperlink r:id="rId13">
        <w:r>
          <w:rPr>
            <w:color w:val="0000EE"/>
            <w:u w:val="single"/>
          </w:rPr>
          <w:t>https://www.ttrweekly.com/site/2026/08/nok-air-resumes-flights-to-india/</w:t>
        </w:r>
      </w:hyperlink>
      <w:r>
        <w:t xml:space="preserve"> - Bangkok-based Nok Air intends to reinstate flights to India after suspending all international routes in June 2025. The airline plans to operate direct flights from Bangkok (DMK) to Hyderabad (HYD) starting October 14, 2026, with a four-weekly service on Tuesdays, Wednesdays, Fridays, and Sundays using a Boeing 737-800 with 189 seats. This move comes as Nok Air aims to reintroduce flights to gateway cities in India during the winter timetable from October 2026 to March 2027.</w:t>
      </w:r>
      <w:r/>
    </w:p>
    <w:p>
      <w:pPr>
        <w:pStyle w:val="ListNumber"/>
        <w:spacing w:line="240" w:lineRule="auto"/>
        <w:ind w:left="720"/>
      </w:pPr>
      <w:r/>
      <w:hyperlink r:id="rId13">
        <w:r>
          <w:rPr>
            <w:color w:val="0000EE"/>
            <w:u w:val="single"/>
          </w:rPr>
          <w:t>https://www.ttrweekly.com/site/2026/08/nok-air-resumes-flights-to-india/</w:t>
        </w:r>
      </w:hyperlink>
      <w:r>
        <w:t xml:space="preserve"> - Bangkok-based Nok Air intends to reinstate flights to India after suspending all international routes in June 2025. The airline plans to operate direct flights from Bangkok (DMK) to Hyderabad (HYD) starting October 14, 2026, with a four-weekly service on Tuesdays, Wednesdays, Fridays, and Sundays using a Boeing 737-800 with 189 seats. This move comes as Nok Air aims to reintroduce flights to gateway cities in India during the winter timetable from October 2026 to March 2027.</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tradejournal.com/nok-air-returns-to-india-with-hyderabad-bangkok-direct-flights-from-october-15/" TargetMode="External"/><Relationship Id="rId10" Type="http://schemas.openxmlformats.org/officeDocument/2006/relationships/hyperlink" Target="https://www.airlinestat.it/p/nok-air-resumes-hyderabad-service-from-oct-2026" TargetMode="External"/><Relationship Id="rId11" Type="http://schemas.openxmlformats.org/officeDocument/2006/relationships/hyperlink" Target="https://www.ch-aviation.com/news/170638-thailands-nok-air-plans-intl-return-in-early-4q26" TargetMode="External"/><Relationship Id="rId12" Type="http://schemas.openxmlformats.org/officeDocument/2006/relationships/hyperlink" Target="https://www.aeroroutes.com/eng/260811-dd4q26int" TargetMode="External"/><Relationship Id="rId13" Type="http://schemas.openxmlformats.org/officeDocument/2006/relationships/hyperlink" Target="https://www.ttrweekly.com/site/2026/08/nok-air-resumes-flights-to-india/"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