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Korean Air offers bargain flights from San Francisco to Bangkok with extended booking window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A new Korean Air fare is putting Bangkok within easier reach for travellers departing San Francisco, with The Flight Deal highlighting a round-trip economy ticket from US$819 including taxes. The sample itinerary runs from November 4 to November 11, and the sale is said to extend into early December, then again from mid-January through March 2027, giving holidaymakers and winter sun-seekers a fairly broad window to plan around. </w:t>
      </w:r>
      <w:r/>
    </w:p>
    <w:p>
      <w:r/>
      <w:r>
        <w:t xml:space="preserve">For travellers, the appeal is simple: one ticket, one airline, and a straightforward journey that connects via Seoul rather than requiring a more complicated multi-carrier trip. Korean Air’s own San Francisco-to-Bangkok booking pages show round-trip economy fares starting from about US$820, which broadly matches the promotional level flagged by The Flight Deal and suggests the deal sits close to the airline’s publicly visible pricing. </w:t>
      </w:r>
      <w:r/>
    </w:p>
    <w:p>
      <w:r/>
      <w:r>
        <w:t xml:space="preserve">The route is also relevant for people who want to make the most of Bangkok as a gateway to the rest of Thailand. A single round-trip booking can be more convenient than piecing together separate flights, especially for visitors planning to continue on to Phuket, Chiang Mai or island destinations after a few nights in the capital. The Flight Deal says the fare class is T and that stopovers are not permitted, so this is best treated as a point-to-point holiday fare rather than a build-your-own extended Asia itinerary. </w:t>
      </w:r>
      <w:r/>
    </w:p>
    <w:p>
      <w:r/>
      <w:r>
        <w:t xml:space="preserve">There are a few practical details worth noting before booking. The Flight Deal says seats are limited and must be purchased at least three days before departure, while Korean Air’s own flight pages allow passengers to search by date and budget on its website. The deal post also reminds US citizens that no visa is required for Thailand, though travellers from other countries should check entry rules before they go.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[4]</w:t>
        </w:r>
      </w:hyperlink>
      <w:r>
        <w:t xml:space="preserve">, </w:t>
      </w:r>
      <w:hyperlink r:id="rId12">
        <w:r>
          <w:rPr>
            <w:color w:val="0000EE"/>
            <w:u w:val="single"/>
          </w:rPr>
          <w:t>[5]</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https://www.theflightdeal.com/2026/08/31/korean-air-san-francisco-bangkok-thailand-819-roundtrip-including-all-taxes/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https://www.theflightdeal.com/2026/08/31/korean-air-san-francisco-bangkok-thailand-819-roundtrip-including-all-taxes/</w:t>
        </w:r>
      </w:hyperlink>
      <w:r>
        <w:t xml:space="preserve"> - An article from The Flight Deal, dated August 31, 2026, announces a promotional round-trip fare of $819, including all taxes, for flights from San Francisco (SFO) to Bangkok (BKK) with Korean Air. The sample travel dates are November 4th to 11th, 2026, with availability extending until early December 2026 and from mid-January to March 2027. The article provides instructions on searching for availability using the Matrix Airfare Search by ITA Software, specifying routing codes and duration. It also details mileage earning with Delta, as Korean Air is a member of the SkyTeam Alliance and a Delta partner. Additional information includes visa requirements for U.S. citizens, currency exchange rates, and tips for saving when using credit cards at international destinations. (</w:t>
      </w:r>
      <w:hyperlink r:id="rId14">
        <w:r>
          <w:rPr>
            <w:color w:val="0000EE"/>
            <w:u w:val="single"/>
          </w:rPr>
          <w:t>theflightdeal.com</w:t>
        </w:r>
      </w:hyperlink>
      <w:r>
        <w:t>)</w:t>
      </w:r>
      <w:r/>
    </w:p>
    <w:p>
      <w:pPr>
        <w:pStyle w:val="ListNumber"/>
        <w:spacing w:line="240" w:lineRule="auto"/>
        <w:ind w:left="720"/>
      </w:pPr>
      <w:r/>
      <w:hyperlink r:id="rId11">
        <w:r>
          <w:rPr>
            <w:color w:val="0000EE"/>
            <w:u w:val="single"/>
          </w:rPr>
          <w:t>https://www.koreanair.com/flights/en-us/flights-from-san-francisco</w:t>
        </w:r>
      </w:hyperlink>
      <w:r>
        <w:t xml:space="preserve"> - Korean Air's official website offers a range of flight deals from San Francisco (SFO) to various destinations. For instance, round-trip economy class flights from SFO to Seoul (ICN) are available from USD 905 for travel dates in November 2026. The website provides options to search for flights based on origin, destination, budget, and cabin class, allowing users to explore and book flights that suit their preferences. (</w:t>
      </w:r>
      <w:hyperlink r:id="rId15">
        <w:r>
          <w:rPr>
            <w:color w:val="0000EE"/>
            <w:u w:val="single"/>
          </w:rPr>
          <w:t>koreanair.com</w:t>
        </w:r>
      </w:hyperlink>
      <w:r>
        <w:t>)</w:t>
      </w:r>
      <w:r/>
    </w:p>
    <w:p>
      <w:pPr>
        <w:pStyle w:val="ListNumber"/>
        <w:spacing w:line="240" w:lineRule="auto"/>
        <w:ind w:left="720"/>
      </w:pPr>
      <w:r/>
      <w:hyperlink r:id="rId10">
        <w:r>
          <w:rPr>
            <w:color w:val="0000EE"/>
            <w:u w:val="single"/>
          </w:rPr>
          <w:t>https://www.koreanair.com/flights/en-us/flights-from-san-francisco-to-bangkok</w:t>
        </w:r>
      </w:hyperlink>
      <w:r>
        <w:t xml:space="preserve"> - Korean Air's official website lists flights from San Francisco (SFO) to Bangkok (BKK), with round-trip economy class fares starting from USD 820. The website displays available travel dates, including options in November 2026, and allows users to search for flights based on their preferred departure and return dates. This platform enables travellers to find and book flights that align with their schedules and budgets. (</w:t>
      </w:r>
      <w:hyperlink r:id="rId16">
        <w:r>
          <w:rPr>
            <w:color w:val="0000EE"/>
            <w:u w:val="single"/>
          </w:rPr>
          <w:t>koreanair.com</w:t>
        </w:r>
      </w:hyperlink>
      <w:r>
        <w:t>)</w:t>
      </w:r>
      <w:r/>
    </w:p>
    <w:p>
      <w:pPr>
        <w:pStyle w:val="ListNumber"/>
        <w:spacing w:line="240" w:lineRule="auto"/>
        <w:ind w:left="720"/>
      </w:pPr>
      <w:r/>
      <w:hyperlink r:id="rId12">
        <w:r>
          <w:rPr>
            <w:color w:val="0000EE"/>
            <w:u w:val="single"/>
          </w:rPr>
          <w:t>https://www.koreanair.com/flights/en-us/flights-to-bangkok</w:t>
        </w:r>
      </w:hyperlink>
      <w:r>
        <w:t xml:space="preserve"> - Korean Air's official website provides information on flights to Bangkok (BKK) from various U.S. cities, including Seattle (SEA) and San Francisco (SFO). For example, round-trip economy class flights from SEA to BKK are available from USD 817 for travel dates in September 2026. The website offers options to search for flights based on origin, destination, and travel dates, assisting travellers in planning their trips to Bangkok. (</w:t>
      </w:r>
      <w:hyperlink r:id="rId17">
        <w:r>
          <w:rPr>
            <w:color w:val="0000EE"/>
            <w:u w:val="single"/>
          </w:rPr>
          <w:t>koreanair.com</w:t>
        </w:r>
      </w:hyperlink>
      <w:r>
        <w:t>)</w:t>
      </w:r>
      <w:r/>
    </w:p>
    <w:p>
      <w:pPr>
        <w:pStyle w:val="ListNumber"/>
        <w:spacing w:line="240" w:lineRule="auto"/>
        <w:ind w:left="720"/>
      </w:pPr>
      <w:r/>
      <w:hyperlink r:id="rId18">
        <w:r>
          <w:rPr>
            <w:color w:val="0000EE"/>
            <w:u w:val="single"/>
          </w:rPr>
          <w:t>https://www.koreanair.com/flights/en/flights-from-san-francisco-to-bangkok</w:t>
        </w:r>
      </w:hyperlink>
      <w:r>
        <w:t xml:space="preserve"> - Korean Air's official website lists flights from San Francisco (SFO) to Bangkok (BKK), with round-trip economy class fares starting from USD 820. The website displays available travel dates, including options in November 2026, and allows users to search for flights based on their preferred departure and return dates. This platform enables travellers to find and book flights that align with their schedules and budgets. (</w:t>
      </w:r>
      <w:hyperlink r:id="rId19">
        <w:r>
          <w:rPr>
            <w:color w:val="0000EE"/>
            <w:u w:val="single"/>
          </w:rPr>
          <w:t>koreanair.com</w:t>
        </w:r>
      </w:hyperlink>
      <w:r>
        <w:t>)</w:t>
      </w:r>
      <w:r/>
    </w:p>
    <w:p>
      <w:pPr>
        <w:pStyle w:val="ListNumber"/>
        <w:spacing w:line="240" w:lineRule="auto"/>
        <w:ind w:left="720"/>
      </w:pPr>
      <w:r/>
      <w:hyperlink r:id="rId11">
        <w:r>
          <w:rPr>
            <w:color w:val="0000EE"/>
            <w:u w:val="single"/>
          </w:rPr>
          <w:t>https://www.koreanair.com/flights/en-us/flights-from-san-francisco</w:t>
        </w:r>
      </w:hyperlink>
      <w:r>
        <w:t xml:space="preserve"> - Korean Air's official website offers a range of flight deals from San Francisco (SFO) to various destinations. For instance, round-trip economy class flights from SFO to Seoul (ICN) are available from USD 905 for travel dates in November 2026. The website provides options to search for flights based on origin, destination, budget, and cabin class, allowing users to explore and book flights that suit their preferences. (</w:t>
      </w:r>
      <w:hyperlink r:id="rId20">
        <w:r>
          <w:rPr>
            <w:color w:val="0000EE"/>
            <w:u w:val="single"/>
          </w:rPr>
          <w:t>koreanair.com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31/korean-air-san-francisco-bangkok-thailand-819-roundtrip-including-all-taxes/" TargetMode="External"/><Relationship Id="rId10" Type="http://schemas.openxmlformats.org/officeDocument/2006/relationships/hyperlink" Target="https://www.koreanair.com/flights/en-us/flights-from-san-francisco-to-bangkok" TargetMode="External"/><Relationship Id="rId11" Type="http://schemas.openxmlformats.org/officeDocument/2006/relationships/hyperlink" Target="https://www.koreanair.com/flights/en-us/flights-from-san-francisco" TargetMode="External"/><Relationship Id="rId12" Type="http://schemas.openxmlformats.org/officeDocument/2006/relationships/hyperlink" Target="https://www.koreanair.com/flights/en-us/flights-to-bangkok" TargetMode="External"/><Relationship Id="rId13" Type="http://schemas.openxmlformats.org/officeDocument/2006/relationships/hyperlink" Target="https://www.noahwire.com" TargetMode="External"/><Relationship Id="rId14" Type="http://schemas.openxmlformats.org/officeDocument/2006/relationships/hyperlink" Target="https://www.theflightdeal.com/2026/08/31/korean-air-san-francisco-bangkok-thailand-819-roundtrip-including-all-taxes/?utm_source=openai" TargetMode="External"/><Relationship Id="rId15" Type="http://schemas.openxmlformats.org/officeDocument/2006/relationships/hyperlink" Target="https://www.koreanair.com/flights/en-us/flights-from-san-francisco?utm_source=openai" TargetMode="External"/><Relationship Id="rId16" Type="http://schemas.openxmlformats.org/officeDocument/2006/relationships/hyperlink" Target="https://www.koreanair.com/flights/en-us/flights-from-san-francisco-to-bangkok?utm_source=openai" TargetMode="External"/><Relationship Id="rId17" Type="http://schemas.openxmlformats.org/officeDocument/2006/relationships/hyperlink" Target="https://www.koreanair.com/flights/en-us/flights-to-bangkok?utm_source=openai" TargetMode="External"/><Relationship Id="rId18" Type="http://schemas.openxmlformats.org/officeDocument/2006/relationships/hyperlink" Target="https://www.koreanair.com/flights/en/flights-from-san-francisco-to-bangkok" TargetMode="External"/><Relationship Id="rId19" Type="http://schemas.openxmlformats.org/officeDocument/2006/relationships/hyperlink" Target="https://www.koreanair.com/flights/en/flights-from-san-francisco-to-bangkok?utm_source=openai" TargetMode="External"/><Relationship Id="rId20" Type="http://schemas.openxmlformats.org/officeDocument/2006/relationships/hyperlink" Target="https://www.koreanair.com/flights/en/flights-from-san-francisc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