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Thailand expands automated passport gates at Suvarnabhumi Airport to 31 more nationalities by 2026</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t>Thailand is set to widen access to its automated passport gates at Bangkok’s Suvarnabhumi Airport to travellers from 31 additional nationalities by the end of August 2026, with UAE citizens among those newly eligible, according to reports from Bernama and other regional outlets. For holidaymakers heading to Thailand, the practical effect should be a quicker arrival experience at the country’s busiest international gateway, with less time spent queuing at immigration.</w:t>
      </w:r>
      <w:r/>
    </w:p>
    <w:p>
      <w:r/>
      <w:r>
        <w:t>The change is aimed at easing pressure on a terminal that handles about 70,000 international arrivals a day, and far more passengers overall at peak times. Thai media reports said the airport can see around 190,000 passengers daily in the high season, which has pushed officials to expand the use of auto gates as part of a broader effort to keep entry processing moving more smoothly.</w:t>
      </w:r>
      <w:r/>
    </w:p>
    <w:p>
      <w:r/>
      <w:r>
        <w:t>For travellers, the main advantage is convenience: eligible passengers will be able to pass through automated lanes rather than relying solely on staffed counters. That should be especially helpful after long-haul flights, during busy morning and evening arrival banks, and for families or leisure travellers who want to get to their hotel, beach transfer or domestic connection more quickly. Thai authorities also expect the expansion to make millions more passengers eligible for the system, alongside holders of certain long-term visas.</w:t>
      </w:r>
      <w:r/>
    </w:p>
    <w:p>
      <w:r/>
      <w:r>
        <w:t>Even so, the new facility does not replace Thailand’s other entry rules. According to guidance cited by the UAE authorities, visitors still need to complete the Thailand Digital Arrival Card before landing. For tourists planning a trip, the message is simple: the airport arrival process may become faster, but the paperwork still needs to be done in advance.</w:t>
      </w:r>
      <w:r/>
    </w:p>
    <w:p>
      <w:pPr>
        <w:pStyle w:val="Heading3"/>
      </w:pPr>
      <w:r>
        <w:t>Source Reference Map</w:t>
      </w:r>
      <w:r/>
    </w:p>
    <w:p>
      <w:r/>
      <w:r>
        <w:rPr>
          <w:b/>
        </w:rPr>
        <w:t>Inspired by headline at:</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0">
        <w:r>
          <w:rPr>
            <w:color w:val="0000EE"/>
            <w:u w:val="single"/>
          </w:rPr>
          <w:t>[2]</w:t>
        </w:r>
      </w:hyperlink>
      <w:r>
        <w:t xml:space="preserve">, </w:t>
      </w:r>
      <w:hyperlink r:id="rId12">
        <w:r>
          <w:rPr>
            <w:color w:val="0000EE"/>
            <w:u w:val="single"/>
          </w:rPr>
          <w:t>[5]</w:t>
        </w:r>
      </w:hyperlink>
      <w:r>
        <w:t xml:space="preserve">, </w:t>
      </w:r>
      <w:hyperlink r:id="rId13">
        <w:r>
          <w:rPr>
            <w:color w:val="0000EE"/>
            <w:u w:val="single"/>
          </w:rPr>
          <w:t>[6]</w:t>
        </w:r>
      </w:hyperlink>
      <w:r>
        <w:t xml:space="preserve">- Paragraph 3: </w:t>
      </w:r>
      <w:hyperlink r:id="rId14">
        <w:r>
          <w:rPr>
            <w:color w:val="0000EE"/>
            <w:u w:val="single"/>
          </w:rPr>
          <w:t>[3]</w:t>
        </w:r>
      </w:hyperlink>
      <w:r>
        <w:t xml:space="preserve">, </w:t>
      </w:r>
      <w:hyperlink r:id="rId15">
        <w:r>
          <w:rPr>
            <w:color w:val="0000EE"/>
            <w:u w:val="single"/>
          </w:rPr>
          <w:t>[7]</w:t>
        </w:r>
      </w:hyperlink>
      <w:r>
        <w:t xml:space="preserve">- Paragraph 4: </w:t>
      </w:r>
      <w:hyperlink r:id="rId9">
        <w:r>
          <w:rPr>
            <w:color w:val="0000EE"/>
            <w:u w:val="single"/>
          </w:rPr>
          <w:t>[1]</w:t>
        </w:r>
      </w:hyperlink>
      <w:r>
        <w:t xml:space="preserve">, </w:t>
      </w:r>
      <w:hyperlink r:id="rId10">
        <w:r>
          <w:rPr>
            <w:color w:val="0000EE"/>
            <w:u w:val="single"/>
          </w:rPr>
          <w:t>[2]</w:t>
        </w:r>
      </w:hyperlink>
      <w:r/>
    </w:p>
    <w:p>
      <w:r/>
      <w:r>
        <w:t xml:space="preserve">Source: </w:t>
      </w:r>
      <w:hyperlink r:id="rId16">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https://www.emaratalyoum.com/local-section/other/2026-08-29-1.2077956</w:t>
        </w:r>
      </w:hyperlink>
      <w:r>
        <w:t xml:space="preserve"> - Please view link - unable to able to access data</w:t>
      </w:r>
      <w:r/>
    </w:p>
    <w:p>
      <w:pPr>
        <w:pStyle w:val="ListNumber"/>
        <w:spacing w:line="240" w:lineRule="auto"/>
        <w:ind w:left="720"/>
      </w:pPr>
      <w:r/>
      <w:hyperlink r:id="rId10">
        <w:r>
          <w:rPr>
            <w:color w:val="0000EE"/>
            <w:u w:val="single"/>
          </w:rPr>
          <w:t>https://www.bernama.com/en/news.php?id=2595627</w:t>
        </w:r>
      </w:hyperlink>
      <w:r>
        <w:t xml:space="preserve"> - Thailand plans to expand automated passport control at Suvarnabhumi Airport to travellers from 31 additional nationalities by the end of August 2026. This initiative aims to ease congestion at the airport, which handles about 190,000 passengers daily during peak tourism season, including around 70,000 international arrivals. The expansion is expected to make approximately 6.5 million additional passengers eligible to use the Auto Gates, along with around 900,000 holders of certain long-term visas. (</w:t>
      </w:r>
      <w:hyperlink r:id="rId17">
        <w:r>
          <w:rPr>
            <w:color w:val="0000EE"/>
            <w:u w:val="single"/>
          </w:rPr>
          <w:t>bernama.com</w:t>
        </w:r>
      </w:hyperlink>
      <w:r>
        <w:t>)</w:t>
      </w:r>
      <w:r/>
    </w:p>
    <w:p>
      <w:pPr>
        <w:pStyle w:val="ListNumber"/>
        <w:spacing w:line="240" w:lineRule="auto"/>
        <w:ind w:left="720"/>
      </w:pPr>
      <w:r/>
      <w:hyperlink r:id="rId14">
        <w:r>
          <w:rPr>
            <w:color w:val="0000EE"/>
            <w:u w:val="single"/>
          </w:rPr>
          <w:t>https://www.pattayamail.com/latestnews/news/suvarnabhumi-to-open-automated-passport-gates-to-31-more-nationalities-561752</w:t>
        </w:r>
      </w:hyperlink>
      <w:r>
        <w:t xml:space="preserve"> - Thailand plans to expand the use of automated passport control gates at Suvarnabhumi Airport to citizens of 31 additional nationalities by the end of August 2026. The initiative follows a site inspection led by Deputy Prime Minister Suphajee Suthumpun and senior transport and tourism officials aimed at easing peak-hour overcrowding at the country’s main international gateway, which handles around 70,000 international arriving passengers daily. (</w:t>
      </w:r>
      <w:hyperlink r:id="rId18">
        <w:r>
          <w:rPr>
            <w:color w:val="0000EE"/>
            <w:u w:val="single"/>
          </w:rPr>
          <w:t>pattayamail.com</w:t>
        </w:r>
      </w:hyperlink>
      <w:r>
        <w:t>)</w:t>
      </w:r>
      <w:r/>
    </w:p>
    <w:p>
      <w:pPr>
        <w:pStyle w:val="ListNumber"/>
        <w:spacing w:line="240" w:lineRule="auto"/>
        <w:ind w:left="720"/>
      </w:pPr>
      <w:r/>
      <w:hyperlink r:id="rId11">
        <w:r>
          <w:rPr>
            <w:color w:val="0000EE"/>
            <w:u w:val="single"/>
          </w:rPr>
          <w:t>https://akhbar.com/en/news/thailand-expands-smart-gate-access-to-uae-nationals-at-bangkok-airport/</w:t>
        </w:r>
      </w:hyperlink>
      <w:r>
        <w:t xml:space="preserve"> - UAE nationals will be able to use automated passport screening gates at Bangkok's Suvarnabhumi Airport by the end of August 2026, Thailand has announced. The measure will allow Emirati passengers to complete immigration procedures through automated gates, helping reduce waiting times and ease congestion at immigration checkpoints, especially during peak hours when thousands of passengers pass through the airport. A total of 31 nationalities will benefit from the expansion of smart gate services, officials said. (</w:t>
      </w:r>
      <w:hyperlink r:id="rId19">
        <w:r>
          <w:rPr>
            <w:color w:val="0000EE"/>
            <w:u w:val="single"/>
          </w:rPr>
          <w:t>akhbar.com</w:t>
        </w:r>
      </w:hyperlink>
      <w:r>
        <w:t>)</w:t>
      </w:r>
      <w:r/>
    </w:p>
    <w:p>
      <w:pPr>
        <w:pStyle w:val="ListNumber"/>
        <w:spacing w:line="240" w:lineRule="auto"/>
        <w:ind w:left="720"/>
      </w:pPr>
      <w:r/>
      <w:hyperlink r:id="rId12">
        <w:r>
          <w:rPr>
            <w:color w:val="0000EE"/>
            <w:u w:val="single"/>
          </w:rPr>
          <w:t>https://www.khaosodenglish.com/featured/2026/08/17/suvarnabhumi-to-open-auto-gates-to-31-more-nationalities/</w:t>
        </w:r>
      </w:hyperlink>
      <w:r>
        <w:t xml:space="preserve"> - Suvarnabhumi Airport plans to expand its automated passport control, or Auto Gate, system to travelers from 31 additional nationalities by the end of August 2026. The government aims to ease congestion at Thailand’s main international gateway, which sees around 190,000 passengers a day during the peak travel season and 140,000-150,000 during the low season. International arrivals account for about 70,000 passengers a day. (</w:t>
      </w:r>
      <w:hyperlink r:id="rId20">
        <w:r>
          <w:rPr>
            <w:color w:val="0000EE"/>
            <w:u w:val="single"/>
          </w:rPr>
          <w:t>khaosodenglish.com</w:t>
        </w:r>
      </w:hyperlink>
      <w:r>
        <w:t>)</w:t>
      </w:r>
      <w:r/>
    </w:p>
    <w:p>
      <w:pPr>
        <w:pStyle w:val="ListNumber"/>
        <w:spacing w:line="240" w:lineRule="auto"/>
        <w:ind w:left="720"/>
      </w:pPr>
      <w:r/>
      <w:hyperlink r:id="rId13">
        <w:r>
          <w:rPr>
            <w:color w:val="0000EE"/>
            <w:u w:val="single"/>
          </w:rPr>
          <w:t>https://www.nationthailand.com/news/40069910</w:t>
        </w:r>
      </w:hyperlink>
      <w:r>
        <w:t xml:space="preserve"> - The Thai government has launched a coordinated push to streamline international passenger processing at Bangkok’s Suvarnabhumi Airport, pledging to expand automated passport gates to 31 additional nationalities by the end of August 2026. The initiative follows a high-level site inspection at the capital’s primary international hub on Monday led by Deputy Prime Minister and Commerce Minister Suphajee Suthumpun, Tourism Minister Surasak Phancharoenworakul, and senior transport officials. Government officials emphasised that passenger flow through the airport directly impacts the broader national economy. (</w:t>
      </w:r>
      <w:hyperlink r:id="rId21">
        <w:r>
          <w:rPr>
            <w:color w:val="0000EE"/>
            <w:u w:val="single"/>
          </w:rPr>
          <w:t>nationthailand.com</w:t>
        </w:r>
      </w:hyperlink>
      <w:r>
        <w:t>)</w:t>
      </w:r>
      <w:r/>
    </w:p>
    <w:p>
      <w:pPr>
        <w:pStyle w:val="ListNumber"/>
        <w:spacing w:line="240" w:lineRule="auto"/>
        <w:ind w:left="720"/>
      </w:pPr>
      <w:r/>
      <w:hyperlink r:id="rId15">
        <w:r>
          <w:rPr>
            <w:color w:val="0000EE"/>
            <w:u w:val="single"/>
          </w:rPr>
          <w:t>https://www.thailandnews.co/2026/08/suvarnabhumi-airport-to-expand-auto-gate-access-to-31-additional-nationalities/</w:t>
        </w:r>
      </w:hyperlink>
      <w:r>
        <w:t xml:space="preserve"> - Suvarnabhumi Airport is preparing to allow travellers from 31 additional nationalities to use its Auto Gate immigration lanes by the end of August 2026. This move is intended to ease pressure at Thailand’s busiest international arrival point and streamline entry procedures for millions of visitors. The expansion is expected to create approximately 6.5 million visitors as potential Auto Gate users, in addition to 900,000 long-term visa holders. (</w:t>
      </w:r>
      <w:hyperlink r:id="rId22">
        <w:r>
          <w:rPr>
            <w:color w:val="0000EE"/>
            <w:u w:val="single"/>
          </w:rPr>
          <w:t>thailandnews.co</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emaratalyoum.com/local-section/other/2026-08-29-1.2077956" TargetMode="External"/><Relationship Id="rId10" Type="http://schemas.openxmlformats.org/officeDocument/2006/relationships/hyperlink" Target="https://www.bernama.com/en/news.php?id=2595627" TargetMode="External"/><Relationship Id="rId11" Type="http://schemas.openxmlformats.org/officeDocument/2006/relationships/hyperlink" Target="https://akhbar.com/en/news/thailand-expands-smart-gate-access-to-uae-nationals-at-bangkok-airport/" TargetMode="External"/><Relationship Id="rId12" Type="http://schemas.openxmlformats.org/officeDocument/2006/relationships/hyperlink" Target="https://www.khaosodenglish.com/featured/2026/08/17/suvarnabhumi-to-open-auto-gates-to-31-more-nationalities/" TargetMode="External"/><Relationship Id="rId13" Type="http://schemas.openxmlformats.org/officeDocument/2006/relationships/hyperlink" Target="https://www.nationthailand.com/news/40069910" TargetMode="External"/><Relationship Id="rId14" Type="http://schemas.openxmlformats.org/officeDocument/2006/relationships/hyperlink" Target="https://www.pattayamail.com/latestnews/news/suvarnabhumi-to-open-automated-passport-gates-to-31-more-nationalities-561752" TargetMode="External"/><Relationship Id="rId15" Type="http://schemas.openxmlformats.org/officeDocument/2006/relationships/hyperlink" Target="https://www.thailandnews.co/2026/08/suvarnabhumi-airport-to-expand-auto-gate-access-to-31-additional-nationalities/" TargetMode="External"/><Relationship Id="rId16" Type="http://schemas.openxmlformats.org/officeDocument/2006/relationships/hyperlink" Target="https://www.noahwire.com" TargetMode="External"/><Relationship Id="rId17" Type="http://schemas.openxmlformats.org/officeDocument/2006/relationships/hyperlink" Target="https://bernama.com/en/news.php?id=2595627&amp;utm_source=openai" TargetMode="External"/><Relationship Id="rId18" Type="http://schemas.openxmlformats.org/officeDocument/2006/relationships/hyperlink" Target="https://www.pattayamail.com/latestnews/news/suvarnabhumi-to-open-automated-passport-gates-to-31-more-nationalities-561752?utm_source=openai" TargetMode="External"/><Relationship Id="rId19" Type="http://schemas.openxmlformats.org/officeDocument/2006/relationships/hyperlink" Target="https://akhbar.com/en/news/thailand-expands-smart-gate-access-to-uae-nationals-at-bangkok-airport/?utm_source=openai" TargetMode="External"/><Relationship Id="rId20" Type="http://schemas.openxmlformats.org/officeDocument/2006/relationships/hyperlink" Target="https://www.khaosodenglish.com/featured/2026/08/17/suvarnabhumi-to-open-auto-gates-to-31-more-nationalities/?utm_source=openai" TargetMode="External"/><Relationship Id="rId21" Type="http://schemas.openxmlformats.org/officeDocument/2006/relationships/hyperlink" Target="https://www.nationthailand.com/news/40069910?utm_source=openai" TargetMode="External"/><Relationship Id="rId22" Type="http://schemas.openxmlformats.org/officeDocument/2006/relationships/hyperlink" Target="https://www.thailandnews.co/2026/08/suvarnabhumi-airport-to-expand-auto-gate-access-to-31-additional-nationalities/?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