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Korean Air offers competitive $911 round-trip from Dallas to Chiang Mai, simplifying Thailand travel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Korean Air is advertising a round-trip fare of $911 from Dallas-Fort Worth to Chiang Mai, giving travellers in Texas a relatively straightforward way to reach northern Thailand on one ticket. The deal, highlighted by The Flight Deal on 29 August 2026, is for economy-class travel via Seoul and includes taxes, with a sample itinerary shown for 5 to 12 November. For holidaymakers, the main attraction is simplicity: one booking, one airline and no need to piece together separate flights to get into Thailand’s second city. </w:t>
      </w:r>
      <w:r/>
    </w:p>
    <w:p>
      <w:r/>
      <w:r>
        <w:t xml:space="preserve">According to the fare rules, the price is available for travel in limited windows from late October to early November, and again from late January to mid-March 2027, with departures and returns on Mondays through Thursdays. Tickets must be bought at least three days before departure, and stopovers are not allowed. The published routing is Dallas-Fort Worth, Seoul and then Chiang Mai, before returning the same way, which makes the journey practical for travellers who want to avoid multiple self-arranged connections. </w:t>
      </w:r>
      <w:r/>
    </w:p>
    <w:p>
      <w:r/>
      <w:r>
        <w:t xml:space="preserve">The fare also compares favourably with Korean Air’s own current public pricing. On its website, the airline lists round trips from Dallas to Chiang Mai starting at $912, while its general Thailand page shows fares from $912 and Chiang Mai-specific searches begin at $812, depending on dates and availability. The new deal therefore sits at the sharper end of the airline’s published offers, and it undercuts a similar Dallas-Chiang Mai promotion from January 2025, when The Flight Deal reported a $932 round trip. </w:t>
      </w:r>
      <w:r/>
    </w:p>
    <w:p>
      <w:r/>
      <w:r>
        <w:t xml:space="preserve">For travellers, Chiang Mai remains one of Thailand’s most appealing entry points. Korean Air describes it as the “Rose of the North”, noting its cooler climate, temples, palaces, hill tribe villages and trekking opportunities, all of which help explain its popularity with leisure visitors looking beyond Bangkok. US citizens do not need a visa for short trips, and the fare is available on a route that can also earn Delta mileage credit, which may matter to travellers who value frequent-flyer points as well as price.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10">
        <w:r>
          <w:rPr>
            <w:color w:val="0000EE"/>
            <w:u w:val="single"/>
          </w:rPr>
          <w:t>[3]</w:t>
        </w:r>
      </w:hyperlink>
      <w:r>
        <w:t xml:space="preserve">, </w:t>
      </w:r>
      <w:hyperlink r:id="rId11">
        <w:r>
          <w:rPr>
            <w:color w:val="0000EE"/>
            <w:u w:val="single"/>
          </w:rPr>
          <w:t>[5]</w:t>
        </w:r>
      </w:hyperlink>
      <w:r>
        <w:t xml:space="preserve">,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[5]</w:t>
        </w:r>
      </w:hyperlink>
      <w:r>
        <w:t xml:space="preserve">, </w:t>
      </w:r>
      <w:hyperlink r:id="rId12">
        <w:r>
          <w:rPr>
            <w:color w:val="0000EE"/>
            <w:u w:val="single"/>
          </w:rPr>
          <w:t>[6]</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https://www.theflightdeal.com/2026/08/29/korean-air-dallas-chiang-mai-thailand-911-roundtrip-including-all-taxes/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https://www.theflightdeal.com/2026/08/29/korean-air-dallas-chiang-mai-thailand-911-roundtrip-including-all-taxes/</w:t>
        </w:r>
      </w:hyperlink>
      <w:r>
        <w:t xml:space="preserve"> - This article from The Flight Deal, dated August 29, 2026, highlights a promotional fare of $911 for a round-trip flight from Dallas (DFW) to Chiang Mai (CNX) with Korean Air, including all taxes. The sample travel dates are November 5th to 12th, 2026. The fare is valid for travel from late October to early November or late January to mid-March 2027, with departures and returns on Mondays through Thursdays. Purchases must be made at least three days in advance. The article provides instructions on searching for availability using the Matrix Airfare Search by ITA Software, specifying routing codes and extension codes for the search. It also details the fare class (T), routing (DFW – ICN – CNX – ICN – DFW), and notes that stopovers are not permitted. Mileage earning with Delta is outlined, including miles flown, Medallion Qualifying Dollars, and redeemable miles. The article concludes with information on booking through Priceline and offers additional resources for accommodations, car rentals, and activities. Background information includes visa requirements for US citizens, currency exchange rates, and tips for saving when using credit cards at international destinations.</w:t>
      </w:r>
      <w:r/>
    </w:p>
    <w:p>
      <w:pPr>
        <w:pStyle w:val="ListNumber"/>
        <w:spacing w:line="240" w:lineRule="auto"/>
        <w:ind w:left="720"/>
      </w:pPr>
      <w:r/>
      <w:hyperlink r:id="rId10">
        <w:r>
          <w:rPr>
            <w:color w:val="0000EE"/>
            <w:u w:val="single"/>
          </w:rPr>
          <w:t>https://www.theflightdeal.com/2025/01/25/korean-air-dallas-chiang-mai-thailand-932-roundtrip-including-all-taxes/</w:t>
        </w:r>
      </w:hyperlink>
      <w:r>
        <w:t xml:space="preserve"> - This article from The Flight Deal, dated January 25, 2025, announces a promotional fare of $932 for a round-trip flight from Dallas (DFW) to Chiang Mai (CNX) with Korean Air, including all taxes. The sample travel dates are November 19th to 26th, 2025. The fare is valid for travel from September to early December 2025, with departures and returns on Mondays through Thursdays. Purchases must be made at least three days in advance. The article provides instructions on searching for availability using the Matrix Airfare Search by ITA Software, specifying routing codes and extension codes for the search. It also details the fare class (T), routing (DFW – ICN – CNX – ICN – DFW), and notes that stopovers are not permitted. Mileage earning with Delta is outlined, including miles flown, Medallion Qualifying Dollars, and redeemable miles. The article concludes with information on booking through Priceline and offers additional resources for accommodations, car rentals, and activities. Background information includes visa requirements for US citizens, currency exchange rates, and tips for saving when using credit cards at international destinations.</w:t>
      </w:r>
      <w:r/>
    </w:p>
    <w:p>
      <w:pPr>
        <w:pStyle w:val="ListNumber"/>
        <w:spacing w:line="240" w:lineRule="auto"/>
        <w:ind w:left="720"/>
      </w:pPr>
      <w:r/>
      <w:hyperlink r:id="rId15">
        <w:r>
          <w:rPr>
            <w:color w:val="0000EE"/>
            <w:u w:val="single"/>
          </w:rPr>
          <w:t>https://www.theflightdeal.com/2019/06/30/delta-korean-air-837-dallas-chiang-mai-thailand-roundtrip-including-all-taxes/</w:t>
        </w:r>
      </w:hyperlink>
      <w:r>
        <w:t xml:space="preserve"> - This article from The Flight Deal, dated June 30, 2019, highlights a promotional fare of $837 for a round-trip flight from Dallas (DFW) to Chiang Mai (CNX) with Delta and Korean Air, including all taxes. The sample travel dates are September 18th to 25th, 2019. The fare is valid for travel in September, with departures and returns on Mondays through Thursdays. A minimum stay of seven days is required, and purchases must be made at least 21 days in advance. The article provides instructions on searching for availability using the Matrix Airfare Search by ITA Software, specifying routing codes and extension codes for the search. It also details the fare class (T), routing (DFW – ICN – CNX – ICN – DFW), and notes that stopovers are not permitted. Mileage earning with Delta is outlined, including miles flown, Medallion Qualifying Dollars, and redeemable miles. The article concludes with information on booking through Priceline and offers additional resources for accommodations, car rentals, and activities. Background information includes visa requirements for US citizens, currency exchange rates, and tips for saving when using credit cards at international destinations.</w:t>
      </w:r>
      <w:r/>
    </w:p>
    <w:p>
      <w:pPr>
        <w:pStyle w:val="ListNumber"/>
        <w:spacing w:line="240" w:lineRule="auto"/>
        <w:ind w:left="720"/>
      </w:pPr>
      <w:r/>
      <w:hyperlink r:id="rId11">
        <w:r>
          <w:rPr>
            <w:color w:val="0000EE"/>
            <w:u w:val="single"/>
          </w:rPr>
          <w:t>https://www.koreanair.com/flights/en-us/flights-to-chiang-mai</w:t>
        </w:r>
      </w:hyperlink>
      <w:r>
        <w:t xml:space="preserve"> - Korean Air's official website offers flights to Chiang Mai, Thailand, with fares starting from USD 812 for a round-trip in economy class. The website provides options for selecting departure and return dates, with the ability to search for available flights. The fares are subject to change based on real-time availability, and additional fees and charges for optional products and services may apply. The website also offers information about Chiang Mai, describing it as the 'Rose of the North,' highlighting its cool weather, beautiful palaces and temples, hill tribe villages, and trekking opportunities in the alpine region. Other popular flights to Chiang Mai from various US cities are also listed.</w:t>
      </w:r>
      <w:r/>
    </w:p>
    <w:p>
      <w:pPr>
        <w:pStyle w:val="ListNumber"/>
        <w:spacing w:line="240" w:lineRule="auto"/>
        <w:ind w:left="720"/>
      </w:pPr>
      <w:r/>
      <w:hyperlink r:id="rId12">
        <w:r>
          <w:rPr>
            <w:color w:val="0000EE"/>
            <w:u w:val="single"/>
          </w:rPr>
          <w:t>https://www.koreanair.com/flights/en-us/flights-from-dallas-to-chiang-mai</w:t>
        </w:r>
      </w:hyperlink>
      <w:r>
        <w:t xml:space="preserve"> - Korean Air's official website provides flight options from Dallas (DFW) to Chiang Mai (CNX), with fares starting from USD 912 for a round-trip in economy class. The website allows users to select departure and return dates, with the ability to search for available flights. Fares are subject to change based on real-time availability, and additional fees and charges for optional products and services may apply. The website also offers information about Chiang Mai, describing it as the 'Rose of the North,' highlighting its cool weather, beautiful palaces and temples, hill tribe villages, and trekking opportunities in the alpine region. Other popular flights from Dallas to Thailand are also listed.</w:t>
      </w:r>
      <w:r/>
    </w:p>
    <w:p>
      <w:pPr>
        <w:pStyle w:val="ListNumber"/>
        <w:spacing w:line="240" w:lineRule="auto"/>
        <w:ind w:left="720"/>
      </w:pPr>
      <w:r/>
      <w:hyperlink r:id="rId13">
        <w:r>
          <w:rPr>
            <w:color w:val="0000EE"/>
            <w:u w:val="single"/>
          </w:rPr>
          <w:t>https://www.koreanair.com/flights/en-us/flights-from-dallas-to-thailand</w:t>
        </w:r>
      </w:hyperlink>
      <w:r>
        <w:t xml:space="preserve"> - Korean Air's official website offers flights from Dallas (DFW) to various destinations in Thailand, including Chiang Mai (CNX) and Bangkok (BKK), with fares starting from USD 912 for a round-trip in economy class. The website provides options for selecting departure and return dates, with the ability to search for available flights. Fares are subject to change based on real-time availability, and additional fees and charges for optional products and services may apply. The website also offers information about Chiang Mai, describing it as the 'Rose of the North,' highlighting its cool weather, beautiful palaces and temples, hill tribe villages, and trekking opportunities in the alpine region. Other popular flights from Dallas to Thailand are also listed.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29/korean-air-dallas-chiang-mai-thailand-911-roundtrip-including-all-taxes/" TargetMode="External"/><Relationship Id="rId10" Type="http://schemas.openxmlformats.org/officeDocument/2006/relationships/hyperlink" Target="https://www.theflightdeal.com/2025/01/25/korean-air-dallas-chiang-mai-thailand-932-roundtrip-including-all-taxes/" TargetMode="External"/><Relationship Id="rId11" Type="http://schemas.openxmlformats.org/officeDocument/2006/relationships/hyperlink" Target="https://www.koreanair.com/flights/en-us/flights-to-chiang-mai" TargetMode="External"/><Relationship Id="rId12" Type="http://schemas.openxmlformats.org/officeDocument/2006/relationships/hyperlink" Target="https://www.koreanair.com/flights/en-us/flights-from-dallas-to-chiang-mai" TargetMode="External"/><Relationship Id="rId13" Type="http://schemas.openxmlformats.org/officeDocument/2006/relationships/hyperlink" Target="https://www.koreanair.com/flights/en-us/flights-from-dallas-to-thailand" TargetMode="External"/><Relationship Id="rId14" Type="http://schemas.openxmlformats.org/officeDocument/2006/relationships/hyperlink" Target="https://www.noahwire.com" TargetMode="External"/><Relationship Id="rId15" Type="http://schemas.openxmlformats.org/officeDocument/2006/relationships/hyperlink" Target="https://www.theflightdeal.com/2019/06/30/delta-korean-air-837-dallas-chiang-mai-thailand-roundtrip-including-all-tax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