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Cathay Pacific offers limited-time deal for New York to Phuket flights with optional Hong Kong stopovers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Cathay Pacific has a new sale fare from New York to Phuket, with round trips advertised at $949 including taxes. The sample itinerary runs from January 20 to 27, 2027, although The Flight Deal says there is also some availability in early January and again from late February into early March, with seats limited and purchase required at least seven days before departure.</w:t>
      </w:r>
      <w:r/>
    </w:p>
    <w:p>
      <w:r/>
      <w:r>
        <w:t>For holidaymakers, the appeal is a one-stop journey that keeps the trip relatively straightforward: New York to Hong Kong, then on to Phuket, and the same route back. The Flight Deal says the ticket is in fare class Q and that two stopovers can be added for $100 each, which could suit travellers who want to break up a long-haul journey and spend a day or two in Hong Kong either on the way out or the return.</w:t>
      </w:r>
      <w:r/>
    </w:p>
    <w:p>
      <w:r/>
      <w:r>
        <w:t>The price is respectable, but it is not the lowest this route has seen in recent months. The same deal site previously flagged New York–Phuket fares at $927 in July, $824 in March, $786 in October 2025 and $742 in September 2025, all on similar routing via Hong Kong. In other words, this latest offer still represents a sale, but travellers chasing the absolute bottom price may want to keep watching. For US visitors, The Flight Deal also notes that a visa is not required for Thailand, which removes one more layer of planning before a beach break.</w:t>
      </w:r>
      <w:r/>
    </w:p>
    <w:p>
      <w:r/>
      <w:r>
        <w:t>As with many airline promotions, availability is the real hurdle. The Flight Deal points readers to ITA Matrix for fare searches and to Priceline for booking, while warning that the offer can disappear quickly. For anyone planning a Phuket trip next winter or early spring, the practical takeaway is simple: if the dates work, this is a chance to secure a long-haul Thailand getaway with a single connection and a clear published fare.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10">
        <w:r>
          <w:rPr>
            <w:color w:val="0000EE"/>
            <w:u w:val="single"/>
          </w:rPr>
          <w:t>[3]</w:t>
        </w:r>
      </w:hyperlink>
      <w:r>
        <w:t xml:space="preserve">, </w:t>
      </w:r>
      <w:hyperlink r:id="rId11">
        <w:r>
          <w:rPr>
            <w:color w:val="0000EE"/>
            <w:u w:val="single"/>
          </w:rPr>
          <w:t>[4]</w:t>
        </w:r>
      </w:hyperlink>
      <w:r>
        <w:t xml:space="preserve">, </w:t>
      </w:r>
      <w:hyperlink r:id="rId12">
        <w:r>
          <w:rPr>
            <w:color w:val="0000EE"/>
            <w:u w:val="single"/>
          </w:rPr>
          <w:t>[5]</w:t>
        </w:r>
      </w:hyperlink>
      <w:r>
        <w:t xml:space="preserve">, </w:t>
      </w:r>
      <w:hyperlink r:id="rId13">
        <w:r>
          <w:rPr>
            <w:color w:val="0000EE"/>
            <w:u w:val="single"/>
          </w:rPr>
          <w:t>[6]</w:t>
        </w:r>
      </w:hyperlink>
      <w:r>
        <w:t xml:space="preserve">- Paragraph 4: </w:t>
      </w:r>
      <w:hyperlink r:id="rId9">
        <w:r>
          <w:rPr>
            <w:color w:val="0000EE"/>
            <w:u w:val="single"/>
          </w:rPr>
          <w:t>[2]</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https://www.theflightdeal.com/2026/08/29/cathay-pacific-new-york-phuket-thailand-949-roundtrip-including-all-taxes/</w:t>
        </w:r>
      </w:hyperlink>
      <w:r>
        <w:t xml:space="preserve"> - Please view link - unable to able to access data</w:t>
      </w:r>
      <w:r/>
    </w:p>
    <w:p>
      <w:pPr>
        <w:pStyle w:val="ListNumber"/>
        <w:spacing w:line="240" w:lineRule="auto"/>
        <w:ind w:left="720"/>
      </w:pPr>
      <w:r/>
      <w:hyperlink r:id="rId9">
        <w:r>
          <w:rPr>
            <w:color w:val="0000EE"/>
            <w:u w:val="single"/>
          </w:rPr>
          <w:t>https://www.theflightdeal.com/2026/08/29/cathay-pacific-new-york-phuket-thailand-949-roundtrip-including-all-taxes/</w:t>
        </w:r>
      </w:hyperlink>
      <w:r>
        <w:t xml:space="preserve"> - This article from The Flight Deal, dated August 29, 2026, highlights a promotional fare of $949 for a round-trip flight from New York to Phuket, Thailand, including all taxes. The sample travel dates are January 20th to 27th, 2027, with availability also in early January and late February to early March 2027. The fare class is Q, and the routing includes stops in Hong Kong. Two stopovers are permitted for an additional $100 each. Mileage earning is 18,964 miles, equating to 5.0 cents per mile. The article provides instructions on using Matrix Airfare Search by ITA Software to search for availability and offers a link to book through Priceline. Additional resources for accommodations, car rentals, and activities are also provided. Visa requirements for US citizens are noted as not required, with currency exchange information and tips for saving when using credit cards at international destinations included. (</w:t>
      </w:r>
      <w:hyperlink r:id="rId15">
        <w:r>
          <w:rPr>
            <w:color w:val="0000EE"/>
            <w:u w:val="single"/>
          </w:rPr>
          <w:t>theflightdeal.com</w:t>
        </w:r>
      </w:hyperlink>
      <w:r>
        <w:t>)</w:t>
      </w:r>
      <w:r/>
    </w:p>
    <w:p>
      <w:pPr>
        <w:pStyle w:val="ListNumber"/>
        <w:spacing w:line="240" w:lineRule="auto"/>
        <w:ind w:left="720"/>
      </w:pPr>
      <w:r/>
      <w:hyperlink r:id="rId10">
        <w:r>
          <w:rPr>
            <w:color w:val="0000EE"/>
            <w:u w:val="single"/>
          </w:rPr>
          <w:t>https://www.theflightdeal.com/2026/07/20/cathay-pacific-new-york-phuket-thailand-927-roundtrip-including-all-taxes/</w:t>
        </w:r>
      </w:hyperlink>
      <w:r>
        <w:t xml:space="preserve"> - An article from The Flight Deal, published on July 20, 2026, details a promotional fare of $927 for a round-trip flight from New York to Phuket, Thailand, including all taxes. The sample travel dates are September 9th to 16th, 2026, with availability in early September for Monday through Thursday departures and returns. The fare class is Q, and the routing includes stops in Hong Kong. Two stopovers are permitted for an additional $100 each. Mileage earning is 18,964 miles, equating to 4.3 cents per mile. The article provides instructions on using Matrix Airfare Search by ITA Software to search for availability and offers a link to book through Priceline. Additional resources for accommodations, car rentals, and activities are also provided. Visa requirements for US citizens are noted as not required, with currency exchange information and tips for saving when using credit cards at international destinations included. (</w:t>
      </w:r>
      <w:hyperlink r:id="rId16">
        <w:r>
          <w:rPr>
            <w:color w:val="0000EE"/>
            <w:u w:val="single"/>
          </w:rPr>
          <w:t>theflightdeal.com</w:t>
        </w:r>
      </w:hyperlink>
      <w:r>
        <w:t>)</w:t>
      </w:r>
      <w:r/>
    </w:p>
    <w:p>
      <w:pPr>
        <w:pStyle w:val="ListNumber"/>
        <w:spacing w:line="240" w:lineRule="auto"/>
        <w:ind w:left="720"/>
      </w:pPr>
      <w:r/>
      <w:hyperlink r:id="rId11">
        <w:r>
          <w:rPr>
            <w:color w:val="0000EE"/>
            <w:u w:val="single"/>
          </w:rPr>
          <w:t>https://www.theflightdeal.com/2026/03/06/cathay-pacific-new-york-phuket-thailand-824-roundtrip-including-all-taxes/</w:t>
        </w:r>
      </w:hyperlink>
      <w:r>
        <w:t xml:space="preserve"> - An article from The Flight Deal, published on March 6, 2026, details a promotional fare of $824 for a round-trip flight from New York to Phuket, Thailand, including all taxes. The sample travel dates are September 9th to 16th, 2026, with availability in early September for Monday through Thursday departures and returns. The fare class is Q, and the routing includes stops in Hong Kong. Two stopovers are permitted for an additional $100 each. Mileage earning is 18,964 miles, equating to 4.3 cents per mile. The article provides instructions on using Matrix Airfare Search by ITA Software to search for availability and offers a link to book through Priceline. Additional resources for accommodations, car rentals, and activities are also provided. Visa requirements for US citizens are noted as not required, with currency exchange information and tips for saving when using credit cards at international destinations included. (</w:t>
      </w:r>
      <w:hyperlink r:id="rId17">
        <w:r>
          <w:rPr>
            <w:color w:val="0000EE"/>
            <w:u w:val="single"/>
          </w:rPr>
          <w:t>theflightdeal.com</w:t>
        </w:r>
      </w:hyperlink>
      <w:r>
        <w:t>)</w:t>
      </w:r>
      <w:r/>
    </w:p>
    <w:p>
      <w:pPr>
        <w:pStyle w:val="ListNumber"/>
        <w:spacing w:line="240" w:lineRule="auto"/>
        <w:ind w:left="720"/>
      </w:pPr>
      <w:r/>
      <w:hyperlink r:id="rId12">
        <w:r>
          <w:rPr>
            <w:color w:val="0000EE"/>
            <w:u w:val="single"/>
          </w:rPr>
          <w:t>https://www.theflightdeal.com/2025/10/26/cathay-pacific-new-york-phuket-thailand-786-roundtrip-including-all-taxes/</w:t>
        </w:r>
      </w:hyperlink>
      <w:r>
        <w:t xml:space="preserve"> - An article from The Flight Deal, published on October 26, 2025, details a promotional fare of $786 for a round-trip flight from New York to Phuket, Thailand, including all taxes. The sample travel dates are January 21st to February 1st, 2026, with availability from late January to March 2026 and late August to mid-September 2026 for Monday through Thursday departures and returns. The fare class is Q, and the routing includes stops in Hong Kong. Two stopovers are permitted for an additional $100 each. Mileage earning is 18,964 miles, equating to 4.3 cents per mile. The article provides instructions on using Matrix Airfare Search by ITA Software to search for availability and offers a link to book through Priceline. Additional resources for accommodations, car rentals, and activities are also provided. Visa requirements for US citizens are noted as not required, with currency exchange information and tips for saving when using credit cards at international destinations included. (</w:t>
      </w:r>
      <w:hyperlink r:id="rId18">
        <w:r>
          <w:rPr>
            <w:color w:val="0000EE"/>
            <w:u w:val="single"/>
          </w:rPr>
          <w:t>theflightdeal.com</w:t>
        </w:r>
      </w:hyperlink>
      <w:r>
        <w:t>)</w:t>
      </w:r>
      <w:r/>
    </w:p>
    <w:p>
      <w:pPr>
        <w:pStyle w:val="ListNumber"/>
        <w:spacing w:line="240" w:lineRule="auto"/>
        <w:ind w:left="720"/>
      </w:pPr>
      <w:r/>
      <w:hyperlink r:id="rId13">
        <w:r>
          <w:rPr>
            <w:color w:val="0000EE"/>
            <w:u w:val="single"/>
          </w:rPr>
          <w:t>https://www.theflightdeal.com/2025/09/26/cathay-pacific-new-york-phuket-thailand-742-roundtrip-including-all-taxes/</w:t>
        </w:r>
      </w:hyperlink>
      <w:r>
        <w:t xml:space="preserve"> - An article from The Flight Deal, published on September 26, 2025, details a promotional fare of $742 for a round-trip flight from New York to Phuket, Thailand, including all taxes. The sample travel dates are January 28th to February 4th, 2026, with availability in late November and late January to March 2026 for Monday through Thursday departures and returns. The fare class is Q, and the routing includes stops in Hong Kong. Two stopovers are permitted for an additional $100 each. Mileage earning is 18,964 miles, equating to 4.3 cents per mile. The article provides instructions on using Matrix Airfare Search by ITA Software to search for availability and offers a link to book through Priceline. Additional resources for accommodations, car rentals, and activities are also provided. Visa requirements for US citizens are noted as not required, with currency exchange information and tips for saving when using credit cards at international destinations included.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flightdeal.com/2026/08/29/cathay-pacific-new-york-phuket-thailand-949-roundtrip-including-all-taxes/" TargetMode="External"/><Relationship Id="rId10" Type="http://schemas.openxmlformats.org/officeDocument/2006/relationships/hyperlink" Target="https://www.theflightdeal.com/2026/07/20/cathay-pacific-new-york-phuket-thailand-927-roundtrip-including-all-taxes/" TargetMode="External"/><Relationship Id="rId11" Type="http://schemas.openxmlformats.org/officeDocument/2006/relationships/hyperlink" Target="https://www.theflightdeal.com/2026/03/06/cathay-pacific-new-york-phuket-thailand-824-roundtrip-including-all-taxes/" TargetMode="External"/><Relationship Id="rId12" Type="http://schemas.openxmlformats.org/officeDocument/2006/relationships/hyperlink" Target="https://www.theflightdeal.com/2025/10/26/cathay-pacific-new-york-phuket-thailand-786-roundtrip-including-all-taxes/" TargetMode="External"/><Relationship Id="rId13" Type="http://schemas.openxmlformats.org/officeDocument/2006/relationships/hyperlink" Target="https://www.theflightdeal.com/2025/09/26/cathay-pacific-new-york-phuket-thailand-742-roundtrip-including-all-taxes/" TargetMode="External"/><Relationship Id="rId14" Type="http://schemas.openxmlformats.org/officeDocument/2006/relationships/hyperlink" Target="https://www.noahwire.com" TargetMode="External"/><Relationship Id="rId15" Type="http://schemas.openxmlformats.org/officeDocument/2006/relationships/hyperlink" Target="https://www.theflightdeal.com/2026/08/29/cathay-pacific-new-york-phuket-thailand-949-roundtrip-including-all-taxes/?utm_source=openai" TargetMode="External"/><Relationship Id="rId16" Type="http://schemas.openxmlformats.org/officeDocument/2006/relationships/hyperlink" Target="https://www.theflightdeal.com/2026/07/20/cathay-pacific-new-york-phuket-thailand-927-roundtrip-including-all-taxes/?utm_source=openai" TargetMode="External"/><Relationship Id="rId17" Type="http://schemas.openxmlformats.org/officeDocument/2006/relationships/hyperlink" Target="https://www.theflightdeal.com/2026/03/06/cathay-pacific-new-york-phuket-thailand-824-roundtrip-including-all-taxes/?utm_source=openai" TargetMode="External"/><Relationship Id="rId18" Type="http://schemas.openxmlformats.org/officeDocument/2006/relationships/hyperlink" Target="https://www.theflightdeal.com/2025/10/26/cathay-pacific-new-york-phuket-thailand-786-roundtrip-including-all-taxe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