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Thailand’s first Plaza Premium First and Lounge open at Suvarnabhumi Airport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Travellers passing through Suvarnabhumi Airport now have two new lounge options in the international departures area at Concourse G, as KTC and Plaza Premium Group have opened Thailand’s first Plaza Premium First and Plaza Premium Lounge. According to the announcement carried by Now Travel Asia, both spaces officially opened on 28 August 2026 and are intended to give cardmembers and other passengers a more comfortable place to eat, rest and freshen up before a flight.</w:t>
      </w:r>
      <w:r/>
    </w:p>
    <w:p>
      <w:r/>
      <w:r>
        <w:t>For passengers, the difference is straightforward. Plaza Premium First is the more private, higher-end option, with a quieter setting and more carefully selected food and drink. Plaza Premium Lounge is designed to be more accessible, welcoming travellers regardless of airline or ticket class, with seating areas, dining space and facilities aimed at a wider range of passengers. For holidaymakers flying in or out of Bangkok, that could mean a more relaxed start or finish to the journey, especially on long-haul trips.</w:t>
      </w:r>
      <w:r/>
    </w:p>
    <w:p>
      <w:r/>
      <w:r>
        <w:t>KTC says its credit card members can redeem KTC FOREVER points for access to Plaza Premium Lounges, including Plaza Premium First at Suvarnabhumi. The promotion for Bangkok runs from 15 August 2026 to 15 February 2027, and the published redemption rate is 5,999 points plus 895 baht for entry to the First lounge. The lounge visit is listed as lasting two to three hours, making it most useful for those with a longer connection, an early check-in or time to spare before departure.</w:t>
      </w:r>
      <w:r/>
    </w:p>
    <w:p>
      <w:r/>
      <w:r>
        <w:t>Plaza Premium Group describes itself as a global airport hospitality operator with lounges in many international airports, and its wider network already includes a number of Plaza Premium First locations across Asia, North America and Europe. For travellers to Thailand, the practical significance is that Suvarnabhumi now offers a broader choice of pre-flight comfort in one of the country’s busiest gateways, with the new lounges potentially easing the airport experience for both frequent flyers and occasional holidaymakers.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Paragraph 2: </w:t>
      </w:r>
      <w:hyperlink r:id="rId9">
        <w:r>
          <w:rPr>
            <w:color w:val="0000EE"/>
            <w:u w:val="single"/>
          </w:rPr>
          <w:t>[1]</w:t>
        </w:r>
      </w:hyperlink>
      <w:r>
        <w:t xml:space="preserve">, </w:t>
      </w:r>
      <w:hyperlink r:id="rId10">
        <w:r>
          <w:rPr>
            <w:color w:val="0000EE"/>
            <w:u w:val="single"/>
          </w:rPr>
          <w:t>[4]</w:t>
        </w:r>
      </w:hyperlink>
      <w:r>
        <w:t xml:space="preserve">, </w:t>
      </w:r>
      <w:hyperlink r:id="rId11">
        <w:r>
          <w:rPr>
            <w:color w:val="0000EE"/>
            <w:u w:val="single"/>
          </w:rPr>
          <w:t>[7]</w:t>
        </w:r>
      </w:hyperlink>
      <w:r>
        <w:t xml:space="preserve">- Paragraph 3: </w:t>
      </w:r>
      <w:hyperlink r:id="rId12">
        <w:r>
          <w:rPr>
            <w:color w:val="0000EE"/>
            <w:u w:val="single"/>
          </w:rPr>
          <w:t>[3]</w:t>
        </w:r>
      </w:hyperlink>
      <w:r>
        <w:t xml:space="preserve">- Paragraph 4: </w:t>
      </w:r>
      <w:hyperlink r:id="rId10">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wtravelasia.com/ktc-and-plaza-premium-group-expand-travel-privileges-with-thailands-first-plaza-premium-first-and-plaza-premium-lounge-at-suvarnabhumi-airport/?utm_source=rss&amp;utm_medium=rss&amp;utm_campaign=ktc-and-plaza-premium-group-expand-travel-privileges-with-thailands-first-plaza-premium-first-and-plaza-premium-lounge-at-suvarnabhumi-airport</w:t>
        </w:r>
      </w:hyperlink>
      <w:r>
        <w:t xml:space="preserve"> - Please view link - unable to able to access data</w:t>
      </w:r>
      <w:r/>
    </w:p>
    <w:p>
      <w:pPr>
        <w:pStyle w:val="ListNumber"/>
        <w:spacing w:line="240" w:lineRule="auto"/>
        <w:ind w:left="720"/>
      </w:pPr>
      <w:r/>
      <w:hyperlink r:id="rId16">
        <w:r>
          <w:rPr>
            <w:color w:val="0000EE"/>
            <w:u w:val="single"/>
          </w:rPr>
          <w:t>https://www.plazapremiumfirst.com/ppf-kti</w:t>
        </w:r>
      </w:hyperlink>
      <w:r>
        <w:t xml:space="preserve"> - Plaza Premium First has opened a lounge at Techo International Airport in Phnom Penh, Cambodia. Located at J1, Level 3 of the airport's International Departures area, the lounge spans over 1,000 square metres and offers a sophisticated sanctuary with personalised services and exquisite dining experiences. Amenities include an à la carte menu blending local Khmer specialties with international dishes, a refined selection of wines, spirits, and premium teas at AeroBar, private membership options, shower facilities, massage services, and high-speed Wi-Fi. The lounge operates from 05:30 to 00:00 on Mondays, Tuesdays, and Thursdays, and from 05:30 to 00:30 on Wednesdays, Fridays, Saturdays, and Sundays. Contact details are +855 2390 3064 and cambodia@plaza-network.com.</w:t>
      </w:r>
      <w:r/>
    </w:p>
    <w:p>
      <w:pPr>
        <w:pStyle w:val="ListNumber"/>
        <w:spacing w:line="240" w:lineRule="auto"/>
        <w:ind w:left="720"/>
      </w:pPr>
      <w:r/>
      <w:hyperlink r:id="rId12">
        <w:r>
          <w:rPr>
            <w:color w:val="0000EE"/>
            <w:u w:val="single"/>
          </w:rPr>
          <w:t>https://www.ktc.co.th/en/promotion/air-ticket-hotels-travel/air-tickets/travel-redemption-points</w:t>
        </w:r>
      </w:hyperlink>
      <w:r>
        <w:t xml:space="preserve"> - KTC (Krungthai Card Public Company Limited) offers its credit card members the opportunity to redeem KTC FOREVER points for access to Plaza Premium Lounges worldwide. For access to Plaza Premium First at Suvarnabhumi International Airport in Bangkok, members can redeem 5,999 KTC FOREVER points plus a payment of 895 THB. The promotion period for Bangkok lounges is from 15 August 2026 to 15 February 2027. For lounges in other regions, the promotion runs from 15 May 2026 to 31 October 2026. The lounge service can be used for 2-3 hours, and participating airport lounges can be checked on the KTC website.</w:t>
      </w:r>
      <w:r/>
    </w:p>
    <w:p>
      <w:pPr>
        <w:pStyle w:val="ListNumber"/>
        <w:spacing w:line="240" w:lineRule="auto"/>
        <w:ind w:left="720"/>
      </w:pPr>
      <w:r/>
      <w:hyperlink r:id="rId10">
        <w:r>
          <w:rPr>
            <w:color w:val="0000EE"/>
            <w:u w:val="single"/>
          </w:rPr>
          <w:t>https://www.plazapremiumfirst.com/ppf-location</w:t>
        </w:r>
      </w:hyperlink>
      <w:r>
        <w:t xml:space="preserve"> - Plaza Premium First operates lounges in various international airports, including Hong Kong, Kuala Lumpur, Vancouver, Jakarta, Phnom Penh, Macau, Rome, Dallas Fort Worth, and Bangkok. Each lounge offers an elevated experience with personalised services, curated food and beverage offerings, and thoughtfully designed facilities. For instance, the Plaza Premium First lounge near Gate 35 at Hong Kong International Airport provides an array of all-inclusive personalised services and exquisite dining experiences amid a relaxing lounge ambiance adorned with crafted interior. The Bangkok lounge is located in the International Departures area at Concourse G of Suvarnabhumi International Airport.</w:t>
      </w:r>
      <w:r/>
    </w:p>
    <w:p>
      <w:pPr>
        <w:pStyle w:val="ListNumber"/>
        <w:spacing w:line="240" w:lineRule="auto"/>
        <w:ind w:left="720"/>
      </w:pPr>
      <w:r/>
      <w:hyperlink r:id="rId13">
        <w:r>
          <w:rPr>
            <w:color w:val="0000EE"/>
            <w:u w:val="single"/>
          </w:rPr>
          <w:t>https://www.plazapremiumgroup.com/</w:t>
        </w:r>
      </w:hyperlink>
      <w:r>
        <w:t xml:space="preserve"> - Plaza Premium Group is a global leader in integrated, 360-degree airport hospitality experiences and passenger service solutions. Operating in 150 countries and serving over 30 million guests annually, the company manages the largest network of global airport lounges and offers award-winning hospitality services. Plaza Premium Group provides end-to-end airport hospitality services to help travelers achieve their aspirations, including lounge management, passenger service operations, design and experience development, commercialisation, and technology and digital innovation.</w:t>
      </w:r>
      <w:r/>
    </w:p>
    <w:p>
      <w:pPr>
        <w:pStyle w:val="ListNumber"/>
        <w:spacing w:line="240" w:lineRule="auto"/>
        <w:ind w:left="720"/>
      </w:pPr>
      <w:r/>
      <w:hyperlink r:id="rId14">
        <w:r>
          <w:rPr>
            <w:color w:val="0000EE"/>
            <w:u w:val="single"/>
          </w:rPr>
          <w:t>https://onemileatatime.com/guides/plaza-premium-first-lounges/</w:t>
        </w:r>
      </w:hyperlink>
      <w:r>
        <w:t xml:space="preserve"> - Plaza Premium First Lounges are premium airport lounges operated by Plaza Premium Group, offering an elevated experience for travelers. These lounges are located in various international airports, including Hong Kong, Kuala Lumpur, Vancouver, Jakarta, Phnom Penh, Macau, Rome, Dallas Fort Worth, and Bangkok. Plaza Premium First Lounges provide personalized services, curated food and beverage offerings, and thoughtfully designed facilities. Access to these lounges is available through various means, including credit card partnerships, lounge memberships, and pay-per-use options. The lounges aim to redefine the airport lounge experience by offering a more private and personalized environment for travelers seeking comfort and luxury during their journeys.</w:t>
      </w:r>
      <w:r/>
    </w:p>
    <w:p>
      <w:pPr>
        <w:pStyle w:val="ListNumber"/>
        <w:spacing w:line="240" w:lineRule="auto"/>
        <w:ind w:left="720"/>
      </w:pPr>
      <w:r/>
      <w:hyperlink r:id="rId11">
        <w:r>
          <w:rPr>
            <w:color w:val="0000EE"/>
            <w:u w:val="single"/>
          </w:rPr>
          <w:t>https://www.afar.com/magazine/everything-you-need-to-know-about-plaza-premium-lounges</w:t>
        </w:r>
      </w:hyperlink>
      <w:r>
        <w:t xml:space="preserve"> - Plaza Premium Lounges are independent airport lounges located in over 250 airports across six continents. They offer travelers a comfortable space to relax before flights, with amenities such as food and beverage options, Wi-Fi, and comfortable seating. Access to Plaza Premium Lounges can be obtained through various means, including credit card partnerships, lounge memberships, and pay-per-use options. The lounges cater to a wide range of travelers, including those without premium credit cards, providing an accessible option for those seeking a more comfortable airport experience. The lounges are known for their quality services and are a popular choice among frequent travelers seeking a respite from the typical airport environment.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wtravelasia.com/ktc-and-plaza-premium-group-expand-travel-privileges-with-thailands-first-plaza-premium-first-and-plaza-premium-lounge-at-suvarnabhumi-airport/?utm_source=rss&amp;utm_medium=rss&amp;utm_campaign=ktc-and-plaza-premium-group-expand-travel-privileges-with-thailands-first-plaza-premium-first-and-plaza-premium-lounge-at-suvarnabhumi-airport" TargetMode="External"/><Relationship Id="rId10" Type="http://schemas.openxmlformats.org/officeDocument/2006/relationships/hyperlink" Target="https://www.plazapremiumfirst.com/ppf-location" TargetMode="External"/><Relationship Id="rId11" Type="http://schemas.openxmlformats.org/officeDocument/2006/relationships/hyperlink" Target="https://www.afar.com/magazine/everything-you-need-to-know-about-plaza-premium-lounges" TargetMode="External"/><Relationship Id="rId12" Type="http://schemas.openxmlformats.org/officeDocument/2006/relationships/hyperlink" Target="https://www.ktc.co.th/en/promotion/air-ticket-hotels-travel/air-tickets/travel-redemption-points" TargetMode="External"/><Relationship Id="rId13" Type="http://schemas.openxmlformats.org/officeDocument/2006/relationships/hyperlink" Target="https://www.plazapremiumgroup.com/" TargetMode="External"/><Relationship Id="rId14" Type="http://schemas.openxmlformats.org/officeDocument/2006/relationships/hyperlink" Target="https://onemileatatime.com/guides/plaza-premium-first-lounges/" TargetMode="External"/><Relationship Id="rId15" Type="http://schemas.openxmlformats.org/officeDocument/2006/relationships/hyperlink" Target="https://www.noahwire.com" TargetMode="External"/><Relationship Id="rId16" Type="http://schemas.openxmlformats.org/officeDocument/2006/relationships/hyperlink" Target="https://www.plazapremiumfirst.com/ppf-kt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