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Qatar Airways offers new $936 deal from Philadelphia to Bangkok with convenience of daily flights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Travellers from Philadelphia now have a fresh low-fare option for reaching Bangkok, with The Flight Deal highlighting a Qatar Airways round-trip sale from Philadelphia International Airport to Thailand’s capital for $936 including taxes. The fare is based on a sample journey in November, and the offer is being sold for travel on selected dates through early November or in a later window stretching from late January 2027 into early April 2027, provided passengers stay at least seven days and book at least 14 days before departure.</w:t>
      </w:r>
      <w:r/>
    </w:p>
    <w:p>
      <w:r/>
      <w:r>
        <w:t>For holidaymakers, the main attraction is simplicity: Qatar Airways has resumed daily flights between Philadelphia and Doha, making it easier to connect onwards to Bangkok on a single ticket. According to Qatar Airways and Philadelphia International Airport, the route runs daily with morning departure from Philadelphia and evening connections back through Doha, giving travellers a straightforward one-stop journey rather than a more complicated multi-airline itinerary.</w:t>
      </w:r>
      <w:r/>
    </w:p>
    <w:p>
      <w:r/>
      <w:r>
        <w:t>The timing is also notable because it follows a similar fare highlight earlier in August, when The Flight Deal flagged a $973 Philadelphia-to-Bangkok return fare on the same airline. That comparison suggests the latest deal is modestly cheaper, although availability appears limited and fares can disappear quickly once they are posted.</w:t>
      </w:r>
      <w:r/>
    </w:p>
    <w:p>
      <w:r/>
      <w:r>
        <w:t>For travellers planning a leisure trip to Thailand, the practical takeaway is clear: if your dates are flexible, this sale could make Bangkok significantly more affordable from the US East Coast. It also comes with the added convenience of Qatar Airways’ long-haul product, including the airline’s Qsuite on some services and Starlink Wi‑Fi on the Philadelphia-Doha route, features that may matter on a journey of this length.</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[1]</w:t>
        </w:r>
      </w:hyperlink>
      <w:r>
        <w:t xml:space="preserve">- Paragraph 2: </w:t>
      </w:r>
      <w:hyperlink r:id="rId10">
        <w:r>
          <w:rPr>
            <w:color w:val="0000EE"/>
            <w:u w:val="single"/>
          </w:rPr>
          <w:t>[2]</w:t>
        </w:r>
      </w:hyperlink>
      <w:r>
        <w:t xml:space="preserve">, </w:t>
      </w:r>
      <w:hyperlink r:id="rId11">
        <w:r>
          <w:rPr>
            <w:color w:val="0000EE"/>
            <w:u w:val="single"/>
          </w:rPr>
          <w:t>[4]</w:t>
        </w:r>
      </w:hyperlink>
      <w:r>
        <w:t xml:space="preserve">- Paragraph 3: </w:t>
      </w:r>
      <w:hyperlink r:id="rId12">
        <w:r>
          <w:rPr>
            <w:color w:val="0000EE"/>
            <w:u w:val="single"/>
          </w:rPr>
          <w:t>[3]</w:t>
        </w:r>
      </w:hyperlink>
      <w:r>
        <w:t xml:space="preserve">- Paragraph 4: </w:t>
      </w:r>
      <w:hyperlink r:id="rId10">
        <w:r>
          <w:rPr>
            <w:color w:val="0000EE"/>
            <w:u w:val="single"/>
          </w:rPr>
          <w:t>[2]</w:t>
        </w:r>
      </w:hyperlink>
      <w:r>
        <w:t xml:space="preserve">, </w:t>
      </w:r>
      <w:hyperlink r:id="rId11">
        <w:r>
          <w:rPr>
            <w:color w:val="0000EE"/>
            <w:u w:val="single"/>
          </w:rPr>
          <w:t>[4]</w:t>
        </w:r>
      </w:hyperlink>
      <w:r>
        <w:t xml:space="preserve">, </w:t>
      </w:r>
      <w:hyperlink r:id="rId13">
        <w:r>
          <w:rPr>
            <w:color w:val="0000EE"/>
            <w:u w:val="single"/>
          </w:rPr>
          <w:t>[5]</w:t>
        </w:r>
      </w:hyperlink>
      <w:r>
        <w:t xml:space="preserve">, </w:t>
      </w:r>
      <w:hyperlink r:id="rId14">
        <w:r>
          <w:rPr>
            <w:color w:val="0000EE"/>
            <w:u w:val="single"/>
          </w:rPr>
          <w:t>[6]</w:t>
        </w:r>
      </w:hyperlink>
      <w:r/>
    </w:p>
    <w:p>
      <w:r/>
      <w:r>
        <w:t xml:space="preserve">Source: </w:t>
      </w:r>
      <w:hyperlink r:id="rId15">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https://www.theflightdeal.com/2026/08/27/qatar-airways-philadelphia-bangkok-thailand-936-roundtrip-including-all-taxes/</w:t>
        </w:r>
      </w:hyperlink>
      <w:r>
        <w:t xml:space="preserve"> - Please view link - unable to able to access data</w:t>
      </w:r>
      <w:r/>
    </w:p>
    <w:p>
      <w:pPr>
        <w:pStyle w:val="ListNumber"/>
        <w:spacing w:line="240" w:lineRule="auto"/>
        <w:ind w:left="720"/>
      </w:pPr>
      <w:r/>
      <w:hyperlink r:id="rId10">
        <w:r>
          <w:rPr>
            <w:color w:val="0000EE"/>
            <w:u w:val="single"/>
          </w:rPr>
          <w:t>https://www.qatarairways.com/en-us/offers/fly-phl.html</w:t>
        </w:r>
      </w:hyperlink>
      <w:r>
        <w:t xml:space="preserve"> - Qatar Airways has resumed daily flights from Philadelphia International Airport (PHL) to Doha (DOH) starting August 1, 2026. The flights operate daily with QR727 departing PHL at 08:00 and arriving in DOH at 15:45, and QR728 departing DOH at 21:30 and arriving in PHL at 17:00. Passengers can enjoy premium onboard offerings, including complimentary Starlink Wi-Fi and the award-winning Qsuite experience. Fares are roundtrip, per person, and include all applicable taxes, fees, and fuel surcharges, which are subject to change due to currency fluctuations. Terms and conditions apply, and availability is limited. For more details, visit Qatar Airways' official website.</w:t>
      </w:r>
      <w:r/>
    </w:p>
    <w:p>
      <w:pPr>
        <w:pStyle w:val="ListNumber"/>
        <w:spacing w:line="240" w:lineRule="auto"/>
        <w:ind w:left="720"/>
      </w:pPr>
      <w:r/>
      <w:hyperlink r:id="rId12">
        <w:r>
          <w:rPr>
            <w:color w:val="0000EE"/>
            <w:u w:val="single"/>
          </w:rPr>
          <w:t>https://www.theflightdeal.com/2026/08/16/qatar-airways-philadelphia-bangkok-thailand-973-roundtrip-including-all-taxes/</w:t>
        </w:r>
      </w:hyperlink>
      <w:r>
        <w:t xml:space="preserve"> - The Flight Deal reported on August 16, 2026, a Qatar Airways sale offering roundtrip flights from Philadelphia (PHL) to Bangkok (BKK) for $973, including all taxes. A sample travel date is November 4th – 11th, 2026. The fare is valid for travel until late November 2026 or late January 2027 – early April 2027, with a 7-day minimum stay required and a purchase at least 14 days in advance of departure. Availability is limited, and fares may change. For more information, visit The Flight Deal's website.</w:t>
      </w:r>
      <w:r/>
    </w:p>
    <w:p>
      <w:pPr>
        <w:pStyle w:val="ListNumber"/>
        <w:spacing w:line="240" w:lineRule="auto"/>
        <w:ind w:left="720"/>
      </w:pPr>
      <w:r/>
      <w:hyperlink r:id="rId11">
        <w:r>
          <w:rPr>
            <w:color w:val="0000EE"/>
            <w:u w:val="single"/>
          </w:rPr>
          <w:t>https://www.phl.org/newsroom/Qatar_Returns</w:t>
        </w:r>
      </w:hyperlink>
      <w:r>
        <w:t xml:space="preserve"> - Qatar Airways announced the resumption of daily flights between Doha (DOH) and Philadelphia (PHL), effective August 1, 2026. The flights operate daily with QR727 departing PHL at 08:00 and arriving in DOH at 15:05, and QR728 departing DOH at 21:30 and arriving in PHL at 17:00. The airline operates Airbus A350-900 aircraft equipped with the award-winning Qsuite business class and Starlink Wi-Fi. This expansion strengthens Qatar Airways' North American network to 14 destinations. For more details, visit PHL.org.</w:t>
      </w:r>
      <w:r/>
    </w:p>
    <w:p>
      <w:pPr>
        <w:pStyle w:val="ListNumber"/>
        <w:spacing w:line="240" w:lineRule="auto"/>
        <w:ind w:left="720"/>
      </w:pPr>
      <w:r/>
      <w:hyperlink r:id="rId13">
        <w:r>
          <w:rPr>
            <w:color w:val="0000EE"/>
            <w:u w:val="single"/>
          </w:rPr>
          <w:t>https://www.aa.com/en-us/flights-from-philadelphia-to-bangkok</w:t>
        </w:r>
      </w:hyperlink>
      <w:r>
        <w:t xml:space="preserve"> - American Airlines offers flights from Philadelphia (PHL) to Bangkok (BKK) with roundtrip fares starting from $1,100 in August 2026. For example, a flight departing on August 27, 2026, and returning on September 3, 2026, is available from $1,100. Fares are subject to change and may vary based on travel dates and availability. For the most current information and to book flights, visit American Airlines' official website.</w:t>
      </w:r>
      <w:r/>
    </w:p>
    <w:p>
      <w:pPr>
        <w:pStyle w:val="ListNumber"/>
        <w:spacing w:line="240" w:lineRule="auto"/>
        <w:ind w:left="720"/>
      </w:pPr>
      <w:r/>
      <w:hyperlink r:id="rId14">
        <w:r>
          <w:rPr>
            <w:color w:val="0000EE"/>
            <w:u w:val="single"/>
          </w:rPr>
          <w:t>https://www.aa.com/en-us/flights-from-philadelphia-to-thailand</w:t>
        </w:r>
      </w:hyperlink>
      <w:r>
        <w:t xml:space="preserve"> - American Airlines provides flights from Philadelphia (PHL) to Thailand, including Bangkok (BKK), with roundtrip fares starting from $1,309 in September 2026. For instance, a flight departing on September 22, 2026, and returning on September 29, 2026, is available from $1,309. Fares are subject to change and may vary based on travel dates and availability. For the most current information and to book flights, visit American Airlines' official website.</w:t>
      </w:r>
      <w:r/>
    </w:p>
    <w:p>
      <w:pPr>
        <w:pStyle w:val="ListNumber"/>
        <w:spacing w:line="240" w:lineRule="auto"/>
        <w:ind w:left="720"/>
      </w:pPr>
      <w:r/>
      <w:hyperlink r:id="rId16">
        <w:r>
          <w:rPr>
            <w:color w:val="0000EE"/>
            <w:u w:val="single"/>
          </w:rPr>
          <w:t>https://www.theflightdeal.com/2025/11/10/qatar-airways-american-philadelphia-bangkok-thailand-847-roundtrip-including-all-taxes-2/</w:t>
        </w:r>
      </w:hyperlink>
      <w:r>
        <w:t xml:space="preserve"> - The Flight Deal reported on November 10, 2025, a Qatar Airways and American Airlines sale offering roundtrip flights from Philadelphia (PHL) to Bangkok (BKK) for $847, including all taxes. Sample travel dates include March 4th – 11th, 2026, with fares valid for travel from late February 2026 – mid March 2026, late April 2026, or late August 2026 – mid September 2026. A 7-day minimum stay is required, and tickets must be purchased at least 14 days in advance. Availability is limited, and fares may change. For more information, visit The Flight Deal's website.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flightdeal.com/2026/08/27/qatar-airways-philadelphia-bangkok-thailand-936-roundtrip-including-all-taxes/" TargetMode="External"/><Relationship Id="rId10" Type="http://schemas.openxmlformats.org/officeDocument/2006/relationships/hyperlink" Target="https://www.qatarairways.com/en-us/offers/fly-phl.html" TargetMode="External"/><Relationship Id="rId11" Type="http://schemas.openxmlformats.org/officeDocument/2006/relationships/hyperlink" Target="https://www.phl.org/newsroom/Qatar_Returns" TargetMode="External"/><Relationship Id="rId12" Type="http://schemas.openxmlformats.org/officeDocument/2006/relationships/hyperlink" Target="https://www.theflightdeal.com/2026/08/16/qatar-airways-philadelphia-bangkok-thailand-973-roundtrip-including-all-taxes/" TargetMode="External"/><Relationship Id="rId13" Type="http://schemas.openxmlformats.org/officeDocument/2006/relationships/hyperlink" Target="https://www.aa.com/en-us/flights-from-philadelphia-to-bangkok" TargetMode="External"/><Relationship Id="rId14" Type="http://schemas.openxmlformats.org/officeDocument/2006/relationships/hyperlink" Target="https://www.aa.com/en-us/flights-from-philadelphia-to-thailand" TargetMode="External"/><Relationship Id="rId15" Type="http://schemas.openxmlformats.org/officeDocument/2006/relationships/hyperlink" Target="https://www.noahwire.com" TargetMode="External"/><Relationship Id="rId16" Type="http://schemas.openxmlformats.org/officeDocument/2006/relationships/hyperlink" Target="https://www.theflightdeal.com/2025/11/10/qatar-airways-american-philadelphia-bangkok-thailand-847-roundtrip-including-all-taxes-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