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Korean Air offers affordable one-stop flights from Los Angeles to Chiang Mai for early 2027</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A new Korean Air fare is offering travellers in Los Angeles a relatively low-cost way to reach Chiang Mai, with The Flight Deal reporting an all-in round trip from LAX priced at $811. The deal is aimed at leisure travellers headed to northern Thailand and is routed via Seoul, giving passengers one-stop access to Chiang Mai rather than a more complex multi-carrier itinerary. According to the report, the sample trip runs from 11 November to 18 November 2026, though other dates are available within the sale window. </w:t>
      </w:r>
      <w:r/>
    </w:p>
    <w:p>
      <w:r/>
      <w:r>
        <w:t xml:space="preserve">The airline’s own booking pages also show economy fares to Chiang Mai starting from $817, which suggests the promotional pricing is broadly in line with what Korean Air is advertising directly. Korean Air says availability can vary in real time and that extra charges may apply, so travellers should expect the headline fare to move as seats sell out. </w:t>
      </w:r>
      <w:r/>
    </w:p>
    <w:p>
      <w:r/>
      <w:r>
        <w:t xml:space="preserve">For holidaymakers, the main appeal is convenience: Chiang Mai is one of Thailand’s most popular city-break and culture destinations, and a single-ticket journey via Seoul can be easier to manage than piecing together separate flights. The Flight Deal says the fare is valid for late October to early November, and again from mid-January through March 2027, with limited seats and a minimum purchase window of three days before departure. </w:t>
      </w:r>
      <w:r/>
    </w:p>
    <w:p>
      <w:r/>
      <w:r>
        <w:t xml:space="preserve">This is not the cheapest version of this sale that has appeared in 2026. The Flight Deal previously flagged the same route at $609 in January and $828 in June, before the August price settled at $811, showing how quickly fares to Chiang Mai can shift. The site also notes that Korean Air is part of SkyTeam and a Delta partner, which may matter to travellers hoping to earn or use frequent-flyer miles on the trip.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w:t>
      </w:r>
      <w:hyperlink r:id="rId9">
        <w:r>
          <w:rPr>
            <w:color w:val="0000EE"/>
            <w:u w:val="single"/>
          </w:rPr>
          <w:t>[2]</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https://www.theflightdeal.com/2026/08/27/korean-air-los-angeles-chiang-mai-thailand-811-roundtrip-including-all-taxes/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https://www.theflightdeal.com/2026/08/27/korean-air-los-angeles-chiang-mai-thailand-811-roundtrip-including-all-taxes/</w:t>
        </w:r>
      </w:hyperlink>
      <w:r>
        <w:t xml:space="preserve"> - This article from The Flight Deal, dated August 27, 2026, highlights a promotional fare of $811 for a round-trip flight from Los Angeles (LAX) to Chiang Mai, Thailand (CNX), including all taxes. The sample travel dates provided are November 11th to 18th, 2026. The fare is valid for travel from late October to early November 2026 and mid-January to March 2027, with limited availability. Purchases must be made at least three days in advance of departure. The article also provides guidance on searching for availability using the Matrix Airfare Search by ITA Software, including specific routing codes and duration settings. Additionally, it offers information on mileage earning with Delta, as Korean Air is a member of the SkyTeam Alliance and a Delta partner. The article concludes with tips for saving when using credit cards at international destinations. (</w:t>
      </w:r>
      <w:hyperlink r:id="rId16">
        <w:r>
          <w:rPr>
            <w:color w:val="0000EE"/>
            <w:u w:val="single"/>
          </w:rPr>
          <w:t>theflightdeal.com</w:t>
        </w:r>
      </w:hyperlink>
      <w:r>
        <w:t>)</w:t>
      </w:r>
      <w:r/>
    </w:p>
    <w:p>
      <w:pPr>
        <w:pStyle w:val="ListNumber"/>
        <w:spacing w:line="240" w:lineRule="auto"/>
        <w:ind w:left="720"/>
      </w:pPr>
      <w:r/>
      <w:hyperlink r:id="rId10">
        <w:r>
          <w:rPr>
            <w:color w:val="0000EE"/>
            <w:u w:val="single"/>
          </w:rPr>
          <w:t>https://www.koreanair.com/flights/en-us/flights-to-chiang-mai</w:t>
        </w:r>
      </w:hyperlink>
      <w:r>
        <w:t xml:space="preserve"> - Korean Air's official website offers flights to Chiang Mai, Thailand, with fares starting from USD 817 for a round-trip in economy class. The website provides options to select departure and return dates, as well as the number of passengers. It also displays popular flight deals from various cities, including Washington D.C. (IAD) to Chiang Mai (CNX) for travel between September 19, 2026, and February 3, 2027, with fares starting from USD 1,410. The website notes that fares are subject to change based on real-time availability and that additional fees may apply. (</w:t>
      </w:r>
      <w:hyperlink r:id="rId17">
        <w:r>
          <w:rPr>
            <w:color w:val="0000EE"/>
            <w:u w:val="single"/>
          </w:rPr>
          <w:t>koreanair.com</w:t>
        </w:r>
      </w:hyperlink>
      <w:r>
        <w:t>)</w:t>
      </w:r>
      <w:r/>
    </w:p>
    <w:p>
      <w:pPr>
        <w:pStyle w:val="ListNumber"/>
        <w:spacing w:line="240" w:lineRule="auto"/>
        <w:ind w:left="720"/>
      </w:pPr>
      <w:r/>
      <w:hyperlink r:id="rId11">
        <w:r>
          <w:rPr>
            <w:color w:val="0000EE"/>
            <w:u w:val="single"/>
          </w:rPr>
          <w:t>https://www.koreanair.com/flights/en/flights-from-los-angeles-to-chiang-mai</w:t>
        </w:r>
      </w:hyperlink>
      <w:r>
        <w:t xml:space="preserve"> - Korean Air's official website provides flight options from Los Angeles (LAX) to Chiang Mai (CNX), with round-trip economy class fares starting from USD 817. The website allows users to select departure and return dates, as well as the number of passengers. It displays flight deals for various months, including November 2026, with fares starting from USD 1,653, and December 2026, with fares starting from USD 824. The website emphasizes that fares are subject to change based on real-time availability and that additional fees may apply. (</w:t>
      </w:r>
      <w:hyperlink r:id="rId18">
        <w:r>
          <w:rPr>
            <w:color w:val="0000EE"/>
            <w:u w:val="single"/>
          </w:rPr>
          <w:t>koreanair.com</w:t>
        </w:r>
      </w:hyperlink>
      <w:r>
        <w:t>)</w:t>
      </w:r>
      <w:r/>
    </w:p>
    <w:p>
      <w:pPr>
        <w:pStyle w:val="ListNumber"/>
        <w:spacing w:line="240" w:lineRule="auto"/>
        <w:ind w:left="720"/>
      </w:pPr>
      <w:r/>
      <w:hyperlink r:id="rId12">
        <w:r>
          <w:rPr>
            <w:color w:val="0000EE"/>
            <w:u w:val="single"/>
          </w:rPr>
          <w:t>https://www.theflightdeal.com/2026/01/24/korean-air-los-angeles-chiang-mai-thailand-609-roundtrip-including-all-taxes/</w:t>
        </w:r>
      </w:hyperlink>
      <w:r>
        <w:t xml:space="preserve"> - This article from The Flight Deal, dated January 24, 2026, highlights a promotional fare of $609 for a round-trip flight from Los Angeles (LAX) to Chiang Mai, Thailand (CNX), including all taxes. The sample travel dates provided are November 11th to 18th, 2026. The fare is valid for travel from late October to mid-November 2026, with limited availability. Purchases must be made at least three days in advance of departure. The article provides guidance on searching for availability using the Matrix Airfare Search by ITA Software, including specific routing codes and duration settings. It also offers information on mileage earning with Delta, as Korean Air is a member of the SkyTeam Alliance and a Delta partner. The article concludes with tips for saving when using credit cards at international destinations. (</w:t>
      </w:r>
      <w:hyperlink r:id="rId19">
        <w:r>
          <w:rPr>
            <w:color w:val="0000EE"/>
            <w:u w:val="single"/>
          </w:rPr>
          <w:t>theflightdeal.com</w:t>
        </w:r>
      </w:hyperlink>
      <w:r>
        <w:t>)</w:t>
      </w:r>
      <w:r/>
    </w:p>
    <w:p>
      <w:pPr>
        <w:pStyle w:val="ListNumber"/>
        <w:spacing w:line="240" w:lineRule="auto"/>
        <w:ind w:left="720"/>
      </w:pPr>
      <w:r/>
      <w:hyperlink r:id="rId13">
        <w:r>
          <w:rPr>
            <w:color w:val="0000EE"/>
            <w:u w:val="single"/>
          </w:rPr>
          <w:t>https://www.theflightdeal.com/2026/06/20/korean-air-los-angeles-chiang-mai-thailand-828-roundtrip-including-all-taxes/</w:t>
        </w:r>
      </w:hyperlink>
      <w:r>
        <w:t xml:space="preserve"> - This article from The Flight Deal, dated June 20, 2026, highlights a promotional fare of $828 for a round-trip flight from Los Angeles (LAX) to Chiang Mai, Thailand (CNX), including all taxes. The sample travel dates provided are November 11th to 18th, 2026. The fare is valid for travel from late October to early November 2026 and late February to March 2027, with limited availability. Purchases must be made at least three days in advance of departure. The article provides guidance on searching for availability using the Matrix Airfare Search by ITA Software, including specific routing codes and duration settings. It also offers information on mileage earning with Delta, as Korean Air is a member of the SkyTeam Alliance and a Delta partner. The article concludes with tips for saving when using credit cards at international destinations. (</w:t>
      </w:r>
      <w:hyperlink r:id="rId20">
        <w:r>
          <w:rPr>
            <w:color w:val="0000EE"/>
            <w:u w:val="single"/>
          </w:rPr>
          <w:t>theflightdeal.com</w:t>
        </w:r>
      </w:hyperlink>
      <w:r>
        <w:t>)</w:t>
      </w:r>
      <w:r/>
    </w:p>
    <w:p>
      <w:pPr>
        <w:pStyle w:val="ListNumber"/>
        <w:spacing w:line="240" w:lineRule="auto"/>
        <w:ind w:left="720"/>
      </w:pPr>
      <w:r/>
      <w:hyperlink r:id="rId14">
        <w:r>
          <w:rPr>
            <w:color w:val="0000EE"/>
            <w:u w:val="single"/>
          </w:rPr>
          <w:t>https://www.theflightdeal.com/2026/06/28/korean-air-chicago-chiang-mai-thailand-935-roundtrip-including-all-taxes/</w:t>
        </w:r>
      </w:hyperlink>
      <w:r>
        <w:t xml:space="preserve"> - This article from The Flight Deal, dated June 28, 2026, highlights a promotional fare of $935 for a round-trip flight from Dallas (DFW) to Chiang Mai, Thailand (CNX), including all taxes. The sample travel dates provided are October 29th to November 5th, 2026. The fare is valid for travel on the outbound in late October for Monday through Thursday departures and returns, with limited availability. Purchases must be made at least three days in advance of departure. The article provides guidance on searching for availability using the Matrix Airfare Search by ITA Software, including specific routing codes and duration settings. It also offers information on mileage earning with Delta, as Korean Air is a member of the SkyTeam Alliance and a Delta partner. The article concludes with tips for saving.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27/korean-air-los-angeles-chiang-mai-thailand-811-roundtrip-including-all-taxes/" TargetMode="External"/><Relationship Id="rId10" Type="http://schemas.openxmlformats.org/officeDocument/2006/relationships/hyperlink" Target="https://www.koreanair.com/flights/en-us/flights-to-chiang-mai" TargetMode="External"/><Relationship Id="rId11" Type="http://schemas.openxmlformats.org/officeDocument/2006/relationships/hyperlink" Target="https://www.koreanair.com/flights/en/flights-from-los-angeles-to-chiang-mai" TargetMode="External"/><Relationship Id="rId12" Type="http://schemas.openxmlformats.org/officeDocument/2006/relationships/hyperlink" Target="https://www.theflightdeal.com/2026/01/24/korean-air-los-angeles-chiang-mai-thailand-609-roundtrip-including-all-taxes/" TargetMode="External"/><Relationship Id="rId13" Type="http://schemas.openxmlformats.org/officeDocument/2006/relationships/hyperlink" Target="https://www.theflightdeal.com/2026/06/20/korean-air-los-angeles-chiang-mai-thailand-828-roundtrip-including-all-taxes/" TargetMode="External"/><Relationship Id="rId14" Type="http://schemas.openxmlformats.org/officeDocument/2006/relationships/hyperlink" Target="https://www.theflightdeal.com/2026/06/28/korean-air-chicago-chiang-mai-thailand-935-roundtrip-including-all-taxes/" TargetMode="External"/><Relationship Id="rId15" Type="http://schemas.openxmlformats.org/officeDocument/2006/relationships/hyperlink" Target="https://www.noahwire.com" TargetMode="External"/><Relationship Id="rId16" Type="http://schemas.openxmlformats.org/officeDocument/2006/relationships/hyperlink" Target="https://www.theflightdeal.com/2026/08/27/korean-air-los-angeles-chiang-mai-thailand-811-roundtrip-including-all-taxes/?utm_source=openai" TargetMode="External"/><Relationship Id="rId17" Type="http://schemas.openxmlformats.org/officeDocument/2006/relationships/hyperlink" Target="https://www.koreanair.com/flights/en-us/flights-to-chiang-mai?utm_source=openai" TargetMode="External"/><Relationship Id="rId18" Type="http://schemas.openxmlformats.org/officeDocument/2006/relationships/hyperlink" Target="https://www.koreanair.com/flights/en/flights-from-los-angeles-to-chiang-mai?utm_source=openai" TargetMode="External"/><Relationship Id="rId19" Type="http://schemas.openxmlformats.org/officeDocument/2006/relationships/hyperlink" Target="https://www.theflightdeal.com/2026/01/24/korean-air-los-angeles-chiang-mai-thailand-609-roundtrip-including-all-taxes/?utm_source=openai" TargetMode="External"/><Relationship Id="rId20" Type="http://schemas.openxmlformats.org/officeDocument/2006/relationships/hyperlink" Target="https://www.theflightdeal.com/2026/06/20/korean-air-los-angeles-chiang-mai-thailand-828-roundtrip-including-all-tax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