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Suvarnabhumi Airport advises extra time due to ongoing road repairs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heading to Bangkok’s Suvarnabhumi Airport should expect a slower approach to the terminal from late August, after the airport said sections of its elevated access roads will be closed for repair work lasting more than seven months. For holidaymakers, the main practical implication is simple: leave more time than usual, especially if you are travelling during busy flight banks or at peak tourist periods.</w:t>
      </w:r>
      <w:r/>
    </w:p>
    <w:p>
      <w:r/>
      <w:r>
        <w:t>According to local reports, the maintenance programme is due to run from August 31, 2026, until April 7, 2027, and will affect the road links between the passenger terminal and Motorway No. 7, the Bangkok-Chonburi route. Three lanes in the work zones will be shut, while two lanes will remain open through temporary diversions, meaning traffic should continue but is likely to move more slowly at times.</w:t>
      </w:r>
      <w:r/>
    </w:p>
    <w:p>
      <w:r/>
      <w:r>
        <w:t>The airport has urged passengers to plan ahead and avoid cutting things fine, warning that delayed road journeys could lead to missed flights. It has also pointed travellers towards the Airport Rail Link as a useful alternative, particularly for those staying in central Bangkok or along the line. Traffic officers will be deployed around the affected areas, warning signs will be posted, and the airport says it will share regular updates on its Facebook page.</w:t>
      </w:r>
      <w:r/>
    </w:p>
    <w:p>
      <w:r/>
      <w:r>
        <w:t>Suvarnabhumi is one of the region’s biggest gateways and is often at its busiest during the main tourist season, when it handles around 190,000 passengers a day, compared with roughly 140,000 to 150,000 on quieter days. That makes the disruption especially relevant for leisure travellers, who may already be navigating longer queues, heavier baggage loads and tighter airport connections. In practice, the safest approach is to build extra time into any transfer to the airport and consider rail rather than road if convenience matters most.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9">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https://e.vnexpress.net/news/travel/southeast-asia-s-second-largest-airport-warns-passengers-of-seven-month-traffic-disruption-5113943.html</w:t>
        </w:r>
      </w:hyperlink>
      <w:r>
        <w:t xml:space="preserve"> - Please view link - unable to able to access data</w:t>
      </w:r>
      <w:r/>
    </w:p>
    <w:p>
      <w:pPr>
        <w:pStyle w:val="ListNumber"/>
        <w:spacing w:line="240" w:lineRule="auto"/>
        <w:ind w:left="720"/>
      </w:pPr>
      <w:r/>
      <w:hyperlink r:id="rId9">
        <w:r>
          <w:rPr>
            <w:color w:val="0000EE"/>
            <w:u w:val="single"/>
          </w:rPr>
          <w:t>https://e.vnexpress.net/news/travel/southeast-asia-s-second-largest-airport-warns-passengers-of-seven-month-traffic-disruption-5113943.html</w:t>
        </w:r>
      </w:hyperlink>
      <w:r>
        <w:t xml:space="preserve"> - Suvarnabhumi Airport in Thailand has announced a seven-month closure of sections of the roads leading to the passenger terminal for repair and maintenance. The project, running from August 31, 2026, to April 7, 2027, aims to improve road safety and maintain the airport's infrastructure. During this period, three lanes in affected sections will be closed, with two lanes remaining open through temporary traffic diversions. Passengers are advised to plan their trips in advance and allow extra time to reach the terminal to avoid missing flights. The Airport Rail Link is suggested as an alternative mode of transport. Traffic officers will be stationed throughout the affected areas, and warning signs will be installed around the work zones. Updates on the repair work and traffic diversions will be posted regularly on the Suvarnabhumi Airport Facebook page. Suvarnabhumi Airport is the second largest airport in Southeast Asia by land area, covering approximately 3,520 hectares, after Malaysia's Kuala Lumpur International Airport. The airport handles 190,000 passengers a day during peak tourist seasons, compared with about 140,000 to 150,000 during quieter periods.</w:t>
      </w:r>
      <w:r/>
    </w:p>
    <w:p>
      <w:pPr>
        <w:pStyle w:val="ListNumber"/>
        <w:spacing w:line="240" w:lineRule="auto"/>
        <w:ind w:left="720"/>
      </w:pPr>
      <w:r/>
      <w:hyperlink r:id="rId11">
        <w:r>
          <w:rPr>
            <w:color w:val="0000EE"/>
            <w:u w:val="single"/>
          </w:rPr>
          <w:t>https://en.thairath.co.th/news/society/2955348</w:t>
        </w:r>
      </w:hyperlink>
      <w:r>
        <w:t xml:space="preserve"> - Suvarnabhumi Airport has announced the closure of the elevated road diversion for passenger terminal access from August 31, 2026, to April 7, 2027. The maintenance aims to improve road safety and maintain the airport's infrastructure. Passengers are advised to plan their trips in advance and allow extra travel time, as traffic is expected to slow at certain times. The closure affects the elevated road connecting the passenger terminal with Motorway No. 7, also known as the Bangkok-Chonburi route. Travelers may consider using the Airport Rail Link as an alternative. Traffic officers will be stationed throughout the affected areas, and warning signs will be installed around the work zones. Updates on the repair work and traffic diversions will be posted regularly on the Suvarnabhumi Airport Facebook page.</w:t>
      </w:r>
      <w:r/>
    </w:p>
    <w:p>
      <w:pPr>
        <w:pStyle w:val="ListNumber"/>
        <w:spacing w:line="240" w:lineRule="auto"/>
        <w:ind w:left="720"/>
      </w:pPr>
      <w:r/>
      <w:hyperlink r:id="rId10">
        <w:r>
          <w:rPr>
            <w:color w:val="0000EE"/>
            <w:u w:val="single"/>
          </w:rPr>
          <w:t>https://www.thestar.com.my/aseanplus/aseanplus-news/2026/08/26/roadworks-at-thailands-suvarnabhumi-airport-to-start-on-aug-31-traffic-may-be-slow</w:t>
        </w:r>
      </w:hyperlink>
      <w:r>
        <w:t xml:space="preserve"> - Suvarnabhumi Airport in Thailand has advised passengers to plan their journeys carefully, as traffic on the elevated roads serving its passenger terminal will be diverted for seven months while the roads are repaired and maintained. The work will run from August 31, 2026, to April 7, 2027, on elevated access roads leading to and from the passenger terminal. The maintenance aims to improve safety standards and keep the airport’s access-road infrastructure in sound condition. During the work, three traffic lanes will be closed within the affected areas, while two lanes will remain open to traffic via diversions. Passengers are advised to plan extra travel time, consider using the Airport Rail Link, and follow traffic signs and officials’ instructions to avoid delays.</w:t>
      </w:r>
      <w:r/>
    </w:p>
    <w:p>
      <w:pPr>
        <w:pStyle w:val="ListNumber"/>
        <w:spacing w:line="240" w:lineRule="auto"/>
        <w:ind w:left="720"/>
      </w:pPr>
      <w:r/>
      <w:hyperlink r:id="rId12">
        <w:r>
          <w:rPr>
            <w:color w:val="0000EE"/>
            <w:u w:val="single"/>
          </w:rPr>
          <w:t>https://www.straitstimes.com/asia/se-asia/roadworks-at-thailands-suvarnabhumi-airport-to-start-on-aug-31-passengers-advised-to-plan-extra</w:t>
        </w:r>
      </w:hyperlink>
      <w:r>
        <w:t xml:space="preserve"> - Suvarnabhumi Airport in Thailand has announced that roadworks on the elevated access roads leading to and from the passenger terminal will start on August 31, 2026, lasting until April 7, 2027. The maintenance aims to improve safety and maintain the airport’s road infrastructure. During the work, three traffic lanes will be closed within the affected areas, while two lanes will remain open to traffic via diversions. Passengers are advised to plan extra travel time, consider using the Airport Rail Link, and follow traffic signs and officials’ instructions to avoid delays. Updates on the repair work and traffic diversions will be posted regularly on the Suvarnabhumi Airport Facebook page.</w:t>
      </w:r>
      <w:r/>
    </w:p>
    <w:p>
      <w:pPr>
        <w:pStyle w:val="ListNumber"/>
        <w:spacing w:line="240" w:lineRule="auto"/>
        <w:ind w:left="720"/>
      </w:pPr>
      <w:r/>
      <w:hyperlink r:id="rId14">
        <w:r>
          <w:rPr>
            <w:color w:val="0000EE"/>
            <w:u w:val="single"/>
          </w:rPr>
          <w:t>https://aseannow.com/thailand-news/suvarnabhumi-roadworks-to-disrupt-terminal-access-r3491/</w:t>
        </w:r>
      </w:hyperlink>
      <w:r>
        <w:t xml:space="preserve"> - Suvarnabhumi Airport in Thailand has announced a seven-month closure of sections of the roads leading to the passenger terminal for repair and maintenance. The project, running from August 31, 2026, to April 7, 2027, aims to improve road safety and maintain the airport's infrastructure. During this period, three lanes in affected sections will be closed, with two lanes remaining open through temporary traffic diversions. Passengers are advised to plan their trips in advance and allow extra time to reach the terminal to avoid missing flights. The Airport Rail Link is suggested as an alternative mode of transport. Traffic officers will be stationed throughout the affected areas, and warning signs will be installed around the work zones. Updates on the repair work and traffic diversions will be posted regularly on the Suvarnabhumi Airport Facebook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nexpress.net/news/travel/southeast-asia-s-second-largest-airport-warns-passengers-of-seven-month-traffic-disruption-5113943.html" TargetMode="External"/><Relationship Id="rId10" Type="http://schemas.openxmlformats.org/officeDocument/2006/relationships/hyperlink" Target="https://www.thestar.com.my/aseanplus/aseanplus-news/2026/08/26/roadworks-at-thailands-suvarnabhumi-airport-to-start-on-aug-31-traffic-may-be-slow" TargetMode="External"/><Relationship Id="rId11" Type="http://schemas.openxmlformats.org/officeDocument/2006/relationships/hyperlink" Target="https://en.thairath.co.th/news/society/2955348" TargetMode="External"/><Relationship Id="rId12" Type="http://schemas.openxmlformats.org/officeDocument/2006/relationships/hyperlink" Target="https://www.straitstimes.com/asia/se-asia/roadworks-at-thailands-suvarnabhumi-airport-to-start-on-aug-31-passengers-advised-to-plan-extra" TargetMode="External"/><Relationship Id="rId13" Type="http://schemas.openxmlformats.org/officeDocument/2006/relationships/hyperlink" Target="https://www.noahwire.com" TargetMode="External"/><Relationship Id="rId14" Type="http://schemas.openxmlformats.org/officeDocument/2006/relationships/hyperlink" Target="https://aseannow.com/thailand-news/suvarnabhumi-roadworks-to-disrupt-terminal-access-r34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