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IndiGo launches direct flights from Gaya to Bangkok, boosting Buddhist and leisure travel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IndiGo will begin non-stop flights between Gaya and Bangkok on 26 October 2026, opening a new option for travellers heading from Bihar to Thailand and, in the other direction, for visitors making the Buddhist pilgrimage circuit in eastern India. According to reports on the carrier’s announcement, the service will run twice a week, on Mondays and Thursdays, giving passengers a direct link between Gaya and the Thai capital for the first time.</w:t>
      </w:r>
      <w:r/>
    </w:p>
    <w:p>
      <w:r/>
      <w:r>
        <w:t>For holidaymakers, the new route could make trip planning simpler and less tiring. Gaya sits close to Bodh Gaya, home to the Mahabodhi Temple, a UNESCO World Heritage Site and one of the most important places in Buddhism. Bangkok, meanwhile, remains one of Thailand’s most popular entry points for leisure travel, with onward connections to beaches, islands and city breaks. The direct service is therefore likely to appeal not only to pilgrims, but also to tourists looking for a smoother route into Thailand.</w:t>
      </w:r>
      <w:r/>
    </w:p>
    <w:p>
      <w:r/>
      <w:r>
        <w:t>At present, IndiGo has not published a starting fare for the new non-stop flights. Its website shows a one-stop Gaya-Bangkok itinerary via Kolkata at about ₹15,576, with some fares rising to around ₹20,000. The airline has said bookings will be available through its website, mobile app and authorised travel partners, while timings are listed in local time at each end of the route.</w:t>
      </w:r>
      <w:r/>
    </w:p>
    <w:p>
      <w:r/>
      <w:r>
        <w:t>The addition also broadens IndiGo’s Thailand network, which already includes flights to Bangkok from several major Indian cities, as well as services to Phuket and Krabi. For travellers in Bihar, the practical effect is likely to be the biggest gain: less reliance on connections through other cities, easier access to Thailand, and a more direct international gateway from a region with deep cultural and religious ties to the country.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w:t>
      </w:r>
      <w:hyperlink r:id="rId12">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Paragraph 4: </w:t>
      </w:r>
      <w:hyperlink r:id="rId9">
        <w:r>
          <w:rPr>
            <w:color w:val="0000EE"/>
            <w:u w:val="single"/>
          </w:rPr>
          <w:t>[1]</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https://www.india.com/business/indigo-civil-aviation-thailand-bangkok-bihar-patna-gaya-buddhist-heritage-kolkata-unesco-world-heritage-site-vistara-airasia-spicejet-air-india-8509159/</w:t>
        </w:r>
      </w:hyperlink>
      <w:r>
        <w:t xml:space="preserve"> - Please view link - unable to able to access data</w:t>
      </w:r>
      <w:r/>
    </w:p>
    <w:p>
      <w:pPr>
        <w:pStyle w:val="ListNumber"/>
        <w:spacing w:line="240" w:lineRule="auto"/>
        <w:ind w:left="720"/>
      </w:pPr>
      <w:r/>
      <w:hyperlink r:id="rId10">
        <w:r>
          <w:rPr>
            <w:color w:val="0000EE"/>
            <w:u w:val="single"/>
          </w:rPr>
          <w:t>https://www.ndtv.com/travel/indigo-to-connect-gaya-with-bangkok-through-new-direct-flights-from-october-26-11952155</w:t>
        </w:r>
      </w:hyperlink>
      <w:r>
        <w:t xml:space="preserve"> - IndiGo has announced the launch of non-stop, bi-weekly flights between Gaya and Bangkok, starting October 26, 2026. The new route aims to strengthen religious tourism and cultural ties between the two cities, with flights operating on Mondays and Thursdays. Bodh Gaya, home to the Mahabodhi Temple, a UNESCO World Heritage Site, is expected to benefit significantly from this connectivity. (</w:t>
      </w:r>
      <w:hyperlink r:id="rId14">
        <w:r>
          <w:rPr>
            <w:color w:val="0000EE"/>
            <w:u w:val="single"/>
          </w:rPr>
          <w:t>ndtv.com</w:t>
        </w:r>
      </w:hyperlink>
      <w:r>
        <w:t>)</w:t>
      </w:r>
      <w:r/>
    </w:p>
    <w:p>
      <w:pPr>
        <w:pStyle w:val="ListNumber"/>
        <w:spacing w:line="240" w:lineRule="auto"/>
        <w:ind w:left="720"/>
      </w:pPr>
      <w:r/>
      <w:hyperlink r:id="rId15">
        <w:r>
          <w:rPr>
            <w:color w:val="0000EE"/>
            <w:u w:val="single"/>
          </w:rPr>
          <w:t>https://www.fabianmedia.net/article/indigo-to-connect-bihar-to-thailand-announces-non-stop-flights-between-gaya-and-bangkok-effective-26-october-2026.aspx</w:t>
        </w:r>
      </w:hyperlink>
      <w:r>
        <w:t xml:space="preserve"> - IndiGo has announced the launch of non-stop, bi-weekly flights between Gaya and Bangkok, effective October 26, 2026. The new route will strengthen IndiGo’s India-Thailand network and create a direct air bridge between two destinations deeply connected through shared Buddhist heritage. The service is expected to bolster international connectivity from Bihar, supporting tourism, cultural exchange, and economic development across the region. (</w:t>
      </w:r>
      <w:hyperlink r:id="rId16">
        <w:r>
          <w:rPr>
            <w:color w:val="0000EE"/>
            <w:u w:val="single"/>
          </w:rPr>
          <w:t>fabianmedia.net</w:t>
        </w:r>
      </w:hyperlink>
      <w:r>
        <w:t>)</w:t>
      </w:r>
      <w:r/>
    </w:p>
    <w:p>
      <w:pPr>
        <w:pStyle w:val="ListNumber"/>
        <w:spacing w:line="240" w:lineRule="auto"/>
        <w:ind w:left="720"/>
      </w:pPr>
      <w:r/>
      <w:hyperlink r:id="rId17">
        <w:r>
          <w:rPr>
            <w:color w:val="0000EE"/>
            <w:u w:val="single"/>
          </w:rPr>
          <w:t>https://www.pninews.com/indigo-to-connect-bihar-to-thailand-announces-non-stop-flights-between-gaya-and-bangkok-effective-26-october-2026/</w:t>
        </w:r>
      </w:hyperlink>
      <w:r>
        <w:t xml:space="preserve"> - IndiGo has announced the launch of non-stop, bi-weekly flights between Gaya and Bangkok, effective October 26, 2026. The new route will strengthen IndiGo’s India-Thailand network and create a direct air bridge between two destinations deeply connected through shared Buddhist heritage. The service is expected to bolster international connectivity from Bihar, supporting tourism, cultural exchange, and economic development across the region. (</w:t>
      </w:r>
      <w:hyperlink r:id="rId18">
        <w:r>
          <w:rPr>
            <w:color w:val="0000EE"/>
            <w:u w:val="single"/>
          </w:rPr>
          <w:t>pninews.com</w:t>
        </w:r>
      </w:hyperlink>
      <w:r>
        <w:t>)</w:t>
      </w:r>
      <w:r/>
    </w:p>
    <w:p>
      <w:pPr>
        <w:pStyle w:val="ListNumber"/>
        <w:spacing w:line="240" w:lineRule="auto"/>
        <w:ind w:left="720"/>
      </w:pPr>
      <w:r/>
      <w:hyperlink r:id="rId11">
        <w:r>
          <w:rPr>
            <w:color w:val="0000EE"/>
            <w:u w:val="single"/>
          </w:rPr>
          <w:t>https://traveltradejournal.com/indigo-to-launch-non-stop-gaya-bangkok-flights-from-october-26/</w:t>
        </w:r>
      </w:hyperlink>
      <w:r>
        <w:t xml:space="preserve"> - IndiGo has announced the launch of non-stop flights between Gaya and Bangkok, effective October 26, 2026, further expanding its connectivity between India and Thailand. The new service will operate twice weekly on Mondays and Thursdays, creating a direct air link between Gaya, the gateway to Bodh Gaya, and the Thai capital. The route is expected to support pilgrimage and leisure travel while strengthening international connectivity from Bihar. (</w:t>
      </w:r>
      <w:hyperlink r:id="rId19">
        <w:r>
          <w:rPr>
            <w:color w:val="0000EE"/>
            <w:u w:val="single"/>
          </w:rPr>
          <w:t>traveltradejournal.com</w:t>
        </w:r>
      </w:hyperlink>
      <w:r>
        <w:t>)</w:t>
      </w:r>
      <w:r/>
    </w:p>
    <w:p>
      <w:pPr>
        <w:pStyle w:val="ListNumber"/>
        <w:spacing w:line="240" w:lineRule="auto"/>
        <w:ind w:left="720"/>
      </w:pPr>
      <w:r/>
      <w:hyperlink r:id="rId12">
        <w:r>
          <w:rPr>
            <w:color w:val="0000EE"/>
            <w:u w:val="single"/>
          </w:rPr>
          <w:t>https://www.inkl.com/news/indigo-to-launch-twice-weekly-direct-flights-between-gaya-and-bangkok-from-oct-26</w:t>
        </w:r>
      </w:hyperlink>
      <w:r>
        <w:t xml:space="preserve"> - IndiGo will launch non-stop, twice-weekly flights between Gaya and Bangkok from October 26, 2026. The new service will connect Bihar’s Bodh Gaya with Thailand’s capital and strengthen air connectivity between India and Thailand. The flights will operate every Monday and Thursday, supporting religious tourism, cultural exchange, and economic activity in Bihar. (</w:t>
      </w:r>
      <w:hyperlink r:id="rId20">
        <w:r>
          <w:rPr>
            <w:color w:val="0000EE"/>
            <w:u w:val="single"/>
          </w:rPr>
          <w:t>inkl.com</w:t>
        </w:r>
      </w:hyperlink>
      <w:r>
        <w:t>)</w:t>
      </w:r>
      <w:r/>
    </w:p>
    <w:p>
      <w:pPr>
        <w:pStyle w:val="ListNumber"/>
        <w:spacing w:line="240" w:lineRule="auto"/>
        <w:ind w:left="720"/>
      </w:pPr>
      <w:r/>
      <w:hyperlink r:id="rId21">
        <w:r>
          <w:rPr>
            <w:color w:val="0000EE"/>
            <w:u w:val="single"/>
          </w:rPr>
          <w:t>https://www.southeastasiapost.com/news/279262440/indigo-to-launch-bi-weekly-non-stop-flights-between-gaya-and-bangkok-from-oct-26</w:t>
        </w:r>
      </w:hyperlink>
      <w:r>
        <w:t xml:space="preserve"> - IndiGo has announced the launch of non-stop, bi-weekly flights between Bihar's Gaya and Bangkok, starting October 26, 2026. The new route will strengthen IndiGo's India-Thailand network and provide a direct air connection between Gaya and Bangkok, two destinations linked by centuries of shared Buddhist heritage. The service is also expected to boost international connectivity from Bihar and support tourism, cultural exchange, and economic development in the region. (</w:t>
      </w:r>
      <w:hyperlink r:id="rId22">
        <w:r>
          <w:rPr>
            <w:color w:val="0000EE"/>
            <w:u w:val="single"/>
          </w:rPr>
          <w:t>southeastasiapost.com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ia.com/business/indigo-civil-aviation-thailand-bangkok-bihar-patna-gaya-buddhist-heritage-kolkata-unesco-world-heritage-site-vistara-airasia-spicejet-air-india-8509159/" TargetMode="External"/><Relationship Id="rId10" Type="http://schemas.openxmlformats.org/officeDocument/2006/relationships/hyperlink" Target="https://www.ndtv.com/travel/indigo-to-connect-gaya-with-bangkok-through-new-direct-flights-from-october-26-11952155" TargetMode="External"/><Relationship Id="rId11" Type="http://schemas.openxmlformats.org/officeDocument/2006/relationships/hyperlink" Target="https://traveltradejournal.com/indigo-to-launch-non-stop-gaya-bangkok-flights-from-october-26/" TargetMode="External"/><Relationship Id="rId12" Type="http://schemas.openxmlformats.org/officeDocument/2006/relationships/hyperlink" Target="https://www.inkl.com/news/indigo-to-launch-twice-weekly-direct-flights-between-gaya-and-bangkok-from-oct-26" TargetMode="External"/><Relationship Id="rId13" Type="http://schemas.openxmlformats.org/officeDocument/2006/relationships/hyperlink" Target="https://www.noahwire.com" TargetMode="External"/><Relationship Id="rId14" Type="http://schemas.openxmlformats.org/officeDocument/2006/relationships/hyperlink" Target="https://www.ndtv.com/travel/indigo-to-connect-gaya-with-bangkok-through-new-direct-flights-from-october-26-11952155?utm_source=openai" TargetMode="External"/><Relationship Id="rId15" Type="http://schemas.openxmlformats.org/officeDocument/2006/relationships/hyperlink" Target="https://www.fabianmedia.net/article/indigo-to-connect-bihar-to-thailand-announces-non-stop-flights-between-gaya-and-bangkok-effective-26-october-2026.aspx" TargetMode="External"/><Relationship Id="rId16" Type="http://schemas.openxmlformats.org/officeDocument/2006/relationships/hyperlink" Target="https://www.fabianmedia.net/article/indigo-to-connect-bihar-to-thailand-announces-non-stop-flights-between-gaya-and-bangkok-effective-26-october-2026.aspx?utm_source=openai" TargetMode="External"/><Relationship Id="rId17" Type="http://schemas.openxmlformats.org/officeDocument/2006/relationships/hyperlink" Target="https://www.pninews.com/indigo-to-connect-bihar-to-thailand-announces-non-stop-flights-between-gaya-and-bangkok-effective-26-october-2026/" TargetMode="External"/><Relationship Id="rId18" Type="http://schemas.openxmlformats.org/officeDocument/2006/relationships/hyperlink" Target="https://www.pninews.com/indigo-to-connect-bihar-to-thailand-announces-non-stop-flights-between-gaya-and-bangkok-effective-26-october-2026/?utm_source=openai" TargetMode="External"/><Relationship Id="rId19" Type="http://schemas.openxmlformats.org/officeDocument/2006/relationships/hyperlink" Target="https://traveltradejournal.com/indigo-to-launch-non-stop-gaya-bangkok-flights-from-october-26/?utm_source=openai" TargetMode="External"/><Relationship Id="rId20" Type="http://schemas.openxmlformats.org/officeDocument/2006/relationships/hyperlink" Target="https://www.inkl.com/news/indigo-to-launch-twice-weekly-direct-flights-between-gaya-and-bangkok-from-october-26?utm_source=openai" TargetMode="External"/><Relationship Id="rId21" Type="http://schemas.openxmlformats.org/officeDocument/2006/relationships/hyperlink" Target="https://www.southeastasiapost.com/news/279262440/indigo-to-launch-bi-weekly-non-stop-flights-between-gaya-and-bangkok-from-oct-26" TargetMode="External"/><Relationship Id="rId22" Type="http://schemas.openxmlformats.org/officeDocument/2006/relationships/hyperlink" Target="https://www.southeastasiapost.com/news/279262440/indigo-to-launch-bi-weekly-non-stop-flights-between-gaya-and-bangkok-from-oct-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