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Budget long-haul flights from Barcelona open new routes to Phuket via Saudia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looking at Phuket from Barcelona now have a budget-friendly long-haul option to consider, with TravelFree highlighting round-trip fares from €451 on Saudia. For holidaymakers, the headline point is simple: a trip to southern Thailand can be priced within reach, especially if you are happy to book well ahead and travel via a connecting hub.</w:t>
      </w:r>
      <w:r/>
    </w:p>
    <w:p>
      <w:r/>
      <w:r>
        <w:t>The route is not a direct one, so the journey takes planning. FlightRoutes says there are no non-stop services between Barcelona and Phuket, with itineraries commonly connecting through cities such as Zurich, Dubai, Abu Dhabi or Riyadh. It also identifies a fastest total journey time of around 14 hours and 35 minutes, while Flaut.Travel puts the quickest connection at about 14 hours and 5 minutes, depending on the layover. For leisure travellers, that means the cheapest fare may not be the most convenient, but it can still offer a manageable total travel time for a beach holiday or multi-stop Thai itinerary.</w:t>
      </w:r>
      <w:r/>
    </w:p>
    <w:p>
      <w:r/>
      <w:r>
        <w:t>Saudia’s involvement may make the journey feel more straightforward for some travellers. FlightsFrom.com shows the airline operates direct services from Barcelona to Riyadh and Jeddah, and also flies onwards from Phuket to Jeddah and Riyadh. That can matter if you prefer to stay with one carrier for the whole trip, or if you want clearer onward connections into Thailand’s wider domestic network.</w:t>
      </w:r>
      <w:r/>
    </w:p>
    <w:p>
      <w:r/>
      <w:r>
        <w:t>Price-sensitive travellers should also compare dates carefully. Skyscanner says August can be the cheapest month for Barcelona to Phuket fares, with one-way tickets starting from $263, and Expedia lists one-way prices from $269 and return fares from $608, suggesting the market can vary widely by date and route. For people planning a holiday rather than a last-minute escape, the best value is likely to come from flexible travel dates, comparing nearby routes and checking whether a stop in Krabi or another Thai destination is better suited to the overall trip.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https://travelfree.info/flights-from-barcelona-to-phuket/</w:t>
        </w:r>
      </w:hyperlink>
      <w:r>
        <w:t xml:space="preserve"> - Please view link - unable to able to access data</w:t>
      </w:r>
      <w:r/>
    </w:p>
    <w:p>
      <w:pPr>
        <w:pStyle w:val="ListNumber"/>
        <w:spacing w:line="240" w:lineRule="auto"/>
        <w:ind w:left="720"/>
      </w:pPr>
      <w:r/>
      <w:hyperlink r:id="rId10">
        <w:r>
          <w:rPr>
            <w:color w:val="0000EE"/>
            <w:u w:val="single"/>
          </w:rPr>
          <w:t>https://www.skyscanner.com/routes/bcn/hkt/barcelona-to-phuket.html</w:t>
        </w:r>
      </w:hyperlink>
      <w:r>
        <w:t xml:space="preserve"> - Skyscanner provides a comprehensive overview of flight options from Barcelona to Phuket, highlighting that the cheapest month to fly is August, with one-way fares starting from $263. The platform also offers alternative routes to nearby destinations like Krabi, which may present more affordable or convenient options for travellers.</w:t>
      </w:r>
      <w:r/>
    </w:p>
    <w:p>
      <w:pPr>
        <w:pStyle w:val="ListNumber"/>
        <w:spacing w:line="240" w:lineRule="auto"/>
        <w:ind w:left="720"/>
      </w:pPr>
      <w:r/>
      <w:hyperlink r:id="rId12">
        <w:r>
          <w:rPr>
            <w:color w:val="0000EE"/>
            <w:u w:val="single"/>
          </w:rPr>
          <w:t>https://www.flightroutes.com/BCN-HKT</w:t>
        </w:r>
      </w:hyperlink>
      <w:r>
        <w:t xml:space="preserve"> - Flight Routes details various airlines operating flights from Barcelona to Phuket, including SWISS, Etihad Airways, Emirates, and Saudia. The fastest route is via Zurich, taking approximately 14 hours and 35 minutes, with no direct flights available. The page also discusses potential layover cities and provides insights into flight durations and connections.</w:t>
      </w:r>
      <w:r/>
    </w:p>
    <w:p>
      <w:pPr>
        <w:pStyle w:val="ListNumber"/>
        <w:spacing w:line="240" w:lineRule="auto"/>
        <w:ind w:left="720"/>
      </w:pPr>
      <w:r/>
      <w:hyperlink r:id="rId14">
        <w:r>
          <w:rPr>
            <w:color w:val="0000EE"/>
            <w:u w:val="single"/>
          </w:rPr>
          <w:t>https://www.flightsfrom.com/HKT/SV</w:t>
        </w:r>
      </w:hyperlink>
      <w:r>
        <w:t xml:space="preserve"> - FlightsFrom.com lists destinations served by Saudia Airlines from Phuket International Airport, including direct flights to Jeddah and Riyadh. The page offers information on flight schedules, terminal details, and frequently asked questions, assisting travellers in planning their journeys from Phuket.</w:t>
      </w:r>
      <w:r/>
    </w:p>
    <w:p>
      <w:pPr>
        <w:pStyle w:val="ListNumber"/>
        <w:spacing w:line="240" w:lineRule="auto"/>
        <w:ind w:left="720"/>
      </w:pPr>
      <w:r/>
      <w:hyperlink r:id="rId15">
        <w:r>
          <w:rPr>
            <w:color w:val="0000EE"/>
            <w:u w:val="single"/>
          </w:rPr>
          <w:t>https://www.flightsfrom.com/BCN/SV</w:t>
        </w:r>
      </w:hyperlink>
      <w:r>
        <w:t xml:space="preserve"> - FlightsFrom.com outlines Saudia Airlines' routes from Barcelona El Prat Airport, noting direct flights to Riyadh and Jeddah. The page provides details on flight durations, aircraft used, and terminal information, aiding passengers in understanding their travel options from Barcelona.</w:t>
      </w:r>
      <w:r/>
    </w:p>
    <w:p>
      <w:pPr>
        <w:pStyle w:val="ListNumber"/>
        <w:spacing w:line="240" w:lineRule="auto"/>
        <w:ind w:left="720"/>
      </w:pPr>
      <w:r/>
      <w:hyperlink r:id="rId13">
        <w:r>
          <w:rPr>
            <w:color w:val="0000EE"/>
            <w:u w:val="single"/>
          </w:rPr>
          <w:t>https://flaut.travel/tickets/barcelona-bcn-es/phuket</w:t>
        </w:r>
      </w:hyperlink>
      <w:r>
        <w:t xml:space="preserve"> - Flaut.Travel offers insights into flight options from Barcelona to Phuket, highlighting that the fastest flight takes 14 hours and 5 minutes with one layover. The page provides information on flight durations, layover details, and the distance between the two cities, assisting travellers in making informed decisions.</w:t>
      </w:r>
      <w:r/>
    </w:p>
    <w:p>
      <w:pPr>
        <w:pStyle w:val="ListNumber"/>
        <w:spacing w:line="240" w:lineRule="auto"/>
        <w:ind w:left="720"/>
      </w:pPr>
      <w:r/>
      <w:hyperlink r:id="rId11">
        <w:r>
          <w:rPr>
            <w:color w:val="0000EE"/>
            <w:u w:val="single"/>
          </w:rPr>
          <w:t>https://www.expedia.com/lp/flights/bcn/hkt/barcelona-to-phuket</w:t>
        </w:r>
      </w:hyperlink>
      <w:r>
        <w:t xml:space="preserve"> - Expedia provides information on flight prices from Barcelona to Phuket, with one-way flights starting from $269 and round-trip flights from $608. The page offers insights into flight durations, layover details, and the best times to book, assisting travellers in planning their trips effectively.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flights-from-barcelona-to-phuket/" TargetMode="External"/><Relationship Id="rId10" Type="http://schemas.openxmlformats.org/officeDocument/2006/relationships/hyperlink" Target="https://www.skyscanner.com/routes/bcn/hkt/barcelona-to-phuket.html" TargetMode="External"/><Relationship Id="rId11" Type="http://schemas.openxmlformats.org/officeDocument/2006/relationships/hyperlink" Target="https://www.expedia.com/lp/flights/bcn/hkt/barcelona-to-phuket" TargetMode="External"/><Relationship Id="rId12" Type="http://schemas.openxmlformats.org/officeDocument/2006/relationships/hyperlink" Target="https://www.flightroutes.com/BCN-HKT" TargetMode="External"/><Relationship Id="rId13" Type="http://schemas.openxmlformats.org/officeDocument/2006/relationships/hyperlink" Target="https://flaut.travel/tickets/barcelona-bcn-es/phuket" TargetMode="External"/><Relationship Id="rId14" Type="http://schemas.openxmlformats.org/officeDocument/2006/relationships/hyperlink" Target="https://www.flightsfrom.com/HKT/SV" TargetMode="External"/><Relationship Id="rId15" Type="http://schemas.openxmlformats.org/officeDocument/2006/relationships/hyperlink" Target="https://www.flightsfrom.com/BCN/SV"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