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Asiana Airlines offers low-cost round-trip fares from Los Angeles to Phuket via Seoul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For travellers in Southern California eyeing Phuket, Asiana Airlines is offering a round-trip fare from Los Angeles to Thailand’s island resort for $811 including taxes, according to The Flight Deal. The deal is aimed at leisure travellers rather than business flyers, and it could appeal to anyone looking for a lower-cost way to reach one of Thailand’s best-known beach destinations without paying peak-season prices. The sample journey runs from November 5 to 12, although availability may vary.</w:t>
      </w:r>
      <w:r/>
    </w:p>
    <w:p>
      <w:r/>
      <w:r>
        <w:t>The timing is also useful for holiday planning. The Flight Deal says the fare can be booked for travel in early December or between January and March 2027, though seats are limited and tickets must be bought at least three days before departure. That makes it a potentially attractive option for people willing to plan ahead rather than those booking at the last minute.</w:t>
      </w:r>
      <w:r/>
    </w:p>
    <w:p>
      <w:r/>
      <w:r>
        <w:t>For travellers comparing options, the new fare is higher than a similar Asiana sale earlier this year. In March, The Flight Deal highlighted a $795 return from Los Angeles to Phuket with a travel window running from late August to November 2026. A separate January offer covered Los Angeles to Bangkok for $600, showing that Asiana has been using discounted Thailand fares to draw US travellers into its South Korea hub.</w:t>
      </w:r>
      <w:r/>
    </w:p>
    <w:p>
      <w:r/>
      <w:r>
        <w:t>The routing is via Seoul Incheon, so passengers should expect a connecting journey rather than a non-stop flight. That means the trip may take longer than some alternatives, but it can also widen date choices and make Phuket reachable at a lower overall fare from Los Angeles. Asiana is a Star Alliance carrier and a United partner, so the trip may also earn mileage in United’s programme, which could matter to frequent travellers looking to collect points as well as save money.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10">
        <w:r>
          <w:rPr>
            <w:color w:val="0000EE"/>
            <w:u w:val="single"/>
          </w:rPr>
          <w:t>[3]</w:t>
        </w:r>
      </w:hyperlink>
      <w:r>
        <w:t xml:space="preserve">, </w:t>
      </w:r>
      <w:hyperlink r:id="rId11">
        <w:r>
          <w:rPr>
            <w:color w:val="0000EE"/>
            <w:u w:val="single"/>
          </w:rPr>
          <w:t>[4]</w:t>
        </w:r>
      </w:hyperlink>
      <w:r>
        <w:t xml:space="preserve">- Paragraph 4: </w:t>
      </w:r>
      <w:hyperlink r:id="rId9">
        <w:r>
          <w:rPr>
            <w:color w:val="0000EE"/>
            <w:u w:val="single"/>
          </w:rPr>
          <w:t>[2]</w:t>
        </w:r>
      </w:hyperlink>
      <w:r>
        <w:t xml:space="preserve">, </w:t>
      </w:r>
      <w:hyperlink r:id="rId12">
        <w:r>
          <w:rPr>
            <w:color w:val="0000EE"/>
            <w:u w:val="single"/>
          </w:rPr>
          <w:t>[5]</w:t>
        </w:r>
      </w:hyperlink>
      <w:r>
        <w:t xml:space="preserve">, </w:t>
      </w:r>
      <w:hyperlink r:id="rId13">
        <w:r>
          <w:rPr>
            <w:color w:val="0000EE"/>
            <w:u w:val="single"/>
          </w:rPr>
          <w:t>[7]</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https://www.theflightdeal.com/2026/08/25/asiana-airlines-los-angeles-thailand-thailand-811-roundtrip-including-all-taxes/</w:t>
        </w:r>
      </w:hyperlink>
      <w:r>
        <w:t xml:space="preserve"> - Please view link - unable to able to access data</w:t>
      </w:r>
      <w:r/>
    </w:p>
    <w:p>
      <w:pPr>
        <w:pStyle w:val="ListNumber"/>
        <w:spacing w:line="240" w:lineRule="auto"/>
        <w:ind w:left="720"/>
      </w:pPr>
      <w:r/>
      <w:hyperlink r:id="rId9">
        <w:r>
          <w:rPr>
            <w:color w:val="0000EE"/>
            <w:u w:val="single"/>
          </w:rPr>
          <w:t>https://www.theflightdeal.com/2026/08/25/asiana-airlines-los-angeles-thailand-thailand-811-roundtrip-including-all-taxes/</w:t>
        </w:r>
      </w:hyperlink>
      <w:r>
        <w:t xml:space="preserve"> - This article from The Flight Deal, dated August 25, 2026, highlights a promotional offer by Asiana Airlines for round-trip flights from Los Angeles (LAX) to Phuket, Thailand (HKT), priced at $811, including all taxes. The sample travel date provided is November 5th to 12th, 2026. The fare is valid for travel until early December 2026 and from January to March 2027, with limited availability. Purchases must be made at least three days in advance of departure. The article also provides guidance on searching for availability using the Matrix Airfare Search by ITA Software, including specific routing codes and duration settings. Additionally, it offers information on mileage earning with United Airlines, as Asiana is a member of the Star Alliance and a United partner. The article concludes with tips for saving when using credit cards at international destinations and links to related travel resources.</w:t>
      </w:r>
      <w:r/>
    </w:p>
    <w:p>
      <w:pPr>
        <w:pStyle w:val="ListNumber"/>
        <w:spacing w:line="240" w:lineRule="auto"/>
        <w:ind w:left="720"/>
      </w:pPr>
      <w:r/>
      <w:hyperlink r:id="rId10">
        <w:r>
          <w:rPr>
            <w:color w:val="0000EE"/>
            <w:u w:val="single"/>
          </w:rPr>
          <w:t>https://www.theflightdeal.com/2026/03/20/asiana-airlines-los-angeles-phuket-thailand-795-roundtrip-including-all-taxes/</w:t>
        </w:r>
      </w:hyperlink>
      <w:r>
        <w:t xml:space="preserve"> - Published on March 20, 2026, this article from The Flight Deal details a promotional fare by Asiana Airlines for round-trip flights from Los Angeles (LAX) to Phuket, Thailand (HKT), priced at $795, including all taxes. The sample travel date provided is November 4th to 11th, 2026. The fare is valid for travel from late August to November 2026, with departures and returns on Sundays through Thursdays. Availability is limited, and tickets must be purchased at least three days in advance of departure. The article also offers guidance on searching for availability using the Matrix Airfare Search by ITA Software, including specific routing codes and duration settings. Additionally, it provides information on mileage earning with United Airlines, as Asiana is a member of the Star Alliance and a United partner. The article concludes with tips for saving when using credit cards at international destinations and links to related travel resources.</w:t>
      </w:r>
      <w:r/>
    </w:p>
    <w:p>
      <w:pPr>
        <w:pStyle w:val="ListNumber"/>
        <w:spacing w:line="240" w:lineRule="auto"/>
        <w:ind w:left="720"/>
      </w:pPr>
      <w:r/>
      <w:hyperlink r:id="rId11">
        <w:r>
          <w:rPr>
            <w:color w:val="0000EE"/>
            <w:u w:val="single"/>
          </w:rPr>
          <w:t>https://www.theflightdeal.com/2026/01/21/asiana-airlines-los-angeles-bangkok-thailand-600-roundtrip-including-all-taxes/</w:t>
        </w:r>
      </w:hyperlink>
      <w:r>
        <w:t xml:space="preserve"> - This article from The Flight Deal, dated January 21, 2026, announces a promotional fare by Asiana Airlines for round-trip flights from Los Angeles (LAX) to Bangkok, Thailand (BKK), priced at $600, including all taxes. The sample travel date provided is November 4th to 11th, 2026. The fare is valid for travel from late August to November 2026, with departures and returns on Sundays through Thursdays. Availability is limited, and tickets must be purchased at least three days in advance of departure. The article provides guidance on searching for availability using the Matrix Airfare Search by ITA Software, including specific routing codes and duration settings. Additionally, it offers information on mileage earning with United Airlines, as Asiana is a member of the Star Alliance and a United partner. The article concludes with tips for saving when using credit cards at international destinations and links to related travel resources.</w:t>
      </w:r>
      <w:r/>
    </w:p>
    <w:p>
      <w:pPr>
        <w:pStyle w:val="ListNumber"/>
        <w:spacing w:line="240" w:lineRule="auto"/>
        <w:ind w:left="720"/>
      </w:pPr>
      <w:r/>
      <w:hyperlink r:id="rId12">
        <w:r>
          <w:rPr>
            <w:color w:val="0000EE"/>
            <w:u w:val="single"/>
          </w:rPr>
          <w:t>https://info.flightmapper.net/route/Asiana_Airlines_OZ_LAX_ICN</w:t>
        </w:r>
      </w:hyperlink>
      <w:r>
        <w:t xml:space="preserve"> - This page provides detailed flight schedules for Asiana Airlines flights from Los Angeles (LAX) to Seoul Incheon (ICN). It lists various daily and weekly flights, including flight numbers, departure and arrival times, aircraft types, and effective dates. For example, flight OZ 201 departs LAX at 10:10 and arrives in ICN at 15:45, operated by an Airbus A380. The page also notes that flight schedules are subject to change and advises checking the latest information before planning travel.</w:t>
      </w:r>
      <w:r/>
    </w:p>
    <w:p>
      <w:pPr>
        <w:pStyle w:val="ListNumber"/>
        <w:spacing w:line="240" w:lineRule="auto"/>
        <w:ind w:left="720"/>
      </w:pPr>
      <w:r/>
      <w:hyperlink r:id="rId15">
        <w:r>
          <w:rPr>
            <w:color w:val="0000EE"/>
            <w:u w:val="single"/>
          </w:rPr>
          <w:t>https://www.thaiairways.com/en-us/content/offers-Promotions/special-offers/thailand-is-calling/</w:t>
        </w:r>
      </w:hyperlink>
      <w:r>
        <w:t xml:space="preserve"> - Thai Airways offers a promotion titled 'Thailand Is Calling,' featuring flights from North America and Canada to Bangkok. The promotion includes code-share flights with EVA Air via Taipei, Air Canada via Hong Kong or Tokyo, and All Nippon Airways via Tokyo. Eligible departure cities include Los Angeles, San Francisco, Seattle, New York, Houston, Chicago, Vancouver, and Toronto. The ticketing period is now through December 31, 2025, with travel commencing from October 1, 2025, onwards. The promotion is subject to availability and specific terms and conditions.</w:t>
      </w:r>
      <w:r/>
    </w:p>
    <w:p>
      <w:pPr>
        <w:pStyle w:val="ListNumber"/>
        <w:spacing w:line="240" w:lineRule="auto"/>
        <w:ind w:left="720"/>
      </w:pPr>
      <w:r/>
      <w:hyperlink r:id="rId13">
        <w:r>
          <w:rPr>
            <w:color w:val="0000EE"/>
            <w:u w:val="single"/>
          </w:rPr>
          <w:t>https://www.aeroroutes.com/eng/260211-keozns26lax</w:t>
        </w:r>
      </w:hyperlink>
      <w:r>
        <w:t xml:space="preserve"> - This article from AeroRoutes, dated February 11, 2026, discusses service changes for Korean Air and Asiana Airlines on the Los Angeles (LAX) to Seoul Incheon (ICN) route. Korean Air plans to increase its weekly flights from 14 to 17 between April 1 and June 29, 2026, operating a mix of Boeing 747-8 and Airbus A380 aircraft. Asiana Airlines will operate 14 weekly flights from June 1, 2026, instead of the previously planned 10 weekly flights. The article provides detailed flight schedules, including flight numbers, departure and arrival times, and aircraft types. It also notes that flight schedules are subject to change and advises checking the latest information before planning travel.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flightdeal.com/2026/08/25/asiana-airlines-los-angeles-thailand-thailand-811-roundtrip-including-all-taxes/" TargetMode="External"/><Relationship Id="rId10" Type="http://schemas.openxmlformats.org/officeDocument/2006/relationships/hyperlink" Target="https://www.theflightdeal.com/2026/03/20/asiana-airlines-los-angeles-phuket-thailand-795-roundtrip-including-all-taxes/" TargetMode="External"/><Relationship Id="rId11" Type="http://schemas.openxmlformats.org/officeDocument/2006/relationships/hyperlink" Target="https://www.theflightdeal.com/2026/01/21/asiana-airlines-los-angeles-bangkok-thailand-600-roundtrip-including-all-taxes/" TargetMode="External"/><Relationship Id="rId12" Type="http://schemas.openxmlformats.org/officeDocument/2006/relationships/hyperlink" Target="https://info.flightmapper.net/route/Asiana_Airlines_OZ_LAX_ICN" TargetMode="External"/><Relationship Id="rId13" Type="http://schemas.openxmlformats.org/officeDocument/2006/relationships/hyperlink" Target="https://www.aeroroutes.com/eng/260211-keozns26lax" TargetMode="External"/><Relationship Id="rId14" Type="http://schemas.openxmlformats.org/officeDocument/2006/relationships/hyperlink" Target="https://www.noahwire.com" TargetMode="External"/><Relationship Id="rId15" Type="http://schemas.openxmlformats.org/officeDocument/2006/relationships/hyperlink" Target="https://www.thaiairways.com/en-us/content/offers-Promotions/special-offers/thailand-is-call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