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VietJet Air resumes direct Fukuoka-Bangkok route for winter, boosting regional travel options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 VietJet Air is bringing back its Fukuoka-to-Bangkok service from 25 October 2026, giving travellers in Kyushu a direct link to Thailand’s capital just as winter travel demand begins to build. According to the airline’s schedule, the route will run four times a week between Fukuoka Airport and Bangkok Suvarnabhumi Airport, using a Boeing 737-8 aircraft. The return of the service should be welcome news for holidaymakers who prefer to avoid connecting flights and for anyone planning a shorter, simpler trip to Bangkok. </w:t>
      </w:r>
      <w:r/>
    </w:p>
    <w:p>
      <w:r/>
      <w:r>
        <w:t xml:space="preserve">For travellers, the main appeal is convenience. A non-stop flight cuts out the need to change planes at a larger hub, which can make a big difference for families, older passengers and anyone trying to keep journey times manageable. According to flight-tracking services Aviability and FlightMapper, the service is set to depart Fukuoka at 08:55 and arrive in Bangkok at 12:30, with a journey time of around five hours and 35 minutes. Thai VietJet Air is planning to operate the route on Tuesdays, Thursdays, Saturdays and Sundays, which gives leisure travellers some flexibility without the pressure of daily scheduling. </w:t>
      </w:r>
      <w:r/>
    </w:p>
    <w:p>
      <w:r/>
      <w:r>
        <w:t xml:space="preserve">The restart also broadens choice on a route that already has competition. FlightMapper says Thai Airways operates daily services between Fukuoka and Bangkok, while Thai VietJet Air is returning with four weekly flights. That should matter for people comparing fares, departure times and baggage options, especially if they are looking for a trip that is both direct and relatively affordable. Thai VietJet Air has said promotional fares will start from 100 yen, although taxes and extra charges will be added on top. </w:t>
      </w:r>
      <w:r/>
    </w:p>
    <w:p>
      <w:r/>
      <w:r>
        <w:t xml:space="preserve">The route’s return comes after a temporary suspension earlier in 2026. TRAICY Global reported that Thai VietJet Air planned to pause the Fukuoka–Bangkok service from 12 May to 30 September 2026 before restoring it for the winter season. For travellers planning ahead, that means the schedule should be checked carefully, as the service will not run every day and availability may vary around peak holiday periods. It is also wise to confirm baggage rules, entry requirements for Thailand and onward transport in Bangkok before booking. </w:t>
      </w:r>
      <w:r/>
    </w:p>
    <w:p>
      <w:r/>
      <w:r>
        <w:t xml:space="preserve">More broadly, the reinstatement underlines how important regional air links have become for leisure travel to Thailand. For visitors in northern Kyushu, Fukuoka offers a far easier departure point than routing through a larger Japanese airport. For Bangkok-bound travellers, the city remains a versatile gateway for shopping breaks, beach holidays, business trips and onward connections elsewhere in South-East Asia. The route’s return should therefore make Thailand a little more accessible to a wider group of Japanese travellers, while giving Bangkok another steady stream of direct arrivals from regional Japan.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[5]</w:t>
        </w:r>
      </w:hyperlink>
      <w:r>
        <w:t xml:space="preserve">- Paragraph 3: </w:t>
      </w:r>
      <w:hyperlink r:id="rId12">
        <w:r>
          <w:rPr>
            <w:color w:val="0000EE"/>
            <w:u w:val="single"/>
          </w:rPr>
          <w:t>[3]</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t xml:space="preserve">, </w:t>
      </w:r>
      <w:hyperlink r:id="rId11">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https://www.travelandtourworld.com/news/article/c2jrusm4hefc/</w:t>
        </w:r>
      </w:hyperlink>
      <w:r>
        <w:t xml:space="preserve"> - Please view link - unable to able to access data</w:t>
      </w:r>
      <w:r/>
    </w:p>
    <w:p>
      <w:pPr>
        <w:pStyle w:val="ListNumber"/>
        <w:spacing w:line="240" w:lineRule="auto"/>
        <w:ind w:left="720"/>
      </w:pPr>
      <w:r/>
      <w:hyperlink r:id="rId10">
        <w:r>
          <w:rPr>
            <w:color w:val="0000EE"/>
            <w:u w:val="single"/>
          </w:rPr>
          <w:t>https://aviability.com/en/flight/vz811-thai-vietjet-air/fuk-bkk</w:t>
        </w:r>
      </w:hyperlink>
      <w:r>
        <w:t xml:space="preserve"> - Aviability provides real-time updates for Thai VietJet Air flight VZ811 from Fukuoka to Bangkok, scheduled to depart on October 25, 2026, at 08:55 and arrive at 12:30. The flight is operated by a Boeing 737, covering a distance of approximately 2,313 miles in about 5 hours and 35 minutes. This service offers passengers a direct connection between Fukuoka Airport and Bangkok Suvarnabhumi Airport, enhancing travel convenience for those in the Kyushu region seeking access to Thailand. The flight is part of Thai VietJet Air's winter 2026 schedule, resuming operations after a temporary suspension. (</w:t>
      </w:r>
      <w:hyperlink r:id="rId17">
        <w:r>
          <w:rPr>
            <w:color w:val="0000EE"/>
            <w:u w:val="single"/>
          </w:rPr>
          <w:t>aviability.com</w:t>
        </w:r>
      </w:hyperlink>
      <w:r>
        <w:t>)</w:t>
      </w:r>
      <w:r/>
    </w:p>
    <w:p>
      <w:pPr>
        <w:pStyle w:val="ListNumber"/>
        <w:spacing w:line="240" w:lineRule="auto"/>
        <w:ind w:left="720"/>
      </w:pPr>
      <w:r/>
      <w:hyperlink r:id="rId12">
        <w:r>
          <w:rPr>
            <w:color w:val="0000EE"/>
            <w:u w:val="single"/>
          </w:rPr>
          <w:t>https://info.flightmapper.net/ko/route/YY_FUK_BKK</w:t>
        </w:r>
      </w:hyperlink>
      <w:r>
        <w:t xml:space="preserve"> - FlightMapper provides detailed flight schedules for the Fukuoka to Bangkok Suvarnabhumi route. Thai Airways operates daily flights, while Thai VietJet Air is set to resume four weekly flights on Tuesdays, Thursdays, Saturdays, and Sundays, starting October 25, 2026. The flight duration is approximately 5 hours and 35 minutes, covering a distance of 2,313 miles. This service offers travelers in the Kyushu region a direct and convenient option to reach Bangkok, enhancing connectivity between Japan and Thailand. (</w:t>
      </w:r>
      <w:hyperlink r:id="rId18">
        <w:r>
          <w:rPr>
            <w:color w:val="0000EE"/>
            <w:u w:val="single"/>
          </w:rPr>
          <w:t>info.flightmapper.net</w:t>
        </w:r>
      </w:hyperlink>
      <w:r>
        <w:t>)</w:t>
      </w:r>
      <w:r/>
    </w:p>
    <w:p>
      <w:pPr>
        <w:pStyle w:val="ListNumber"/>
        <w:spacing w:line="240" w:lineRule="auto"/>
        <w:ind w:left="720"/>
      </w:pPr>
      <w:r/>
      <w:hyperlink r:id="rId11">
        <w:r>
          <w:rPr>
            <w:color w:val="0000EE"/>
            <w:u w:val="single"/>
          </w:rPr>
          <w:t>https://en.traicy.com/posts/2026053036062/</w:t>
        </w:r>
      </w:hyperlink>
      <w:r>
        <w:t xml:space="preserve"> - TRAICY Global reports that Thai VietJet Air will temporarily suspend its Fukuoka–Bangkok/Suvarnabhumi route from May 12 to September 30, 2026. The airline plans to resume operations on October 25, 2026, with four round trips per week on Tuesdays, Thursdays, Saturdays, and Sundays. This schedule adjustment aims to meet the demand from travelers seeking convenient access to Thailand during the winter travel season. The service will operate with a Boeing 737-8 aircraft, providing a direct connection between Fukuoka Airport and Bangkok Suvarnabhumi Airport. (</w:t>
      </w:r>
      <w:hyperlink r:id="rId19">
        <w:r>
          <w:rPr>
            <w:color w:val="0000EE"/>
            <w:u w:val="single"/>
          </w:rPr>
          <w:t>en.traicy.com</w:t>
        </w:r>
      </w:hyperlink>
      <w:r>
        <w:t>)</w:t>
      </w:r>
      <w:r/>
    </w:p>
    <w:p>
      <w:pPr>
        <w:pStyle w:val="ListNumber"/>
        <w:spacing w:line="240" w:lineRule="auto"/>
        <w:ind w:left="720"/>
      </w:pPr>
      <w:r/>
      <w:hyperlink r:id="rId13">
        <w:r>
          <w:rPr>
            <w:color w:val="0000EE"/>
            <w:u w:val="single"/>
          </w:rPr>
          <w:t>https://info.flightmapper.net/flight/Thai_VietJet_Air_VZ_811</w:t>
        </w:r>
      </w:hyperlink>
      <w:r>
        <w:t xml:space="preserve"> - FlightMapper details the schedule for Thai VietJet Air flight VZ811, operating from Fukuoka to Bangkok Suvarnabhumi. The flight is set to depart on October 25, 2026, at 08:55 and arrive at 12:30, with a duration of approximately 5 hours and 35 minutes. This service offers travelers a direct and convenient option to reach Bangkok from Fukuoka, enhancing connectivity between Japan and Thailand. The flight is part of Thai VietJet Air's winter 2026 schedule, resuming operations after a temporary suspension. (</w:t>
      </w:r>
      <w:hyperlink r:id="rId20">
        <w:r>
          <w:rPr>
            <w:color w:val="0000EE"/>
            <w:u w:val="single"/>
          </w:rPr>
          <w:t>info.flightmapper.net</w:t>
        </w:r>
      </w:hyperlink>
      <w:r>
        <w:t>)</w:t>
      </w:r>
      <w:r/>
    </w:p>
    <w:p>
      <w:pPr>
        <w:pStyle w:val="ListNumber"/>
        <w:spacing w:line="240" w:lineRule="auto"/>
        <w:ind w:left="720"/>
      </w:pPr>
      <w:r/>
      <w:hyperlink r:id="rId14">
        <w:r>
          <w:rPr>
            <w:color w:val="0000EE"/>
            <w:u w:val="single"/>
          </w:rPr>
          <w:t>https://info.flightmapper.net/route/YY_FUK_BKK</w:t>
        </w:r>
      </w:hyperlink>
      <w:r>
        <w:t xml:space="preserve"> - FlightMapper provides comprehensive flight schedules for the Fukuoka to Bangkok Suvarnabhumi route. Thai Airways operates daily flights, while Thai VietJet Air is set to resume four weekly flights on Tuesdays, Thursdays, Saturdays, and Sundays, starting October 25, 2026. The flight duration is approximately 5 hours and 35 minutes, covering a distance of 2,313 miles. This service offers travelers in the Kyushu region a direct and convenient option to reach Bangkok, enhancing connectivity between Japan and Thailand. (</w:t>
      </w:r>
      <w:hyperlink r:id="rId21">
        <w:r>
          <w:rPr>
            <w:color w:val="0000EE"/>
            <w:u w:val="single"/>
          </w:rPr>
          <w:t>info.flightmapper.net</w:t>
        </w:r>
      </w:hyperlink>
      <w:r>
        <w:t>)</w:t>
      </w:r>
      <w:r/>
    </w:p>
    <w:p>
      <w:pPr>
        <w:pStyle w:val="ListNumber"/>
        <w:spacing w:line="240" w:lineRule="auto"/>
        <w:ind w:left="720"/>
      </w:pPr>
      <w:r/>
      <w:hyperlink r:id="rId15">
        <w:r>
          <w:rPr>
            <w:color w:val="0000EE"/>
            <w:u w:val="single"/>
          </w:rPr>
          <w:t>https://www.flightsfrom.com/FUK-BKK</w:t>
        </w:r>
      </w:hyperlink>
      <w:r>
        <w:t xml:space="preserve"> - FlightsFrom.com offers detailed information on direct flights from Fukuoka to Bangkok, operated by Thai Airways International and Thai VietJet Air. The flight duration is approximately 6 hours and 5 minutes, covering a distance of 2,327 miles. Thai VietJet Air is set to resume operations on October 25, 2026, providing travelers with a direct and convenient option to reach Bangkok from Fukuoka. This service enhances connectivity between Japan and Thailand, catering to both leisure and business travelers. (</w:t>
      </w:r>
      <w:hyperlink r:id="rId22">
        <w:r>
          <w:rPr>
            <w:color w:val="0000EE"/>
            <w:u w:val="single"/>
          </w:rPr>
          <w:t>flightsfrom.com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c2jrusm4hefc/" TargetMode="External"/><Relationship Id="rId10" Type="http://schemas.openxmlformats.org/officeDocument/2006/relationships/hyperlink" Target="https://aviability.com/en/flight/vz811-thai-vietjet-air/fuk-bkk" TargetMode="External"/><Relationship Id="rId11" Type="http://schemas.openxmlformats.org/officeDocument/2006/relationships/hyperlink" Target="https://en.traicy.com/posts/2026053036062/" TargetMode="External"/><Relationship Id="rId12" Type="http://schemas.openxmlformats.org/officeDocument/2006/relationships/hyperlink" Target="https://info.flightmapper.net/ko/route/YY_FUK_BKK" TargetMode="External"/><Relationship Id="rId13" Type="http://schemas.openxmlformats.org/officeDocument/2006/relationships/hyperlink" Target="https://info.flightmapper.net/flight/Thai_VietJet_Air_VZ_811" TargetMode="External"/><Relationship Id="rId14" Type="http://schemas.openxmlformats.org/officeDocument/2006/relationships/hyperlink" Target="https://info.flightmapper.net/route/YY_FUK_BKK" TargetMode="External"/><Relationship Id="rId15" Type="http://schemas.openxmlformats.org/officeDocument/2006/relationships/hyperlink" Target="https://www.flightsfrom.com/FUK-BKK" TargetMode="External"/><Relationship Id="rId16" Type="http://schemas.openxmlformats.org/officeDocument/2006/relationships/hyperlink" Target="https://www.noahwire.com" TargetMode="External"/><Relationship Id="rId17" Type="http://schemas.openxmlformats.org/officeDocument/2006/relationships/hyperlink" Target="https://aviability.com/en/flight/vz811-thai-vietjet-air/fuk-bkk?utm_source=openai" TargetMode="External"/><Relationship Id="rId18" Type="http://schemas.openxmlformats.org/officeDocument/2006/relationships/hyperlink" Target="https://info.flightmapper.net/ko/route/YY_FUK_BKK?utm_source=openai" TargetMode="External"/><Relationship Id="rId19" Type="http://schemas.openxmlformats.org/officeDocument/2006/relationships/hyperlink" Target="https://en.traicy.com/posts/2026053036062/?utm_source=openai" TargetMode="External"/><Relationship Id="rId20" Type="http://schemas.openxmlformats.org/officeDocument/2006/relationships/hyperlink" Target="https://info.flightmapper.net/flight/Thai_VietJet_Air_VZ_811?utm_source=openai" TargetMode="External"/><Relationship Id="rId21" Type="http://schemas.openxmlformats.org/officeDocument/2006/relationships/hyperlink" Target="https://info.flightmapper.net/route/YY_FUK_BKK?utm_source=openai" TargetMode="External"/><Relationship Id="rId22" Type="http://schemas.openxmlformats.org/officeDocument/2006/relationships/hyperlink" Target="https://www.flightsfrom.com/FUK-BK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