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IndiGo launches direct flights from Gaya to Bangkok, easing Buddhist tourism and holiday travel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IndiGo will begin non-stop flights between Gaya in Bihar and Bangkok on 26 October, giving travellers a direct link that should make trips to Thailand considerably simpler, especially for pilgrims and leisure visitors heading between Bodh Gaya and the Thai capital. According to the airline’s announcement reported by ANI, the service will operate twice a week.</w:t>
      </w:r>
      <w:r/>
    </w:p>
    <w:p>
      <w:r/>
      <w:r>
        <w:t>The new route removes the need for a connecting flight, which should cut journey time and reduce the hassle of changing planes for passengers from Bihar and nearby parts of eastern India. NDTV Travel reported that the flights are planned for Mondays and Thursdays, a schedule that may suit short breaks as well as longer temple-and-city itineraries. For travellers, that could mean easier access to Bangkok for onward holidays elsewhere in Thailand, or a more straightforward return journey after visiting Buddhist sites in Gaya.</w:t>
      </w:r>
      <w:r/>
    </w:p>
    <w:p>
      <w:r/>
      <w:r>
        <w:t>The route also reflects the long-standing religious and cultural ties between the two destinations. Both ANI and other reports said the service is expected to support Buddhist tourism, with Gaya already drawing visitors connected to Bodh Gaya and Bangkok serving as a major international gateway for Thailand. For many travellers, the practical value lies in convenience: a direct flight from a region with growing outbound demand can make Thailand feel much closer and more accessible.</w:t>
      </w:r>
      <w:r/>
    </w:p>
    <w:p>
      <w:r/>
      <w:r>
        <w:t>The launch comes as IndiGo remains the dominant airline in India’s domestic market, according to figures from the Ministry of Civil Aviation cited by ANI, which said the carrier held a 64.9 per cent share in May. While those figures relate to domestic flying, they underline the airline’s scale as it expands international links. For holidaymakers, the immediate impact is likely to be felt in better route choice and a more direct option for planning Thailand trips from Bihar.</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[6]</w:t>
        </w:r>
      </w:hyperlink>
      <w:r>
        <w:t xml:space="preserve">- Paragraph 3: </w:t>
      </w:r>
      <w:hyperlink r:id="rId12">
        <w:r>
          <w:rPr>
            <w:color w:val="0000EE"/>
            <w:u w:val="single"/>
          </w:rPr>
          <w:t>[2]</w:t>
        </w:r>
      </w:hyperlink>
      <w:r>
        <w:t xml:space="preserve">, </w:t>
      </w:r>
      <w:hyperlink r:id="rId13">
        <w:r>
          <w:rPr>
            <w:color w:val="0000EE"/>
            <w:u w:val="single"/>
          </w:rPr>
          <w:t>[4]</w:t>
        </w:r>
      </w:hyperlink>
      <w:r>
        <w:t xml:space="preserve">, </w:t>
      </w:r>
      <w:hyperlink r:id="rId14">
        <w:r>
          <w:rPr>
            <w:color w:val="0000EE"/>
            <w:u w:val="single"/>
          </w:rPr>
          <w:t>[7]</w:t>
        </w:r>
      </w:hyperlink>
      <w:r>
        <w:t xml:space="preserve">- Paragraph 4: </w:t>
      </w:r>
      <w:hyperlink r:id="rId9">
        <w:r>
          <w:rPr>
            <w:color w:val="0000EE"/>
            <w:u w:val="single"/>
          </w:rPr>
          <w:t>[1]</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http://www.indiasnews.net/news/279262440/indigo-to-launch-bi-weekly-non-stop-flights-between-gaya-and-bangkok-from-oct-26</w:t>
        </w:r>
      </w:hyperlink>
      <w:r>
        <w:t xml:space="preserve"> - Please view link - unable to able to access data</w:t>
      </w:r>
      <w:r/>
    </w:p>
    <w:p>
      <w:pPr>
        <w:pStyle w:val="ListNumber"/>
        <w:spacing w:line="240" w:lineRule="auto"/>
        <w:ind w:left="720"/>
      </w:pPr>
      <w:r/>
      <w:hyperlink r:id="rId12">
        <w:r>
          <w:rPr>
            <w:color w:val="0000EE"/>
            <w:u w:val="single"/>
          </w:rPr>
          <w:t>https://www.sahi.com/news/indigo-plans-direct-flights-between-gaya-and-bangkok-from-october-26-3802-PE1_COR</w:t>
        </w:r>
      </w:hyperlink>
      <w:r>
        <w:t xml:space="preserve"> - IndiGo is expanding its international footprint by launching non-stop flights from Gaya to Bangkok twice a week starting October 26, 2026. This route is expected to see strong seasonal demand from Buddhist pilgrims and tourists visiting Bihar's historical sites, aligning with the airline's broader internationalization strategy.</w:t>
      </w:r>
      <w:r/>
    </w:p>
    <w:p>
      <w:pPr>
        <w:pStyle w:val="ListNumber"/>
        <w:spacing w:line="240" w:lineRule="auto"/>
        <w:ind w:left="720"/>
      </w:pPr>
      <w:r/>
      <w:hyperlink r:id="rId10">
        <w:r>
          <w:rPr>
            <w:color w:val="0000EE"/>
            <w:u w:val="single"/>
          </w:rPr>
          <w:t>https://www.ndtv.com/travel/indigo-to-connect-gaya-with-bangkok-through-new-direct-flights-from-october-26-11952155</w:t>
        </w:r>
      </w:hyperlink>
      <w:r>
        <w:t xml:space="preserve"> - IndiGo has announced direct flights between the holy city of Gaya and Bangkok starting October 26. The airline will operate the service twice a week, eliminating the need for a connecting flight and making travel between the two destinations more accessible. The flights will run on Mondays and Thursdays, aiming to strengthen religious tourism and cultural ties between the two cities while contributing to economic activity in the state.</w:t>
      </w:r>
      <w:r/>
    </w:p>
    <w:p>
      <w:pPr>
        <w:pStyle w:val="ListNumber"/>
        <w:spacing w:line="240" w:lineRule="auto"/>
        <w:ind w:left="720"/>
      </w:pPr>
      <w:r/>
      <w:hyperlink r:id="rId13">
        <w:r>
          <w:rPr>
            <w:color w:val="0000EE"/>
            <w:u w:val="single"/>
          </w:rPr>
          <w:t>https://www.newkerala.com/news/a/indigo-launch-bi-weekly-non-stop-flights-between-gaya-bangkok-634.htm</w:t>
        </w:r>
      </w:hyperlink>
      <w:r>
        <w:t xml:space="preserve"> - IndiGo has announced the launch of non-stop, bi-weekly flights between Bihar's Gaya and Bangkok, starting October 26. The new route is expected to strengthen IndiGo's growing India-Thailand network and provide a direct air connection between Gaya and Bangkok, two destinations linked by centuries of shared Buddhist heritage. The service is also expected to boost international connectivity from Bihar and support tourism, cultural exchange, and economic development in the region.</w:t>
      </w:r>
      <w:r/>
    </w:p>
    <w:p>
      <w:pPr>
        <w:pStyle w:val="ListNumber"/>
        <w:spacing w:line="240" w:lineRule="auto"/>
        <w:ind w:left="720"/>
      </w:pPr>
      <w:r/>
      <w:hyperlink r:id="rId16">
        <w:r>
          <w:rPr>
            <w:color w:val="0000EE"/>
            <w:u w:val="single"/>
          </w:rPr>
          <w:t>https://www.bignewsnetwork.com/news/279262440/indigo-to-launch-bi-weekly-non-stop-flights-between-gaya-and-bangkok-from-oct-26</w:t>
        </w:r>
      </w:hyperlink>
      <w:r>
        <w:t xml:space="preserve"> - IndiGo has announced the launch of non-stop, bi-weekly flights between Bihar's Gaya and Bangkok, starting October 26. The new route will strengthen IndiGo's growing India-Thailand network and provide a direct air connection between Gaya and Bangkok, two destinations linked by centuries of shared Buddhist heritage. The service is also expected to boost international connectivity from Bihar and support tourism, cultural exchange, and economic development in the region.</w:t>
      </w:r>
      <w:r/>
    </w:p>
    <w:p>
      <w:pPr>
        <w:pStyle w:val="ListNumber"/>
        <w:spacing w:line="240" w:lineRule="auto"/>
        <w:ind w:left="720"/>
      </w:pPr>
      <w:r/>
      <w:hyperlink r:id="rId11">
        <w:r>
          <w:rPr>
            <w:color w:val="0000EE"/>
            <w:u w:val="single"/>
          </w:rPr>
          <w:t>https://www.flightsfrom.com/GAY-DMK</w:t>
        </w:r>
      </w:hyperlink>
      <w:r>
        <w:t xml:space="preserve"> - FlightsFrom.com provides information on direct flights from Gaya (GAY) to Bangkok (DMK). Thai AirAsia is scheduled to operate three weekly flights on this route, starting from October 25, 2026. The flight covers a distance of 1,271 miles (2,045 km) with an approximate flight time of 3 hours. The service aims to enhance connectivity between Gaya and Bangkok, facilitating travel for both business and leisure purposes.</w:t>
      </w:r>
      <w:r/>
    </w:p>
    <w:p>
      <w:pPr>
        <w:pStyle w:val="ListNumber"/>
        <w:spacing w:line="240" w:lineRule="auto"/>
        <w:ind w:left="720"/>
      </w:pPr>
      <w:r/>
      <w:hyperlink r:id="rId14">
        <w:r>
          <w:rPr>
            <w:color w:val="0000EE"/>
            <w:u w:val="single"/>
          </w:rPr>
          <w:t>https://aviationa2z.com/index.php/2026/08/24/indigo-airlines-adds-gaya-bangkok-flights/</w:t>
        </w:r>
      </w:hyperlink>
      <w:r>
        <w:t xml:space="preserve"> - IndiGo (6E) will launch twice-weekly non-stop flights between Gaya Airport (GAY) and Bangkok (BKK) from October 26, 2026, strengthening India-Thailand air connectivity. The new Gaya-Bangkok service will operate on Mondays and Thursdays, providing direct access to Bodh Gaya for Buddhist pilgrims while supporting tourism and Bihar’s hospitality sector.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www.indiasnews.net/news/279262440/indigo-to-launch-bi-weekly-non-stop-flights-between-gaya-and-bangkok-from-oct-26" TargetMode="External"/><Relationship Id="rId10" Type="http://schemas.openxmlformats.org/officeDocument/2006/relationships/hyperlink" Target="https://www.ndtv.com/travel/indigo-to-connect-gaya-with-bangkok-through-new-direct-flights-from-october-26-11952155" TargetMode="External"/><Relationship Id="rId11" Type="http://schemas.openxmlformats.org/officeDocument/2006/relationships/hyperlink" Target="https://www.flightsfrom.com/GAY-DMK" TargetMode="External"/><Relationship Id="rId12" Type="http://schemas.openxmlformats.org/officeDocument/2006/relationships/hyperlink" Target="https://www.sahi.com/news/indigo-plans-direct-flights-between-gaya-and-bangkok-from-october-26-3802-PE1_COR" TargetMode="External"/><Relationship Id="rId13" Type="http://schemas.openxmlformats.org/officeDocument/2006/relationships/hyperlink" Target="https://www.newkerala.com/news/a/indigo-launch-bi-weekly-non-stop-flights-between-gaya-bangkok-634.htm" TargetMode="External"/><Relationship Id="rId14" Type="http://schemas.openxmlformats.org/officeDocument/2006/relationships/hyperlink" Target="https://aviationa2z.com/index.php/2026/08/24/indigo-airlines-adds-gaya-bangkok-flights/" TargetMode="External"/><Relationship Id="rId15" Type="http://schemas.openxmlformats.org/officeDocument/2006/relationships/hyperlink" Target="https://www.noahwire.com" TargetMode="External"/><Relationship Id="rId16" Type="http://schemas.openxmlformats.org/officeDocument/2006/relationships/hyperlink" Target="https://www.bignewsnetwork.com/news/279262440/indigo-to-launch-bi-weekly-non-stop-flights-between-gaya-and-bangkok-from-oct-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