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Norse Atlantic Airways to launch direct winter flights from London to Phuket in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Travellers eyeing a winter break in Thailand have a new direct option from London, as Norse Atlantic Airways is set to fly non-stop to Phuket on a seasonal basis from December 2026. According to Fly4free, return fares start at £426, while another deal listing puts some examples closer to £466, underlining that the cheapest seats will depend on the exact dates selected. </w:t>
      </w:r>
      <w:r/>
    </w:p>
    <w:p>
      <w:r/>
      <w:r>
        <w:t xml:space="preserve">For holidaymakers, the main appeal is simple: a straight flight to one of Thailand’s best-known beach destinations without the hassle of a connection. Mr Planeguy reports that the route between London Gatwick and Phuket begins on 4 December 2026 and is due to operate three times a week through the winter season, which should make it easier to build a two-week beach escape or a longer Thailand itinerary around fixed departures. </w:t>
      </w:r>
      <w:r/>
    </w:p>
    <w:p>
      <w:r/>
      <w:r>
        <w:t xml:space="preserve">The fare level may look attractive, but the fine print matters. Fly4free says the basic ticket includes only one cabin bag, and baggage guidance published elsewhere for Norse indicates that checked luggage is typically not included in the lowest fares and is usually added separately. That means beachgoers heading for long stays, or families packing for a tropical holiday, should check the total cost carefully before booking. </w:t>
      </w:r>
      <w:r/>
    </w:p>
    <w:p>
      <w:r/>
      <w:r>
        <w:t xml:space="preserve">Phuket remains a strong choice for travellers wanting an easy mix of beaches, food and onward island trips. Fly4free highlights the island’s access to places such as Phi Phi and the Similan Islands, alongside temples, street food and wildlife experiences elsewhere in Thailand. For UK visitors, the new route could mean less time in transit and more time spent actually on holiday, especially during the cooler European winter months when Thailand is at its most tempting.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https://www.fly4free.com/flight-deals/europe/direct-flights-from-london-to-phuket-p426/</w:t>
        </w:r>
      </w:hyperlink>
      <w:r>
        <w:t xml:space="preserve"> - Please view link - unable to able to access data</w:t>
      </w:r>
      <w:r/>
    </w:p>
    <w:p>
      <w:pPr>
        <w:pStyle w:val="ListNumber"/>
        <w:spacing w:line="240" w:lineRule="auto"/>
        <w:ind w:left="720"/>
      </w:pPr>
      <w:r/>
      <w:hyperlink r:id="rId9">
        <w:r>
          <w:rPr>
            <w:color w:val="0000EE"/>
            <w:u w:val="single"/>
          </w:rPr>
          <w:t>https://www.fly4free.com/flight-deals/europe/direct-flights-from-london-to-phuket-p426/</w:t>
        </w:r>
      </w:hyperlink>
      <w:r>
        <w:t xml:space="preserve"> - This article highlights the availability of non-stop flights from London to Phuket, Thailand, operated by Norse Atlantic Airways. It details the travel dates from December 2026 to March 2027, with return fares starting at £426. The article also provides insights into the baggage allowance, which includes one cabin bag, and offers additional travel tips for exploring Thailand's culture, beaches, cuisine, and wildlife.</w:t>
      </w:r>
      <w:r/>
    </w:p>
    <w:p>
      <w:pPr>
        <w:pStyle w:val="ListNumber"/>
        <w:spacing w:line="240" w:lineRule="auto"/>
        <w:ind w:left="720"/>
      </w:pPr>
      <w:r/>
      <w:hyperlink r:id="rId11">
        <w:r>
          <w:rPr>
            <w:color w:val="0000EE"/>
            <w:u w:val="single"/>
          </w:rPr>
          <w:t>https://www.mrplaneguy.com/post/direct-london-gatwick-phuket</w:t>
        </w:r>
      </w:hyperlink>
      <w:r>
        <w:t xml:space="preserve"> - This post announces the launch of direct flights between London Gatwick and Phuket by Norse Atlantic Airways, starting on 4 December 2026. It provides the flight schedule, including departure and arrival times for both directions, and mentions the operation of three weekly flights throughout the winter season. The article also highlights the appeal of Phuket as a destination for winter sunshine and affordable luxury experiences.</w:t>
      </w:r>
      <w:r/>
    </w:p>
    <w:p>
      <w:pPr>
        <w:pStyle w:val="ListNumber"/>
        <w:spacing w:line="240" w:lineRule="auto"/>
        <w:ind w:left="720"/>
      </w:pPr>
      <w:r/>
      <w:hyperlink r:id="rId12">
        <w:r>
          <w:rPr>
            <w:color w:val="0000EE"/>
            <w:u w:val="single"/>
          </w:rPr>
          <w:t>https://www.monde-du-voyage.com/en/flight-norse-atlantic-airways-baggage/</w:t>
        </w:r>
      </w:hyperlink>
      <w:r>
        <w:t xml:space="preserve"> - This article outlines Norse Atlantic Airways' baggage policy, detailing allowances for personal items, cabin baggage, and checked baggage. It specifies the dimensions and weight limits for standard hand luggage and personal items, as well as the conditions for checked baggage, including weight and size restrictions. The article also notes that checked baggage is not included in all fares and is usually purchased separately, with prices varying based on the fare type and destination.</w:t>
      </w:r>
      <w:r/>
    </w:p>
    <w:p>
      <w:pPr>
        <w:pStyle w:val="ListNumber"/>
        <w:spacing w:line="240" w:lineRule="auto"/>
        <w:ind w:left="720"/>
      </w:pPr>
      <w:r/>
      <w:hyperlink r:id="rId11">
        <w:r>
          <w:rPr>
            <w:color w:val="0000EE"/>
            <w:u w:val="single"/>
          </w:rPr>
          <w:t>https://www.mrplaneguy.com/post/direct-london-gatwick-phuket</w:t>
        </w:r>
      </w:hyperlink>
      <w:r>
        <w:t xml:space="preserve"> - This post announces the launch of direct flights between London Gatwick and Phuket by Norse Atlantic Airways, starting on 4 December 2026. It provides the flight schedule, including departure and arrival times for both directions, and mentions the operation of three weekly flights throughout the winter season. The article also highlights the appeal of Phuket as a destination for winter sunshine and affordable luxury experiences.</w:t>
      </w:r>
      <w:r/>
    </w:p>
    <w:p>
      <w:pPr>
        <w:pStyle w:val="ListNumber"/>
        <w:spacing w:line="240" w:lineRule="auto"/>
        <w:ind w:left="720"/>
      </w:pPr>
      <w:r/>
      <w:hyperlink r:id="rId10">
        <w:r>
          <w:rPr>
            <w:color w:val="0000EE"/>
            <w:u w:val="single"/>
          </w:rPr>
          <w:t>https://www.flycheaply.net/post/non-stop-flights-to-phuket-from-london-starting-from-466</w:t>
        </w:r>
      </w:hyperlink>
      <w:r>
        <w:t xml:space="preserve"> - This article discusses the availability of non-stop flights from London to Phuket, operated by Norse Atlantic Airways, with return fares starting from £466. It mentions the travel dates in December, January, and March, and provides example dates for booking. The article emphasizes the convenience and affordability of direct flights to Phuket, highlighting the ease of travel without the need for connecting flights.</w:t>
      </w:r>
      <w:r/>
    </w:p>
    <w:p>
      <w:pPr>
        <w:pStyle w:val="ListNumber"/>
        <w:spacing w:line="240" w:lineRule="auto"/>
        <w:ind w:left="720"/>
      </w:pPr>
      <w:r/>
      <w:hyperlink r:id="rId12">
        <w:r>
          <w:rPr>
            <w:color w:val="0000EE"/>
            <w:u w:val="single"/>
          </w:rPr>
          <w:t>https://www.monde-du-voyage.com/en/flight-norse-atlantic-airways-baggage/</w:t>
        </w:r>
      </w:hyperlink>
      <w:r>
        <w:t xml:space="preserve"> - This article outlines Norse Atlantic Airways' baggage policy, detailing allowances for personal items, cabin baggage, and checked baggage. It specifies the dimensions and weight limits for standard hand luggage and personal items, as well as the conditions for checked baggage, including weight and size restrictions. The article also notes that checked baggage is not included in all fares and is usually purchased separately, with prices varying based on the fare type and destination.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direct-flights-from-london-to-phuket-p426/" TargetMode="External"/><Relationship Id="rId10" Type="http://schemas.openxmlformats.org/officeDocument/2006/relationships/hyperlink" Target="https://www.flycheaply.net/post/non-stop-flights-to-phuket-from-london-starting-from-466" TargetMode="External"/><Relationship Id="rId11" Type="http://schemas.openxmlformats.org/officeDocument/2006/relationships/hyperlink" Target="https://www.mrplaneguy.com/post/direct-london-gatwick-phuket" TargetMode="External"/><Relationship Id="rId12" Type="http://schemas.openxmlformats.org/officeDocument/2006/relationships/hyperlink" Target="https://www.monde-du-voyage.com/en/flight-norse-atlantic-airways-baggage/" TargetMode="External"/><Relationship Id="rId13"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