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budget route from Seattle to Bangkok offers compelling fares with Asiana Airlines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from Seattle looking for a cheaper way to reach Thailand have a new option to consider, after The Flight Deal highlighted an Asiana Airlines round-trip fare to Bangkok at $807 including taxes. The deal, posted on 21 August 2026, is aimed at trips departing in the autumn, with a sample itinerary of 3 to 10 November and broader availability said to run into late November on Sunday-to-Thursday departures and returns. The site notes that seats are limited and that fares may disappear quickly once posted.</w:t>
      </w:r>
      <w:r/>
    </w:p>
    <w:p>
      <w:r/>
      <w:r>
        <w:t>For holidaymakers, the attraction is not just the price but the practicality of the routing. The itinerary runs via Seoul, with Asiana using its Incheon hub to connect Seattle and Bangkok. That means the journey is not non-stop, but it can still be a useful one-ticket option for travellers who want to avoid piecing together separate flights. FlightRoutes.com says there are currently no direct flights between Seattle and Bangkok, which helps explain why one-stop routings are the norm on this long-haul city pair.</w:t>
      </w:r>
      <w:r/>
    </w:p>
    <w:p>
      <w:r/>
      <w:r>
        <w:t>The fare is shown in W class, and The Flight Deal says stopovers are not permitted. It also points would-be buyers to fare search tools such as Matrix Airfare Search by ITA Software, with a suggested search window of three to ten days. For travellers planning a Thailand trip, that flexibility may matter more than the exact sample dates, since the cheapest fares on long-haul Asia routes are often tied to narrow departure days and advance purchase requirements.</w:t>
      </w:r>
      <w:r/>
    </w:p>
    <w:p>
      <w:r/>
      <w:r>
        <w:t>There are a few extra practical points worth noting before booking. The Flight Deal says the fare must be bought at least three days before departure, and it gives mileage information for travellers crediting flights through United, with 14,956 miles flown and 7,478 redeemable miles. It also reminds US citizens that a visa is not required for Thailand, while currency is listed as the Thai baht. Separate fare checks show that Bangkok pricing from Seattle can sit much higher on other sites, with Expedia recently listing round-trip Asiana fares from $857 and American Airlines showing economy fares from $926, underlining that this promotion is unusually sharp if it is still available.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https://www.theflightdeal.com/2026/08/21/asiana-airlines-seattle-bangkok-thailand-807-roundtrip-including-all-taxes/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https://www.theflightdeal.com/2026/08/21/asiana-airlines-seattle-bangkok-thailand-807-roundtrip-including-all-taxes/</w:t>
        </w:r>
      </w:hyperlink>
      <w:r>
        <w:t xml:space="preserve"> - An article from The Flight Deal dated August 21, 2026, highlights a promotional fare of $807 for a round-trip flight from Seattle to Bangkok, including all taxes. The sample travel dates are November 3rd to 10th, with departures and returns valid from Sunday through Thursday until late November. The fare class is W, and the routing involves a stopover in Seoul. Mileage earning with United is detailed, with 14,956 miles flown and 7,478 redeemable miles. The article also provides guidance on searching for availability using Matrix Airfare Search by ITA Software and offers tips for booking. Additional information includes visa requirements for U.S. citizens, currency exchange rates, and tips for saving when using credit cards at international destinations.</w:t>
      </w:r>
      <w:r/>
    </w:p>
    <w:p>
      <w:pPr>
        <w:pStyle w:val="ListNumber"/>
        <w:spacing w:line="240" w:lineRule="auto"/>
        <w:ind w:left="720"/>
      </w:pPr>
      <w:r/>
      <w:hyperlink r:id="rId11">
        <w:r>
          <w:rPr>
            <w:color w:val="0000EE"/>
            <w:u w:val="single"/>
          </w:rPr>
          <w:t>https://www.expedia.com/lp/flight-routes/asiana-airlines-from-seattle-tacoma-intl-to-suvarnabhumi-intl/oz/sea/bkk?flightType=ROUND_TRIP</w:t>
        </w:r>
      </w:hyperlink>
      <w:r>
        <w:t xml:space="preserve"> - Expedia offers Asiana Airlines flights from Seattle (SEA) to Bangkok (BKK) starting at $421 for one-way and $857 for round-trip, as of two weeks ago. The specific dates mentioned are January 25 to February 16, 2026. The page provides options for direct flights and allows users to select dates, number of travelers, and cabin class. Additional features include alerts for price changes and the ability to earn airline miles on top of Expedia's rewards program. (</w:t>
      </w:r>
      <w:hyperlink r:id="rId14">
        <w:r>
          <w:rPr>
            <w:color w:val="0000EE"/>
            <w:u w:val="single"/>
          </w:rPr>
          <w:t>expedia.com</w:t>
        </w:r>
      </w:hyperlink>
      <w:r>
        <w:t>)</w:t>
      </w:r>
      <w:r/>
    </w:p>
    <w:p>
      <w:pPr>
        <w:pStyle w:val="ListNumber"/>
        <w:spacing w:line="240" w:lineRule="auto"/>
        <w:ind w:left="720"/>
      </w:pPr>
      <w:r/>
      <w:hyperlink r:id="rId12">
        <w:r>
          <w:rPr>
            <w:color w:val="0000EE"/>
            <w:u w:val="single"/>
          </w:rPr>
          <w:t>https://www.aa.com/en-us/flights-from-seattle-to-bangkok</w:t>
        </w:r>
      </w:hyperlink>
      <w:r>
        <w:t xml:space="preserve"> - American Airlines provides flights from Seattle to Bangkok, with round-trip economy fares starting from $926 as of August 22, 2026. The page displays fares for various months, including August, September, October, November, and December 2026. Users can select departure and return dates, number of travelers, and cabin class. The website also offers options to book with cash and provides information on finding offers. (</w:t>
      </w:r>
      <w:hyperlink r:id="rId15">
        <w:r>
          <w:rPr>
            <w:color w:val="0000EE"/>
            <w:u w:val="single"/>
          </w:rPr>
          <w:t>aa.com</w:t>
        </w:r>
      </w:hyperlink>
      <w:r>
        <w:t>)</w:t>
      </w:r>
      <w:r/>
    </w:p>
    <w:p>
      <w:pPr>
        <w:pStyle w:val="ListNumber"/>
        <w:spacing w:line="240" w:lineRule="auto"/>
        <w:ind w:left="720"/>
      </w:pPr>
      <w:r/>
      <w:hyperlink r:id="rId16">
        <w:r>
          <w:rPr>
            <w:color w:val="0000EE"/>
            <w:u w:val="single"/>
          </w:rPr>
          <w:t>https://flyasiana.com/C/TH/EN/index?site_preference=NORMAL</w:t>
        </w:r>
      </w:hyperlink>
      <w:r>
        <w:t xml:space="preserve"> - Asiana Airlines' official website offers flight bookings from Bangkok to various destinations, including Seoul/Incheon, Los Angeles, Tokyo/Narita, New York/John F. Kennedy, San Francisco, and Seattle. The page features round-trip fares in Thai Baht (THB) for both economy and business classes. Users can view the lowest fares and access information on events and notices. The website also provides details on additional services and fees, as well as terms and conditions. (</w:t>
      </w:r>
      <w:hyperlink r:id="rId17">
        <w:r>
          <w:rPr>
            <w:color w:val="0000EE"/>
            <w:u w:val="single"/>
          </w:rPr>
          <w:t>flyasiana.com</w:t>
        </w:r>
      </w:hyperlink>
      <w:r>
        <w:t>)</w:t>
      </w:r>
      <w:r/>
    </w:p>
    <w:p>
      <w:pPr>
        <w:pStyle w:val="ListNumber"/>
        <w:spacing w:line="240" w:lineRule="auto"/>
        <w:ind w:left="720"/>
      </w:pPr>
      <w:r/>
      <w:hyperlink r:id="rId10">
        <w:r>
          <w:rPr>
            <w:color w:val="0000EE"/>
            <w:u w:val="single"/>
          </w:rPr>
          <w:t>https://www.flightroutes.com/SEA-BKK</w:t>
        </w:r>
      </w:hyperlink>
      <w:r>
        <w:t xml:space="preserve"> - FlightRoutes.com provides information on flights from Seattle (SEA) to Bangkok (BKK), detailing that there are no direct flights available. The website lists 26 routes with one stop, operated by 21 different airlines through 14 different connections. The shortest flight time is 19 hours and 10 minutes. The page includes options for codeshare flights and a map of flight routes. (</w:t>
      </w:r>
      <w:hyperlink r:id="rId18">
        <w:r>
          <w:rPr>
            <w:color w:val="0000EE"/>
            <w:u w:val="single"/>
          </w:rPr>
          <w:t>flightroutes.com</w:t>
        </w:r>
      </w:hyperlink>
      <w:r>
        <w:t>)</w:t>
      </w:r>
      <w:r/>
    </w:p>
    <w:p>
      <w:pPr>
        <w:pStyle w:val="ListNumber"/>
        <w:spacing w:line="240" w:lineRule="auto"/>
        <w:ind w:left="720"/>
      </w:pPr>
      <w:r/>
      <w:hyperlink r:id="rId19">
        <w:r>
          <w:rPr>
            <w:color w:val="0000EE"/>
            <w:u w:val="single"/>
          </w:rPr>
          <w:t>https://en.wikipedia.org/wiki/Asiana_Airlines</w:t>
        </w:r>
      </w:hyperlink>
      <w:r>
        <w:t xml:space="preserve"> - The Wikipedia page for Asiana Airlines provides comprehensive information about the airline, including its history, fleet, destinations, and services. It details the Asiana Club frequent-flyer program, which has five tiers: Silver, Gold, Diamond, Diamond Plus, and Platinum. The page also mentions partnerships with other airlines, such as Qatar Airways, and notes that Asiana is a member of the Star Alliance, allowing customers to accrue miles on flights operated by Star Alliance member airlines. (</w:t>
      </w:r>
      <w:hyperlink r:id="rId20">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1/asiana-airlines-seattle-bangkok-thailand-807-roundtrip-including-all-taxes/" TargetMode="External"/><Relationship Id="rId10" Type="http://schemas.openxmlformats.org/officeDocument/2006/relationships/hyperlink" Target="https://www.flightroutes.com/SEA-BKK" TargetMode="External"/><Relationship Id="rId11" Type="http://schemas.openxmlformats.org/officeDocument/2006/relationships/hyperlink" Target="https://www.expedia.com/lp/flight-routes/asiana-airlines-from-seattle-tacoma-intl-to-suvarnabhumi-intl/oz/sea/bkk?flightType=ROUND_TRIP" TargetMode="External"/><Relationship Id="rId12" Type="http://schemas.openxmlformats.org/officeDocument/2006/relationships/hyperlink" Target="https://www.aa.com/en-us/flights-from-seattle-to-bangkok" TargetMode="External"/><Relationship Id="rId13" Type="http://schemas.openxmlformats.org/officeDocument/2006/relationships/hyperlink" Target="https://www.noahwire.com" TargetMode="External"/><Relationship Id="rId14" Type="http://schemas.openxmlformats.org/officeDocument/2006/relationships/hyperlink" Target="https://www.expedia.com/lp/flight-routes/asiana-airlines-from-seattle-tacoma-intl-to-suvarnabhumi-intl/oz/sea/bkk?flightType=ROUND_TRIP&amp;utm_source=openai" TargetMode="External"/><Relationship Id="rId15" Type="http://schemas.openxmlformats.org/officeDocument/2006/relationships/hyperlink" Target="https://www.aa.com/en-us/flights-from-seattle-to-bangkok?utm_source=openai" TargetMode="External"/><Relationship Id="rId16" Type="http://schemas.openxmlformats.org/officeDocument/2006/relationships/hyperlink" Target="https://flyasiana.com/C/TH/EN/index?site_preference=NORMAL" TargetMode="External"/><Relationship Id="rId17" Type="http://schemas.openxmlformats.org/officeDocument/2006/relationships/hyperlink" Target="https://flyasiana.com/C/TH/EN/index?site_preference=NORMAL&amp;utm_source=openai" TargetMode="External"/><Relationship Id="rId18" Type="http://schemas.openxmlformats.org/officeDocument/2006/relationships/hyperlink" Target="https://www.flightroutes.com/SEA-BKK?utm_source=openai" TargetMode="External"/><Relationship Id="rId19" Type="http://schemas.openxmlformats.org/officeDocument/2006/relationships/hyperlink" Target="https://en.wikipedia.org/wiki/Asiana_Airlines" TargetMode="External"/><Relationship Id="rId20" Type="http://schemas.openxmlformats.org/officeDocument/2006/relationships/hyperlink" Target="https://en.wikipedia.org/wiki/Asiana_Airlin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