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Air China’s discounted flights to Thailand open up new routes for winter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Air China is advertising reduced fares to Thailand at a time when many travellers are already thinking about a winter escape, with availability listed for November 2026 through January 2027. According to Fly4free, the offer covers return journeys from Warsaw to both Bangkok and Phuket, and includes one cabin bag and one checked bag, which makes the deal more straightforward for holidaymakers who do not want to build in extra luggage costs.</w:t>
      </w:r>
      <w:r/>
    </w:p>
    <w:p>
      <w:r/>
      <w:r>
        <w:t xml:space="preserve">For travellers, the appeal is less about the airline itself than what the ticket unlocks: easy access to beach resorts, city breaks and island itineraries in one trip. Thailand remains one of the region’s most flexible destinations, with Bangkok offering temples, markets and street food, while Phuket provides a more beach-focused base for nearby islands and coastal excursions. Airpaz has also recently been listing discounted Air China flights to Bangkok from Chengdu, suggesting the carrier is actively pricing the Thailand market competitively. </w:t>
      </w:r>
      <w:r/>
    </w:p>
    <w:p>
      <w:r/>
      <w:r>
        <w:t>That matters because Thailand is the kind of place where route and timing can shape the whole holiday. In the south, travellers can use Phuket as a springboard for the Phi Phi Islands, the Similan Islands or quieter beaches, while Bangkok works well for a shorter city stop before continuing elsewhere. In the north, destinations such as Chiang Mai offer a very different pace, with temples, mountain scenery and day trips into the hills.</w:t>
      </w:r>
      <w:r/>
    </w:p>
    <w:p>
      <w:r/>
      <w:r>
        <w:t xml:space="preserve">The broader attraction is that Thailand suits many styles of trip. Travel guides highlighted in the supplied material point to a mix of cultural landmarks, food experiences and nature, from the Grand Palace and floating markets in Bangkok to Wat Phra That Doi Suthep in Chiang Mai and older heritage areas such as Sukhothai. Other visitor listings also underline the popularity of responsible elephant sanctuaries and nature-based outings, which may help holidaymakers looking for a balance between beaches, sightseeing and relaxation.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https://www.fly4free.com/flight-deals/europe/flights-from-warsaw-to-thailand-e584-2/</w:t>
        </w:r>
      </w:hyperlink>
      <w:r>
        <w:t xml:space="preserve"> - Please view link - unable to able to access data</w:t>
      </w:r>
      <w:r/>
    </w:p>
    <w:p>
      <w:pPr>
        <w:pStyle w:val="ListNumber"/>
        <w:spacing w:line="240" w:lineRule="auto"/>
        <w:ind w:left="720"/>
      </w:pPr>
      <w:r/>
      <w:hyperlink r:id="rId10">
        <w:r>
          <w:rPr>
            <w:color w:val="0000EE"/>
            <w:u w:val="single"/>
          </w:rPr>
          <w:t>https://www.airpaz.com/en/airlines/CA-Air-China/to-country/thailand-th</w:t>
        </w:r>
      </w:hyperlink>
      <w:r>
        <w:t xml:space="preserve"> - Airpaz offers discounted flights from Chengdu to Bangkok, with prices starting at US$128.11 per passenger. These flights are direct and available on various dates, including August 23, 2026, and October 13, 2026. The website provides booking options and additional details for travellers seeking affordable Air China flights to Thailand.</w:t>
      </w:r>
      <w:r/>
    </w:p>
    <w:p>
      <w:pPr>
        <w:pStyle w:val="ListNumber"/>
        <w:spacing w:line="240" w:lineRule="auto"/>
        <w:ind w:left="720"/>
      </w:pPr>
      <w:r/>
      <w:hyperlink r:id="rId11">
        <w:r>
          <w:rPr>
            <w:color w:val="0000EE"/>
            <w:u w:val="single"/>
          </w:rPr>
          <w:t>https://www.top-rated.online/countries/Thailand/cities/Thailand/@tourist_attraction/top-rated</w:t>
        </w:r>
      </w:hyperlink>
      <w:r>
        <w:t xml:space="preserve"> - This article presents a curated list of top-rated tourist attractions in Thailand, including Stone and Style: Creative Warehouse at Warehouse 30, Asia Scenic Thai Cooking School, and Following Giants Krabi / Ao Nang Ethical Elephant Sanctuary. Each attraction is accompanied by reviews and ratings, offering insights into the best experiences Thailand has to offer.</w:t>
      </w:r>
      <w:r/>
    </w:p>
    <w:p>
      <w:pPr>
        <w:pStyle w:val="ListNumber"/>
        <w:spacing w:line="240" w:lineRule="auto"/>
        <w:ind w:left="720"/>
      </w:pPr>
      <w:r/>
      <w:hyperlink r:id="rId12">
        <w:r>
          <w:rPr>
            <w:color w:val="0000EE"/>
            <w:u w:val="single"/>
          </w:rPr>
          <w:t>https://www.thaiexplore.com/attractions</w:t>
        </w:r>
      </w:hyperlink>
      <w:r>
        <w:t xml:space="preserve"> - Thai Explore provides a comprehensive guide to Thailand's iconic attractions, featuring 17 unforgettable destinations such as Doi Inthanon in Chiang Mai Province, Elephant Hills in Surat Thani Province, and Erawan in Kanchanaburi Province. The guide offers detailed information on each location, including the best times to visit and unique experiences.</w:t>
      </w:r>
      <w:r/>
    </w:p>
    <w:p>
      <w:pPr>
        <w:pStyle w:val="ListNumber"/>
        <w:spacing w:line="240" w:lineRule="auto"/>
        <w:ind w:left="720"/>
      </w:pPr>
      <w:r/>
      <w:hyperlink r:id="rId13">
        <w:r>
          <w:rPr>
            <w:color w:val="0000EE"/>
            <w:u w:val="single"/>
          </w:rPr>
          <w:t>https://www.rainforestcruises.com/guides/thailand-tourist-attractions</w:t>
        </w:r>
      </w:hyperlink>
      <w:r>
        <w:t xml:space="preserve"> - Rainforest Cruises highlights ten must-see tourist attractions in Thailand, including The Grand Palace, Bangkok’s Floating Markets, Wat Phra That Doi Suthep in Chiang Mai, and Sukhothai Old City. The article provides insights into each destination, offering travellers a glimpse into Thailand's rich cultural and natural heritage.</w:t>
      </w:r>
      <w:r/>
    </w:p>
    <w:p>
      <w:pPr>
        <w:pStyle w:val="ListNumber"/>
        <w:spacing w:line="240" w:lineRule="auto"/>
        <w:ind w:left="720"/>
      </w:pPr>
      <w:r/>
      <w:hyperlink r:id="rId14">
        <w:r>
          <w:rPr>
            <w:color w:val="0000EE"/>
            <w:u w:val="single"/>
          </w:rPr>
          <w:t>https://en.wikipedia.org/wiki/Safari_World</w:t>
        </w:r>
      </w:hyperlink>
      <w:r>
        <w:t xml:space="preserve"> - Safari World, located in Bangkok, Thailand, is a major tourist attraction comprising two parks: Marine Park and Safari Park. Opened in 1988, it spans 480 acres and offers visitors a chance to experience a variety of wildlife and entertainment shows. The park is known for its diverse animal exhibits and interactive experiences.</w:t>
      </w:r>
      <w:r/>
    </w:p>
    <w:p>
      <w:pPr>
        <w:pStyle w:val="ListNumber"/>
        <w:spacing w:line="240" w:lineRule="auto"/>
        <w:ind w:left="720"/>
      </w:pPr>
      <w:r/>
      <w:hyperlink r:id="rId15">
        <w:r>
          <w:rPr>
            <w:color w:val="0000EE"/>
            <w:u w:val="single"/>
          </w:rPr>
          <w:t>https://en.wikipedia.org/wiki/Wat_Phra_Yai</w:t>
        </w:r>
      </w:hyperlink>
      <w:r>
        <w:t xml:space="preserve"> - Wat Phra Yai, also known as the Big Buddha Temple, is a Buddhist temple on Ko Phan, a small island off the northeastern area of Ko Samui, Thailand. Completed in 1972, it features a giant 12-meter gold-painted Buddha statue and has become one of Ko Samui's main tourist attractions and landmarks.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ly4free.com/flight-deals/europe/flights-from-warsaw-to-thailand-e584-2/" TargetMode="External"/><Relationship Id="rId10" Type="http://schemas.openxmlformats.org/officeDocument/2006/relationships/hyperlink" Target="https://www.airpaz.com/en/airlines/CA-Air-China/to-country/thailand-th" TargetMode="External"/><Relationship Id="rId11" Type="http://schemas.openxmlformats.org/officeDocument/2006/relationships/hyperlink" Target="https://www.top-rated.online/countries/Thailand/cities/Thailand/@tourist_attraction/top-rated" TargetMode="External"/><Relationship Id="rId12" Type="http://schemas.openxmlformats.org/officeDocument/2006/relationships/hyperlink" Target="https://www.thaiexplore.com/attractions" TargetMode="External"/><Relationship Id="rId13" Type="http://schemas.openxmlformats.org/officeDocument/2006/relationships/hyperlink" Target="https://www.rainforestcruises.com/guides/thailand-tourist-attractions" TargetMode="External"/><Relationship Id="rId14" Type="http://schemas.openxmlformats.org/officeDocument/2006/relationships/hyperlink" Target="https://en.wikipedia.org/wiki/Safari_World" TargetMode="External"/><Relationship Id="rId15" Type="http://schemas.openxmlformats.org/officeDocument/2006/relationships/hyperlink" Target="https://en.wikipedia.org/wiki/Wat_Phra_Yai"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