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 Air and Thai AirAsia introduce competition on Bangkok-Hyderabad route, boosting low-cost travel options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Nok Air is preparing to return to India with a direct Bangkok-Hyderabad service from 14 October, a move that will give leisure travellers another low-cost option between Thailand and one of southern India’s major cities. The airline plans to fly from Don Mueang International Airport to Hyderabad four times a week, using a Boeing 737-8 with 189 seats, according to advance timetables reviewed online. FlightsFrom.com says the route is roughly three hours and 40 minutes non-stop. </w:t>
      </w:r>
      <w:r/>
    </w:p>
    <w:p>
      <w:r/>
      <w:r>
        <w:t xml:space="preserve">The timing is notable because Thai AirAsia is also lining up a return to the same route, with services due to restart on 18 November. According to AirAsia’s own announcement, the carrier cut capacity earlier in 2026 after fuel costs rose and demand softened, and it temporarily paused the Bangkok-Hyderabad link from 1 June to 24 October. Its published schedule shows four weekly flights on Mondays, Wednesdays, Fridays and Sundays, using Airbus A320 aircraft with 180 seats. AirAsia’s booking site lists fares from THB 4,813 for November travel. </w:t>
      </w:r>
      <w:r/>
    </w:p>
    <w:p>
      <w:r/>
      <w:r>
        <w:t xml:space="preserve">For travellers, the return of two budget airlines on the same city pair should improve choice and scheduling flexibility. Nok Air’s planned departure pattern will run on Tuesdays, Wednesdays, Fridays and Sundays, while Thai AirAsia’s will follow a different set of days, which may help people find better connections for weekend breaks or longer holidays. Nok Air had suspended all international routes in June 2025, so the Hyderabad service marks a clear re-entry into the India market during the winter timetable running from October 2026 to March 2027. </w:t>
      </w:r>
      <w:r/>
    </w:p>
    <w:p>
      <w:r/>
      <w:r>
        <w:t xml:space="preserve">Hyderabad is already one of India’s most useful gateways for visitors heading to Telangana and nearby parts of south-central India, so the added capacity could make trips from Thailand easier to plan without a connection. With both airlines using Don Mueang, travellers should also benefit from the airport’s more straightforward low-cost layout, though demand on the route may push prices around the launch period. For holidaymakers comparing flights, the key change is simple: from late 2026, Bangkok and Hyderabad are set to be linked by two competing non-stop budget services rather than one.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w:t>
      </w:r>
      <w:hyperlink r:id="rId12">
        <w:r>
          <w:rPr>
            <w:color w:val="0000EE"/>
            <w:u w:val="single"/>
          </w:rPr>
          <w:t>[5]</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https://www.ttrweekly.com/site/2026/08/nok-air-resumes-flights-to-india/</w:t>
        </w:r>
      </w:hyperlink>
      <w:r>
        <w:t xml:space="preserve"> - Please view link - unable to able to access data</w:t>
      </w:r>
      <w:r/>
    </w:p>
    <w:p>
      <w:pPr>
        <w:pStyle w:val="ListNumber"/>
        <w:spacing w:line="240" w:lineRule="auto"/>
        <w:ind w:left="720"/>
      </w:pPr>
      <w:r/>
      <w:hyperlink r:id="rId9">
        <w:r>
          <w:rPr>
            <w:color w:val="0000EE"/>
            <w:u w:val="single"/>
          </w:rPr>
          <w:t>https://www.ttrweekly.com/site/2026/08/nok-air-resumes-flights-to-india/</w:t>
        </w:r>
      </w:hyperlink>
      <w:r>
        <w:t xml:space="preserve"> - Bangkok-based Nok Air plans to resume direct flights from Don Mueang International Airport (DMK) in Bangkok to Rajiv Gandhi International Airport (HYD) in Hyderabad, India, starting 14 October 2026. The airline intends to operate four weekly services on Tuesdays, Wednesdays, Fridays, and Sundays, using a Boeing 737-8 aircraft with 189 seats. This move follows the suspension of all international routes in June 2025. Thai AirAsia has also scheduled a return to Hyderabad, effective 18 November 2026, deploying Airbus A320s with 180 seats on the route. Advance online timetables show Thai AirAsia flying four weekly services on Monday, Wednesday, Friday, and Sunday.</w:t>
      </w:r>
      <w:r/>
    </w:p>
    <w:p>
      <w:pPr>
        <w:pStyle w:val="ListNumber"/>
        <w:spacing w:line="240" w:lineRule="auto"/>
        <w:ind w:left="720"/>
      </w:pPr>
      <w:r/>
      <w:hyperlink r:id="rId11">
        <w:r>
          <w:rPr>
            <w:color w:val="0000EE"/>
            <w:u w:val="single"/>
          </w:rPr>
          <w:t>https://newsroom.airasia.com/news/thai-airasia-implements-flight-schedules-reduction-by-30-in-may-june-to-navigate-surging-fuel-costs-and-softer-travel-demand</w:t>
        </w:r>
      </w:hyperlink>
      <w:r>
        <w:t xml:space="preserve"> - Thai AirAsia announced a strategic capacity adjustment for the second quarter of 2026, reducing overall seat capacity by an average of 30% in May and June. This decision was made in response to surging global aviation fuel prices and a seasonal decline in travel demand. The airline suspended several domestic and international routes during this period, including the Don Mueang (DMK) to Hyderabad (HYD) route, effective from 1 June 2026 to 24 October 2026. (</w:t>
      </w:r>
      <w:hyperlink r:id="rId14">
        <w:r>
          <w:rPr>
            <w:color w:val="0000EE"/>
            <w:u w:val="single"/>
          </w:rPr>
          <w:t>newsroom.airasia.com</w:t>
        </w:r>
      </w:hyperlink>
      <w:r>
        <w:t>)</w:t>
      </w:r>
      <w:r/>
    </w:p>
    <w:p>
      <w:pPr>
        <w:pStyle w:val="ListNumber"/>
        <w:spacing w:line="240" w:lineRule="auto"/>
        <w:ind w:left="720"/>
      </w:pPr>
      <w:r/>
      <w:hyperlink r:id="rId10">
        <w:r>
          <w:rPr>
            <w:color w:val="0000EE"/>
            <w:u w:val="single"/>
          </w:rPr>
          <w:t>https://www.flightsfrom.com/DMK-HYD</w:t>
        </w:r>
      </w:hyperlink>
      <w:r>
        <w:t xml:space="preserve"> - FlightsFrom.com provides information on direct (non-stop) flights from Don Mueang International Airport (DMK) in Bangkok to Rajiv Gandhi International Airport (HYD) in Hyderabad. The route is operated by Nok Air and Thai AirAsia, with a flight time of approximately 3 hours and 40 minutes. Nok Air is scheduled to begin flights on 14 October 2026, while Thai AirAsia has been operating the route since 2024. (</w:t>
      </w:r>
      <w:hyperlink r:id="rId15">
        <w:r>
          <w:rPr>
            <w:color w:val="0000EE"/>
            <w:u w:val="single"/>
          </w:rPr>
          <w:t>flightsfrom.com</w:t>
        </w:r>
      </w:hyperlink>
      <w:r>
        <w:t>)</w:t>
      </w:r>
      <w:r/>
    </w:p>
    <w:p>
      <w:pPr>
        <w:pStyle w:val="ListNumber"/>
        <w:spacing w:line="240" w:lineRule="auto"/>
        <w:ind w:left="720"/>
      </w:pPr>
      <w:r/>
      <w:hyperlink r:id="rId12">
        <w:r>
          <w:rPr>
            <w:color w:val="0000EE"/>
            <w:u w:val="single"/>
          </w:rPr>
          <w:t>https://www.airasia.com/flights/th/th/from-bangkok-dmk-to-hyderabad-hyd/</w:t>
        </w:r>
      </w:hyperlink>
      <w:r>
        <w:t xml:space="preserve"> - AirAsia MOVE offers booking services for flights from Bangkok (DMK) to Hyderabad (HYD). Thai AirAsia operates direct flights on this route, with schedules available for November 2026. The flights are approximately 3 hours and 35 minutes long, with fares starting from THB 4,813. (</w:t>
      </w:r>
      <w:hyperlink r:id="rId16">
        <w:r>
          <w:rPr>
            <w:color w:val="0000EE"/>
            <w:u w:val="single"/>
          </w:rPr>
          <w:t>airasia.com</w:t>
        </w:r>
      </w:hyperlink>
      <w:r>
        <w:t>)</w:t>
      </w:r>
      <w:r/>
    </w:p>
    <w:p>
      <w:pPr>
        <w:pStyle w:val="ListNumber"/>
        <w:spacing w:line="240" w:lineRule="auto"/>
        <w:ind w:left="720"/>
      </w:pPr>
      <w:r/>
      <w:hyperlink r:id="rId17">
        <w:r>
          <w:rPr>
            <w:color w:val="0000EE"/>
            <w:u w:val="single"/>
          </w:rPr>
          <w:t>https://info.flightmapper.net/route/AirAsia_AK_KUL_HYD</w:t>
        </w:r>
      </w:hyperlink>
      <w:r>
        <w:t xml:space="preserve"> - FlightMapper provides information on AirAsia flights from Kuala Lumpur (KUL) to Hyderabad (HYD). The schedule includes direct flights operated by Airbus A320neo aircraft, with a flight time of approximately 4 hours and 20 minutes. The service is effective from 30 October 2026. (</w:t>
      </w:r>
      <w:hyperlink r:id="rId18">
        <w:r>
          <w:rPr>
            <w:color w:val="0000EE"/>
            <w:u w:val="single"/>
          </w:rPr>
          <w:t>info.flightmapper.net</w:t>
        </w:r>
      </w:hyperlink>
      <w:r>
        <w:t>)</w:t>
      </w:r>
      <w:r/>
    </w:p>
    <w:p>
      <w:pPr>
        <w:pStyle w:val="ListNumber"/>
        <w:spacing w:line="240" w:lineRule="auto"/>
        <w:ind w:left="720"/>
      </w:pPr>
      <w:r/>
      <w:hyperlink r:id="rId19">
        <w:r>
          <w:rPr>
            <w:color w:val="0000EE"/>
            <w:u w:val="single"/>
          </w:rPr>
          <w:t>https://newsroom.airasia.com/news/airasia-thailand-announces-new-direct-services-to-hyderabad-and-phuket-from-bangkok-and-chennai</w:t>
        </w:r>
      </w:hyperlink>
      <w:r>
        <w:t xml:space="preserve"> - AirAsia Thailand announced new direct services to Hyderabad and Phuket from Bangkok and Chennai, totalling 14 routes from India to Thailand. The new flight services are set to commence on 27 October 2024 for Hyderabad and 30 October 2024 for Phuket. (</w:t>
      </w:r>
      <w:hyperlink r:id="rId20">
        <w:r>
          <w:rPr>
            <w:color w:val="0000EE"/>
            <w:u w:val="single"/>
          </w:rPr>
          <w:t>newsroom.airasia.com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trweekly.com/site/2026/08/nok-air-resumes-flights-to-india/" TargetMode="External"/><Relationship Id="rId10" Type="http://schemas.openxmlformats.org/officeDocument/2006/relationships/hyperlink" Target="https://www.flightsfrom.com/DMK-HYD" TargetMode="External"/><Relationship Id="rId11" Type="http://schemas.openxmlformats.org/officeDocument/2006/relationships/hyperlink" Target="https://newsroom.airasia.com/news/thai-airasia-implements-flight-schedules-reduction-by-30-in-may-june-to-navigate-surging-fuel-costs-and-softer-travel-demand" TargetMode="External"/><Relationship Id="rId12" Type="http://schemas.openxmlformats.org/officeDocument/2006/relationships/hyperlink" Target="https://www.airasia.com/flights/th/th/from-bangkok-dmk-to-hyderabad-hyd/" TargetMode="External"/><Relationship Id="rId13" Type="http://schemas.openxmlformats.org/officeDocument/2006/relationships/hyperlink" Target="https://www.noahwire.com" TargetMode="External"/><Relationship Id="rId14" Type="http://schemas.openxmlformats.org/officeDocument/2006/relationships/hyperlink" Target="https://newsroom.airasia.com/news/thai-airasia-implements-flight-schedules-reduction-by-30-in-may-june-to-navigate-surging-fuel-costs-and-softer-travel-demand?utm_source=openai" TargetMode="External"/><Relationship Id="rId15" Type="http://schemas.openxmlformats.org/officeDocument/2006/relationships/hyperlink" Target="https://www.flightsfrom.com/DMK-HYD?utm_source=openai" TargetMode="External"/><Relationship Id="rId16" Type="http://schemas.openxmlformats.org/officeDocument/2006/relationships/hyperlink" Target="https://www.airasia.com/flights/th/th/from-bangkok-dmk-to-hyderabad-hyd/?utm_source=openai" TargetMode="External"/><Relationship Id="rId17" Type="http://schemas.openxmlformats.org/officeDocument/2006/relationships/hyperlink" Target="https://info.flightmapper.net/route/AirAsia_AK_KUL_HYD" TargetMode="External"/><Relationship Id="rId18" Type="http://schemas.openxmlformats.org/officeDocument/2006/relationships/hyperlink" Target="https://info.flightmapper.net/route/AirAsia_AK_KUL_HYD?utm_source=openai" TargetMode="External"/><Relationship Id="rId19" Type="http://schemas.openxmlformats.org/officeDocument/2006/relationships/hyperlink" Target="https://newsroom.airasia.com/news/airasia-thailand-announces-new-direct-services-to-hyderabad-and-phuket-from-bangkok-and-chennai" TargetMode="External"/><Relationship Id="rId20" Type="http://schemas.openxmlformats.org/officeDocument/2006/relationships/hyperlink" Target="https://newsroom.airasia.com/news/airasia-thailand-announces-new-direct-services-to-hyderabad-and-phuket-from-bangkok-and-chennai?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