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 Astana expands routes to Tbilisi, Bishkek and Bangkok, enhancing holiday flexibility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Air Astana is widening its schedule from Almaty and Astana, giving holidaymakers more flexibility on three routes that are popular for city breaks and regional trips. According to the airline, extra services to Tbilisi will begin on 2 October, while the Bishkek link will move to daily flights from 30 August. The Bangkok route from Almaty will also step up from 30 September before becoming daily in November, which should make it easier for travellers to find dates that suit school holidays, long weekends and onward connections. The additional Tbilisi flights will run on Wednesdays and Saturdays, while the Astana-Tbilisi service is being extended through 11 October on Fridays and Sundays. </w:t>
      </w:r>
      <w:r/>
    </w:p>
    <w:p>
      <w:r/>
      <w:r>
        <w:t xml:space="preserve">For travellers heading to Georgia, the higher frequency is likely to mean better choice and less pressure on peak travel dates. Flightsfrom.com lists the Almaty-Tbilisi journey at just over four hours, making it a practical option for a short city break or a wider holiday across the Caucasus. The route is already served directly by Air Astana, so the extra departures should mainly improve convenience rather than change the way people travel. </w:t>
      </w:r>
      <w:r/>
    </w:p>
    <w:p>
      <w:r/>
      <w:r>
        <w:t xml:space="preserve">The move to daily Bishkek flights is likely to be especially useful for business travellers, relatives visiting family and passengers making short cross-border trips. Flightsfrom.com says the Almaty-Bishkek sector is very short, at around 131 miles, which means schedule choice matters more than flight time on this route. For leisure travellers, the increase could also make it simpler to combine Kyrgyzstan with a wider Central Asia itinerary. </w:t>
      </w:r>
      <w:r/>
    </w:p>
    <w:p>
      <w:r/>
      <w:r>
        <w:t xml:space="preserve">Bangkok is the biggest draw in the revised schedule for holidaymakers planning a longer trip. Flightsfrom.com says the Almaty-Bangkok service takes about six hours and 40 minutes, and Air Astana’s planned move to daily operations from November should give passengers more room to build flexible itineraries around hotel check-in dates, tours and internal connections within Thailand. The expansion comes as the airline is also managing disruption on some Gulf routes: it has extended the suspension of flights from Almaty and Astana to Dubai until 30 September 2026 and adjusted parts of its October schedule, offering rebooking on affected tickets.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[3]</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https://www.trend.az/casia/kazakhstan/4216227.html</w:t>
        </w:r>
      </w:hyperlink>
      <w:r>
        <w:t xml:space="preserve"> - Please view link - unable to able to access data</w:t>
      </w:r>
      <w:r/>
    </w:p>
    <w:p>
      <w:pPr>
        <w:pStyle w:val="ListNumber"/>
        <w:spacing w:line="240" w:lineRule="auto"/>
        <w:ind w:left="720"/>
      </w:pPr>
      <w:r/>
      <w:hyperlink r:id="rId9">
        <w:r>
          <w:rPr>
            <w:color w:val="0000EE"/>
            <w:u w:val="single"/>
          </w:rPr>
          <w:t>https://www.trend.az/casia/kazakhstan/4216227.html</w:t>
        </w:r>
      </w:hyperlink>
      <w:r>
        <w:t xml:space="preserve"> - Air Astana, Kazakhstan's flagship airline, has announced an increase in flight frequencies from Almaty to Tbilisi, Bishkek, and Bangkok. Starting October 2, additional flights to Tbilisi will operate on Wednesdays and Saturdays. Flights from Astana to Tbilisi will be extended through October 11, with services on Fridays and Sundays. Beginning August 30, daily flights to Bishkek will be introduced, adding services on Saturdays and Sundays. From September 30, flights from Almaty to Bangkok will increase to five per week, becoming daily in November.</w:t>
      </w:r>
      <w:r/>
    </w:p>
    <w:p>
      <w:pPr>
        <w:pStyle w:val="ListNumber"/>
        <w:spacing w:line="240" w:lineRule="auto"/>
        <w:ind w:left="720"/>
      </w:pPr>
      <w:r/>
      <w:hyperlink r:id="rId10">
        <w:r>
          <w:rPr>
            <w:color w:val="0000EE"/>
            <w:u w:val="single"/>
          </w:rPr>
          <w:t>https://www.flightsfrom.com/ALA-BKK</w:t>
        </w:r>
      </w:hyperlink>
      <w:r>
        <w:t xml:space="preserve"> - FlightsFrom.com provides detailed schedules for direct flights from Almaty International Airport (ALA) to Suvarnabhumi Airport in Bangkok (BKK). Air Astana operates these flights, with a flight time of approximately 6 hours and 40 minutes, covering a distance of 2,499 miles. The monthly and weekly calendars display all direct flight departures from Almaty to Bangkok, assisting passengers in planning their travel.</w:t>
      </w:r>
      <w:r/>
    </w:p>
    <w:p>
      <w:pPr>
        <w:pStyle w:val="ListNumber"/>
        <w:spacing w:line="240" w:lineRule="auto"/>
        <w:ind w:left="720"/>
      </w:pPr>
      <w:r/>
      <w:hyperlink r:id="rId11">
        <w:r>
          <w:rPr>
            <w:color w:val="0000EE"/>
            <w:u w:val="single"/>
          </w:rPr>
          <w:t>https://www.flightsfrom.com/ALA-TBS</w:t>
        </w:r>
      </w:hyperlink>
      <w:r>
        <w:t xml:space="preserve"> - FlightsFrom.com offers comprehensive schedules for direct flights from Almaty International Airport (ALA) to Tbilisi International Airport (TBS). Air Astana operates these flights, with a flight time of about 4 hours and 10 minutes, covering a distance of 1,637 miles. The platform provides monthly and weekly calendars, showing all direct flight departures from Almaty to Tbilisi, aiding passengers in their travel planning.</w:t>
      </w:r>
      <w:r/>
    </w:p>
    <w:p>
      <w:pPr>
        <w:pStyle w:val="ListNumber"/>
        <w:spacing w:line="240" w:lineRule="auto"/>
        <w:ind w:left="720"/>
      </w:pPr>
      <w:r/>
      <w:hyperlink r:id="rId12">
        <w:r>
          <w:rPr>
            <w:color w:val="0000EE"/>
            <w:u w:val="single"/>
          </w:rPr>
          <w:t>https://www.flightsfrom.com/ALA-BSZ</w:t>
        </w:r>
      </w:hyperlink>
      <w:r>
        <w:t xml:space="preserve"> - FlightsFrom.com presents detailed schedules for direct flights from Almaty International Airport (ALA) to Manas International Airport in Bishkek (BSZ). Air Astana operates these flights, with a flight time of approximately 23 hours and 30 minutes, covering a distance of 131 miles. The platform lists all direct flight departures from Almaty to Bishkek, assisting passengers in planning their journeys.</w:t>
      </w:r>
      <w:r/>
    </w:p>
    <w:p>
      <w:pPr>
        <w:pStyle w:val="ListNumber"/>
        <w:spacing w:line="240" w:lineRule="auto"/>
        <w:ind w:left="720"/>
      </w:pPr>
      <w:r/>
      <w:hyperlink r:id="rId13">
        <w:r>
          <w:rPr>
            <w:color w:val="0000EE"/>
            <w:u w:val="single"/>
          </w:rPr>
          <w:t>https://astanatimes.com/2026/06/air-astana-resumes-dubai-flights-with-gradual-schedule-restoration/</w:t>
        </w:r>
      </w:hyperlink>
      <w:r>
        <w:t xml:space="preserve"> - The Astana Times reports that Air Astana is gradually restoring scheduled flights to Dubai from Almaty and Astana, starting in June and July 2026. Almaty-Dubai flights are set to resume on June 20, with frequencies increasing to daily by early July. Astana-Dubai services will restart on July 10, with daily operations expected by early August. Passengers with previously rebooked tickets for flights before July 31 can rebook free of charge onto earlier services.</w:t>
      </w:r>
      <w:r/>
    </w:p>
    <w:p>
      <w:pPr>
        <w:pStyle w:val="ListNumber"/>
        <w:spacing w:line="240" w:lineRule="auto"/>
        <w:ind w:left="720"/>
      </w:pPr>
      <w:r/>
      <w:hyperlink r:id="rId14">
        <w:r>
          <w:rPr>
            <w:color w:val="0000EE"/>
            <w:u w:val="single"/>
          </w:rPr>
          <w:t>https://astanatimes.com/2026/07/air-astana-suspends-dubai-flights-as-ajet-expands-kazakhstan-turkiye-services/</w:t>
        </w:r>
      </w:hyperlink>
      <w:r>
        <w:t xml:space="preserve"> - The Astana Times reports that Air Astana has suspended flights to Dubai due to the escalating situation in the Middle East. Flights on the Almaty-Dubai-Almaty route scheduled for July 13 and 14, as well as those on the Astana-Dubai-Astana route for July 14, have been cancelled. Passengers are entitled to a full refund or free rebooking for flights scheduled between July 12 and 18 to alternative departures by July 31.</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end.az/casia/kazakhstan/4216227.html" TargetMode="External"/><Relationship Id="rId10" Type="http://schemas.openxmlformats.org/officeDocument/2006/relationships/hyperlink" Target="https://www.flightsfrom.com/ALA-BKK" TargetMode="External"/><Relationship Id="rId11" Type="http://schemas.openxmlformats.org/officeDocument/2006/relationships/hyperlink" Target="https://www.flightsfrom.com/ALA-TBS" TargetMode="External"/><Relationship Id="rId12" Type="http://schemas.openxmlformats.org/officeDocument/2006/relationships/hyperlink" Target="https://www.flightsfrom.com/ALA-BSZ" TargetMode="External"/><Relationship Id="rId13" Type="http://schemas.openxmlformats.org/officeDocument/2006/relationships/hyperlink" Target="https://astanatimes.com/2026/06/air-astana-resumes-dubai-flights-with-gradual-schedule-restoration/" TargetMode="External"/><Relationship Id="rId14" Type="http://schemas.openxmlformats.org/officeDocument/2006/relationships/hyperlink" Target="https://astanatimes.com/2026/07/air-astana-suspends-dubai-flights-as-ajet-expands-kazakhstan-turkiye-services/"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