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 Airways offers direct business class flights from Copenhagen to Bangkok, prioritising convenience over cost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Thai Airways is advertising nonstop business class flights from Copenhagen to Bangkok, with fares starting at €2,270 return on selected dates. For travellers heading to Thailand for a holiday, the main appeal is straightforward: a direct long-haul journey that avoids the extra time, missed-connection risk and airport hassle that often come with cheaper one-stop options.</w:t>
      </w:r>
      <w:r/>
    </w:p>
    <w:p>
      <w:r/>
      <w:r>
        <w:t>According to Thai Airways, the Royal Silk Class ticket includes dedicated check-in at Suvarnabhumi Airport in Bangkok, fast-track security and lounge access, which can make the arrival and departure experience noticeably easier on a long trip. The airline says travel dates are available until mid-February 2027, except for the Christmas period, and then again from mid-April to June 2027.</w:t>
      </w:r>
      <w:r/>
    </w:p>
    <w:p>
      <w:r/>
      <w:r>
        <w:t>Flight information sites show the route is operated daily, with the Bangkok service taking around 10 hours and 30 to 55 minutes depending on the schedule source. That makes it one of the most convenient ways to reach Thailand from Denmark, especially for travellers who value arriving in Bangkok without a stopover. Other airlines also sell Copenhagen–Bangkok tickets at lower prices, but those itineraries usually involve at least one connection, so the direct Thai Airways option is aimed more at comfort and simplicity than at the cheapest possible fare.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w:t>
      </w:r>
      <w:hyperlink r:id="rId10">
        <w:r>
          <w:rPr>
            <w:color w:val="0000EE"/>
            <w:u w:val="single"/>
          </w:rPr>
          <w:t>[2]</w:t>
        </w:r>
      </w:hyperlink>
      <w:r>
        <w:t xml:space="preserve">- Paragraph 2: </w:t>
      </w:r>
      <w:hyperlink r:id="rId10">
        <w:r>
          <w:rPr>
            <w:color w:val="0000EE"/>
            <w:u w:val="single"/>
          </w:rPr>
          <w:t>[2]</w:t>
        </w:r>
      </w:hyperlink>
      <w:r>
        <w:t xml:space="preserve">- Paragraph 3: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[7]</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https://premium-flights.com/business-class-copenhagen-bangkok-nonstop/</w:t>
        </w:r>
      </w:hyperlink>
      <w:r>
        <w:t xml:space="preserve"> - Please view link - unable to able to access data</w:t>
      </w:r>
      <w:r/>
    </w:p>
    <w:p>
      <w:pPr>
        <w:pStyle w:val="ListNumber"/>
        <w:spacing w:line="240" w:lineRule="auto"/>
        <w:ind w:left="720"/>
      </w:pPr>
      <w:r/>
      <w:hyperlink r:id="rId10">
        <w:r>
          <w:rPr>
            <w:color w:val="0000EE"/>
            <w:u w:val="single"/>
          </w:rPr>
          <w:t>https://www.thaiairways.com/flights/en/business-class-flights-from-copenhagen-to-bangkok</w:t>
        </w:r>
      </w:hyperlink>
      <w:r>
        <w:t xml:space="preserve"> - Thai Airways offers direct business class flights from Copenhagen to Bangkok, providing passengers with comfortable seats, delicious food, and impeccable service. The Royal Silk Class includes dedicated check-in facilities at Suvarnabhumi Airport in Bangkok, fast-track security, and access to exclusive lounges. Fares for round-trip business class flights start from DKK 17,345, with various travel dates available until mid-February 2027, excluding the Christmas holidays, and again from mid-April to June 2027. Please note that prices are subject to change and may vary based on availability and booking time.</w:t>
      </w:r>
      <w:r/>
    </w:p>
    <w:p>
      <w:pPr>
        <w:pStyle w:val="ListNumber"/>
        <w:spacing w:line="240" w:lineRule="auto"/>
        <w:ind w:left="720"/>
      </w:pPr>
      <w:r/>
      <w:hyperlink r:id="rId11">
        <w:r>
          <w:rPr>
            <w:color w:val="0000EE"/>
            <w:u w:val="single"/>
          </w:rPr>
          <w:t>https://www.flightsfrom.com/CPH-BKK</w:t>
        </w:r>
      </w:hyperlink>
      <w:r>
        <w:t xml:space="preserve"> - FlightsFrom.com provides detailed information on direct flights from Copenhagen Airport (CPH) to Suvarnabhumi Airport (BKK) in Bangkok. The route is operated by Thai Airways International and Scandinavian Airlines, with a flight time of approximately 10 hours and 55 minutes, covering a distance of 5,396 miles. The monthly schedule indicates daily departures, with Thai Airways International offering one daily flight, and Scandinavian Airlines beginning service on October 25, 2026. Passengers can choose between nonstop flights or options with stopovers, depending on their preferences.</w:t>
      </w:r>
      <w:r/>
    </w:p>
    <w:p>
      <w:pPr>
        <w:pStyle w:val="ListNumber"/>
        <w:spacing w:line="240" w:lineRule="auto"/>
        <w:ind w:left="720"/>
      </w:pPr>
      <w:r/>
      <w:hyperlink r:id="rId12">
        <w:r>
          <w:rPr>
            <w:color w:val="0000EE"/>
            <w:u w:val="single"/>
          </w:rPr>
          <w:t>https://www.austrian.com/lhg/dk/en/o-d/cy-cy/copenhagen-bangkok</w:t>
        </w:r>
      </w:hyperlink>
      <w:r>
        <w:t xml:space="preserve"> - Austrian Airlines offers flights from Copenhagen (CPH) to Bangkok (BKK), with return flights starting from 5,040 DKK. The flight covers a distance of approximately 8,637 km. The airline provides various travel dates, including options in August 2026, with fares starting from 5,643 DKK, and in September 2026, with fares from 5,040 DKK. Passengers can enjoy Austrian hospitality in the skies, with dedicated crew ensuring a comfortable and seamless journey from takeoff in Copenhagen to landing in Bangkok.</w:t>
      </w:r>
      <w:r/>
    </w:p>
    <w:p>
      <w:pPr>
        <w:pStyle w:val="ListNumber"/>
        <w:spacing w:line="240" w:lineRule="auto"/>
        <w:ind w:left="720"/>
      </w:pPr>
      <w:r/>
      <w:hyperlink r:id="rId13">
        <w:r>
          <w:rPr>
            <w:color w:val="0000EE"/>
            <w:u w:val="single"/>
          </w:rPr>
          <w:t>https://www.klm.dk/en-dk/flights-from-copenhagen-to-bangkok</w:t>
        </w:r>
      </w:hyperlink>
      <w:r>
        <w:t xml:space="preserve"> - KLM offers flights from Copenhagen (CPH) to Bangkok (BKK), with round-trip economy class fares starting from DKK 5,103. The airline provides various travel dates, including options in August 2026, with fares from DKK 5,103, and in September 2026, with fares from DKK 11,793. Booking directly on the KLM website offers benefits such as no hidden costs and 24/7 customer service. Passengers can choose from multiple departure and return dates to suit their travel plans.</w:t>
      </w:r>
      <w:r/>
    </w:p>
    <w:p>
      <w:pPr>
        <w:pStyle w:val="ListNumber"/>
        <w:spacing w:line="240" w:lineRule="auto"/>
        <w:ind w:left="720"/>
      </w:pPr>
      <w:r/>
      <w:hyperlink r:id="rId16">
        <w:r>
          <w:rPr>
            <w:color w:val="0000EE"/>
            <w:u w:val="single"/>
          </w:rPr>
          <w:t>https://www.thailandairways.com/copenhagen-to-bangkok</w:t>
        </w:r>
      </w:hyperlink>
      <w:r>
        <w:t xml:space="preserve"> - Thailand Airways offers flights from Copenhagen to Bangkok, with fares starting from $242 USD. The airline provides various travel dates, including options in August 2026, with fares from $242 USD. Passengers can enjoy comfortable seating and quality service during their journey. The website offers a user-friendly interface for booking flights, with options to select departure and arrival dates, as well as the number of passengers. Please note that prices are subject to change and may vary based on availability and booking time.</w:t>
      </w:r>
      <w:r/>
    </w:p>
    <w:p>
      <w:pPr>
        <w:pStyle w:val="ListNumber"/>
        <w:spacing w:line="240" w:lineRule="auto"/>
        <w:ind w:left="720"/>
      </w:pPr>
      <w:r/>
      <w:hyperlink r:id="rId14">
        <w:r>
          <w:rPr>
            <w:color w:val="0000EE"/>
            <w:u w:val="single"/>
          </w:rPr>
          <w:t>https://info.flightmapper.net/flight/Thai_Airways_TG_951</w:t>
        </w:r>
      </w:hyperlink>
      <w:r>
        <w:t xml:space="preserve"> - FlightMapper provides detailed information on Thai Airways flight TG 951, operating from Copenhagen (CPH) to Bangkok Suvarnabhumi (BKK). The flight is scheduled to depart daily at 13:50 from Copenhagen, arriving in Bangkok at 06:20 the following day. The flight duration is approximately 10 hours and 30 minutes, covering a distance of 5,363 miles. The aircraft used is a Boeing 777-300ER (77W). The schedule is valid until March 28, 2026, with an updated schedule effective from October 25, 2026, departing at 13:50 and arriving at 06:20 the following day.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remium-flights.com/business-class-copenhagen-bangkok-nonstop/" TargetMode="External"/><Relationship Id="rId10" Type="http://schemas.openxmlformats.org/officeDocument/2006/relationships/hyperlink" Target="https://www.thaiairways.com/flights/en/business-class-flights-from-copenhagen-to-bangkok" TargetMode="External"/><Relationship Id="rId11" Type="http://schemas.openxmlformats.org/officeDocument/2006/relationships/hyperlink" Target="https://www.flightsfrom.com/CPH-BKK" TargetMode="External"/><Relationship Id="rId12" Type="http://schemas.openxmlformats.org/officeDocument/2006/relationships/hyperlink" Target="https://www.austrian.com/lhg/dk/en/o-d/cy-cy/copenhagen-bangkok" TargetMode="External"/><Relationship Id="rId13" Type="http://schemas.openxmlformats.org/officeDocument/2006/relationships/hyperlink" Target="https://www.klm.dk/en-dk/flights-from-copenhagen-to-bangkok" TargetMode="External"/><Relationship Id="rId14" Type="http://schemas.openxmlformats.org/officeDocument/2006/relationships/hyperlink" Target="https://info.flightmapper.net/flight/Thai_Airways_TG_951" TargetMode="External"/><Relationship Id="rId15" Type="http://schemas.openxmlformats.org/officeDocument/2006/relationships/hyperlink" Target="https://www.noahwire.com" TargetMode="External"/><Relationship Id="rId16" Type="http://schemas.openxmlformats.org/officeDocument/2006/relationships/hyperlink" Target="https://www.thailandairways.com/copenhagen-to-bangko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