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Qatar Airways offers $973 round-trip flights from Philadelphia to Bangkok with one-stop convenience</w:t>
      </w:r>
      <w:r/>
    </w:p>
    <w:p>
      <w:r/>
      <w:r/>
    </w:p>
    <w:p>
      <w:r>
        <w:drawing>
          <wp:inline xmlns:a="http://schemas.openxmlformats.org/drawingml/2006/main" xmlns:pic="http://schemas.openxmlformats.org/drawingml/2006/picture">
            <wp:extent cx="5080000" cy="3408101"/>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3408101"/>
                    </a:xfrm>
                    <a:prstGeom prst="rect"/>
                  </pic:spPr>
                </pic:pic>
              </a:graphicData>
            </a:graphic>
          </wp:inline>
        </w:drawing>
      </w:r>
    </w:p>
    <w:p>
      <w:r/>
      <w:r>
        <w:t>Qatar Airways is selling round-trip tickets from Philadelphia to Bangkok for $973 including taxes, a fare that could appeal to travellers looking for a relatively straightforward one-stop way into Thailand’s capital. The Flight Deal said the journey runs via Doha, with the sample itinerary showing a November 4 to 11 trip, and noted that the fare is available on selected dates through late November 2026 and again from late January to early April 2027.</w:t>
      </w:r>
      <w:r/>
    </w:p>
    <w:p>
      <w:r/>
      <w:r>
        <w:t>For holidaymakers, the biggest practical attraction is the simplicity of the routing. The trip uses Qatar Airways flights from Philadelphia to Doha and then on to Bangkok, with the return following the same path. The Flight Deal said one stopover is permitted, which may suit travellers who want to break up a long-haul journey rather than rush straight through.</w:t>
      </w:r>
      <w:r/>
    </w:p>
    <w:p>
      <w:r/>
      <w:r>
        <w:t>The deal does come with some conditions. According to The Flight Deal, the fare is in booking class O, requires a minimum stay of seven days and must be purchased at least 14 days before departure. Travellers are being directed to search availability through ITA Matrix before booking directly with Qatar Airways, as the fare may not show up on every date or every search.</w:t>
      </w:r>
      <w:r/>
    </w:p>
    <w:p>
      <w:r/>
      <w:r>
        <w:t>For US travellers heading to Thailand, the broader trip planning picture is still favourable. The Flight Deal said Americans do not need a visa for entry under the conditions it listed, and it also pointed readers towards accommodation, car hire and excursion options. It is worth noting that this is not the lowest Philadelphia-Bangkok fare The Flight Deal has highlighted in the past: it reported similar Qatar Airways deals at $911 in March 2025 and $847 in November 2025, while earlier offers in 2019 were lower still, showing how these promotional prices can shift over time.</w:t>
      </w:r>
      <w:r/>
    </w:p>
    <w:p>
      <w:pPr>
        <w:pStyle w:val="Heading3"/>
      </w:pPr>
      <w:r>
        <w:t>Source Reference Map</w:t>
      </w:r>
      <w:r/>
    </w:p>
    <w:p>
      <w:r/>
      <w:r>
        <w:rPr>
          <w:b/>
        </w:rPr>
        <w:t>Inspired by headline at:</w:t>
      </w:r>
      <w:r>
        <w:t xml:space="preserve"> </w:t>
      </w:r>
      <w:hyperlink r:id="rId9">
        <w:r>
          <w:rPr>
            <w:color w:val="0000EE"/>
            <w:u w:val="single"/>
          </w:rPr>
          <w:t>[1]</w:t>
        </w:r>
      </w:hyperlink>
      <w:r/>
    </w:p>
    <w:p>
      <w:r/>
      <w:r>
        <w:rPr>
          <w:b/>
        </w:rPr>
        <w:t>Sources by paragraph:</w:t>
      </w:r>
      <w:r>
        <w:t xml:space="preserve">- Paragraph 1: </w:t>
      </w:r>
      <w:hyperlink r:id="rId9">
        <w:r>
          <w:rPr>
            <w:color w:val="0000EE"/>
            <w:u w:val="single"/>
          </w:rPr>
          <w:t>[2]</w:t>
        </w:r>
      </w:hyperlink>
      <w:r>
        <w:t xml:space="preserve">- Paragraph 2: </w:t>
      </w:r>
      <w:hyperlink r:id="rId9">
        <w:r>
          <w:rPr>
            <w:color w:val="0000EE"/>
            <w:u w:val="single"/>
          </w:rPr>
          <w:t>[2]</w:t>
        </w:r>
      </w:hyperlink>
      <w:r>
        <w:t xml:space="preserve">- Paragraph 3: </w:t>
      </w:r>
      <w:hyperlink r:id="rId9">
        <w:r>
          <w:rPr>
            <w:color w:val="0000EE"/>
            <w:u w:val="single"/>
          </w:rPr>
          <w:t>[2]</w:t>
        </w:r>
      </w:hyperlink>
      <w:r>
        <w:t xml:space="preserve">- Paragraph 4: </w:t>
      </w:r>
      <w:hyperlink r:id="rId9">
        <w:r>
          <w:rPr>
            <w:color w:val="0000EE"/>
            <w:u w:val="single"/>
          </w:rPr>
          <w:t>[2]</w:t>
        </w:r>
      </w:hyperlink>
      <w:r>
        <w:t xml:space="preserve">, </w:t>
      </w:r>
      <w:hyperlink r:id="rId10">
        <w:r>
          <w:rPr>
            <w:color w:val="0000EE"/>
            <w:u w:val="single"/>
          </w:rPr>
          <w:t>[3]</w:t>
        </w:r>
      </w:hyperlink>
      <w:r>
        <w:t xml:space="preserve">, </w:t>
      </w:r>
      <w:hyperlink r:id="rId11">
        <w:r>
          <w:rPr>
            <w:color w:val="0000EE"/>
            <w:u w:val="single"/>
          </w:rPr>
          <w:t>[4]</w:t>
        </w:r>
      </w:hyperlink>
      <w:r>
        <w:t xml:space="preserve">, </w:t>
      </w:r>
      <w:hyperlink r:id="rId12">
        <w:r>
          <w:rPr>
            <w:color w:val="0000EE"/>
            <w:u w:val="single"/>
          </w:rPr>
          <w:t>[5]</w:t>
        </w:r>
      </w:hyperlink>
      <w:r>
        <w:t xml:space="preserve">, </w:t>
      </w:r>
      <w:hyperlink r:id="rId13">
        <w:r>
          <w:rPr>
            <w:color w:val="0000EE"/>
            <w:u w:val="single"/>
          </w:rPr>
          <w:t>[6]</w:t>
        </w:r>
      </w:hyperlink>
      <w:r/>
    </w:p>
    <w:p>
      <w:r/>
      <w:r>
        <w:t xml:space="preserve">Source: </w:t>
      </w:r>
      <w:hyperlink r:id="rId14">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9">
        <w:r>
          <w:rPr>
            <w:color w:val="0000EE"/>
            <w:u w:val="single"/>
          </w:rPr>
          <w:t>https://www.theflightdeal.com/2026/08/16/qatar-airways-philadelphia-bangkok-thailand-973-roundtrip-including-all-taxes/</w:t>
        </w:r>
      </w:hyperlink>
      <w:r>
        <w:t xml:space="preserve"> - Please view link - unable to able to access data</w:t>
      </w:r>
      <w:r/>
    </w:p>
    <w:p>
      <w:pPr>
        <w:pStyle w:val="ListNumber"/>
        <w:spacing w:line="240" w:lineRule="auto"/>
        <w:ind w:left="720"/>
      </w:pPr>
      <w:r/>
      <w:hyperlink r:id="rId9">
        <w:r>
          <w:rPr>
            <w:color w:val="0000EE"/>
            <w:u w:val="single"/>
          </w:rPr>
          <w:t>https://www.theflightdeal.com/2026/08/16/qatar-airways-philadelphia-bangkok-thailand-973-roundtrip-including-all-taxes/</w:t>
        </w:r>
      </w:hyperlink>
      <w:r>
        <w:t xml:space="preserve"> - This article from The Flight Deal, dated August 16, 2026, highlights a promotional fare of $973 for a round-trip flight from Philadelphia to Bangkok, Thailand, including all taxes. The sample travel dates are November 4th to 11th, 2026. The fare is valid for travel until late November 2026 or late January to early April 2027, with a minimum stay of 7 days and a requirement to purchase at least 14 days in advance. The article provides instructions on how to search for availability using the Matrix Airfare Search by ITA Software, specifying routing codes and duration. It also details the fare class (O), routing (PHL – DOH – BKK – DOH – PHL), and mentions that one stopover is permitted. Additionally, it outlines mileage earning with American Airlines, including miles flown, loyalty points, and redeemable miles. The article concludes with information on accommodations, car rentals, and activities, along with background information on visa requirements for US citizens and currency exchange rates. It also offers tips for saving when using credit cards at international destinations.</w:t>
      </w:r>
      <w:r/>
    </w:p>
    <w:p>
      <w:pPr>
        <w:pStyle w:val="ListNumber"/>
        <w:spacing w:line="240" w:lineRule="auto"/>
        <w:ind w:left="720"/>
      </w:pPr>
      <w:r/>
      <w:hyperlink r:id="rId10">
        <w:r>
          <w:rPr>
            <w:color w:val="0000EE"/>
            <w:u w:val="single"/>
          </w:rPr>
          <w:t>https://www.theflightdeal.com/2025/11/10/qatar-airways-american-philadelphia-bangkok-thailand-847-roundtrip-including-all-taxes-2/</w:t>
        </w:r>
      </w:hyperlink>
      <w:r>
        <w:t xml:space="preserve"> - This article from The Flight Deal, dated November 10, 2025, announces a promotional fare of $847 for a round-trip flight from Philadelphia to Bangkok, Thailand, including all taxes. The sample travel date is March 4th to 11th, 2026. The fare is valid for travel from late February 2026 to mid-March 2026, late April 2026, or late August 2026 to mid-September 2026, with a minimum stay of 7 days and a requirement to purchase at least 14 days in advance. The article provides instructions on how to search for availability using the Matrix Airfare Search by ITA Software, specifying routing codes and duration. It also details the fare class (O), routing (PHL – DOH – BKK – DOH – PHL), and mentions that one stopover is permitted. Additionally, it outlines mileage earning with American Airlines, including miles flown, loyalty points, and redeemable miles. The article concludes with information on accommodations, car rentals, and activities, along with background information on visa requirements for US citizens and currency exchange rates. It also offers tips for saving when using credit cards at international destinations.</w:t>
      </w:r>
      <w:r/>
    </w:p>
    <w:p>
      <w:pPr>
        <w:pStyle w:val="ListNumber"/>
        <w:spacing w:line="240" w:lineRule="auto"/>
        <w:ind w:left="720"/>
      </w:pPr>
      <w:r/>
      <w:hyperlink r:id="rId11">
        <w:r>
          <w:rPr>
            <w:color w:val="0000EE"/>
            <w:u w:val="single"/>
          </w:rPr>
          <w:t>https://www.theflightdeal.com/2025/03/23/qatar-airways-philadelphia-bangkok-thailand-911-roundtrip-including-all-taxes-2/</w:t>
        </w:r>
      </w:hyperlink>
      <w:r>
        <w:t xml:space="preserve"> - This article from The Flight Deal, dated March 23, 2025, announces a promotional fare of $911 for a round-trip flight from Philadelphia to Bangkok, Thailand, including all taxes. The sample travel date is September 23rd to 30th, 2025. The fare is valid for travel in September, with a minimum stay of 7 days and a requirement to purchase at least 14 days in advance. The article provides instructions on how to search for availability using the Matrix Airfare Search by ITA Software, specifying routing codes and duration. It also details the fare class (O), routing (PHL – DOH – BKK – DOH – PHL), and mentions that one stopover is permitted. Additionally, it outlines mileage earning with American Airlines, including miles flown, loyalty points, and redeemable miles. The article concludes with information on accommodations, car rentals, and activities, along with background information on visa requirements for US citizens and currency exchange rates. It also offers tips for saving when using credit cards at international destinations.</w:t>
      </w:r>
      <w:r/>
    </w:p>
    <w:p>
      <w:pPr>
        <w:pStyle w:val="ListNumber"/>
        <w:spacing w:line="240" w:lineRule="auto"/>
        <w:ind w:left="720"/>
      </w:pPr>
      <w:r/>
      <w:hyperlink r:id="rId12">
        <w:r>
          <w:rPr>
            <w:color w:val="0000EE"/>
            <w:u w:val="single"/>
          </w:rPr>
          <w:t>https://www.theflightdeal.com/2019/03/19/qatar-airways-644-philadelphia-bangkok-thailand-roundtrip-including-all-taxes/</w:t>
        </w:r>
      </w:hyperlink>
      <w:r>
        <w:t xml:space="preserve"> - This article from The Flight Deal, dated March 19, 2019, announces a promotional fare of $644 for a round-trip flight from Philadelphia to Bangkok, Thailand, including all taxes. The sample travel date is September 18th to 25th, 2019. The fare is valid for travel from September to early December or mid-January 2020 to early February 2020, with a minimum stay of 7 days and a requirement to purchase at least 14 days in advance. The article provides instructions on how to search for availability using the Matrix Airfare Search by ITA Software, specifying routing codes and duration. It also details the fare class (O), routing (PHL – DOH – BKK – DOH – PHL), and mentions that one stopover is permitted. Additionally, it outlines mileage earning with American Airlines, including miles flown, loyalty points, and redeemable miles. The article concludes with information on accommodations, car rentals, and activities, along with background information on visa requirements for US citizens and currency exchange rates. It also offers tips for saving when using credit cards at international destinations.</w:t>
      </w:r>
      <w:r/>
    </w:p>
    <w:p>
      <w:pPr>
        <w:pStyle w:val="ListNumber"/>
        <w:spacing w:line="240" w:lineRule="auto"/>
        <w:ind w:left="720"/>
      </w:pPr>
      <w:r/>
      <w:hyperlink r:id="rId13">
        <w:r>
          <w:rPr>
            <w:color w:val="0000EE"/>
            <w:u w:val="single"/>
          </w:rPr>
          <w:t>https://www.theflightdeal.com/2019/05/24/qatar-airways-683-philadelphia-bangkok-thailand-roundtrip-including-all-taxes/</w:t>
        </w:r>
      </w:hyperlink>
      <w:r>
        <w:t xml:space="preserve"> - This article from The Flight Deal, dated May 24, 2019, announces a promotional fare of $683 for a round-trip flight from Philadelphia to Bangkok, Thailand, including all taxes. The sample travel date is September 16th to 23rd, 2019. The fare is valid for travel from September to early December or mid-January 2020 to March 2020, with a minimum stay of 7 days and a requirement to purchase at least 14 days in advance. The article provides instructions on how to search for availability using the Matrix Airfare Search by ITA Software, specifying routing codes and duration. It also details the fare class (O), routing (PHL – DOH – BKK – DOH – PHL), and mentions that one stopover is permitted. Additionally, it outlines mileage earning with American Airlines, including miles flown, loyalty points, and redeemable miles. The article concludes with information on accommodations, car rentals, and activities, along with background information on visa requirements for US citizens and currency exchange rates. It also offers tips for saving when using credit cards at international destinations.</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theflightdeal.com/2026/08/16/qatar-airways-philadelphia-bangkok-thailand-973-roundtrip-including-all-taxes/" TargetMode="External"/><Relationship Id="rId10" Type="http://schemas.openxmlformats.org/officeDocument/2006/relationships/hyperlink" Target="https://www.theflightdeal.com/2025/11/10/qatar-airways-american-philadelphia-bangkok-thailand-847-roundtrip-including-all-taxes-2/" TargetMode="External"/><Relationship Id="rId11" Type="http://schemas.openxmlformats.org/officeDocument/2006/relationships/hyperlink" Target="https://www.theflightdeal.com/2025/03/23/qatar-airways-philadelphia-bangkok-thailand-911-roundtrip-including-all-taxes-2/" TargetMode="External"/><Relationship Id="rId12" Type="http://schemas.openxmlformats.org/officeDocument/2006/relationships/hyperlink" Target="https://www.theflightdeal.com/2019/03/19/qatar-airways-644-philadelphia-bangkok-thailand-roundtrip-including-all-taxes/" TargetMode="External"/><Relationship Id="rId13" Type="http://schemas.openxmlformats.org/officeDocument/2006/relationships/hyperlink" Target="https://www.theflightdeal.com/2019/05/24/qatar-airways-683-philadelphia-bangkok-thailand-roundtrip-including-all-taxes/" TargetMode="External"/><Relationship Id="rId14"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