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Cheap Frankfurt to Phuket flights open up long-haul Thailand adventures for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A round-trip fare from Frankfurt to Phuket starting at €534 could make a Thailand break more accessible for travellers looking for a long-haul holiday with a mix of beach time, culture and food. According to Fly4free, the offer is with China Eastern Airlines and covers travel between September and December 2026, giving holidaymakers a useful window for planning an end-of-year escape.</w:t>
      </w:r>
      <w:r/>
    </w:p>
    <w:p>
      <w:r/>
      <w:r>
        <w:t>For many visitors, Phuket works well as a first stop because it combines easy beach access with day-trip options and onward connections. Travel guides to Thailand’s islands say the country is best approached with a clear idea of the experience you want: Phuket tends to suit travellers who want a balance of convenience, resorts and boat trips, while nearby islands such as Phi Phi are often chosen for scenery and swimming. That matters for trip planning, because island choice can shape everything from hotel costs to the amount of time spent travelling between stops.</w:t>
      </w:r>
      <w:r/>
    </w:p>
    <w:p>
      <w:r/>
      <w:r>
        <w:t>Fly4free says the fare includes one checked bag, a cabin bag and a personal item, which should appeal to travellers who do not want to pay extra for luggage on a long journey. The same post also points readers towards car hire, travel insurance and an eSIM, all of which may be useful for a Thailand trip where getting online, moving around the island and arranging flexible day plans can make the holiday smoother.</w:t>
      </w:r>
      <w:r/>
    </w:p>
    <w:p>
      <w:r/>
      <w:r>
        <w:t>Thailand’s appeal remains broad. The country is known for temple visits, street food, wildlife experiences, sunsets and outdoor activities, while island-hopping guides point to the Andaman Sea and the Gulf of Thailand as the two main areas to consider when planning beyond Phuket. In practical terms, that means this fare could suit both a simple beach holiday and a longer itinerary that includes culture in Bangkok or further island travel, depending on how much time travellers have.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w:t>
      </w:r>
      <w:hyperlink r:id="rId14">
        <w:r>
          <w:rPr>
            <w:color w:val="0000EE"/>
            <w:u w:val="single"/>
          </w:rPr>
          <w:t>[7]</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t xml:space="preserve">, </w:t>
      </w:r>
      <w:hyperlink r:id="rId14">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https://www.fly4free.com/flight-deals/europe/flights-from-frankfurt-to-phuket-e534-2/</w:t>
        </w:r>
      </w:hyperlink>
      <w:r>
        <w:t xml:space="preserve"> - Please view link - unable to able to access data</w:t>
      </w:r>
      <w:r/>
    </w:p>
    <w:p>
      <w:pPr>
        <w:pStyle w:val="ListNumber"/>
        <w:spacing w:line="240" w:lineRule="auto"/>
        <w:ind w:left="720"/>
      </w:pPr>
      <w:r/>
      <w:hyperlink r:id="rId9">
        <w:r>
          <w:rPr>
            <w:color w:val="0000EE"/>
            <w:u w:val="single"/>
          </w:rPr>
          <w:t>https://www.fly4free.com/flight-deals/europe/flights-from-frankfurt-to-phuket-e534-2/</w:t>
        </w:r>
      </w:hyperlink>
      <w:r>
        <w:t xml:space="preserve"> - This article highlights affordable round-trip flights from Frankfurt to Phuket, Thailand, starting at €534 with China Eastern Airlines. It outlines the travel dates, baggage allowance, and additional services like car hire, eSIM, and travel insurance. The piece also provides insights into Thailand's attractions, including island hopping, cultural sites, street food, wildlife encounters, sunsets, relaxation, and adventure activities. The information is current as of August 17, 2026.</w:t>
      </w:r>
      <w:r/>
    </w:p>
    <w:p>
      <w:pPr>
        <w:pStyle w:val="ListNumber"/>
        <w:spacing w:line="240" w:lineRule="auto"/>
        <w:ind w:left="720"/>
      </w:pPr>
      <w:r/>
      <w:hyperlink r:id="rId10">
        <w:r>
          <w:rPr>
            <w:color w:val="0000EE"/>
            <w:u w:val="single"/>
          </w:rPr>
          <w:t>https://www.thefinestthai.com/2026/04/16/complete-guide-to-thai-islands-which-one-should-you-choose/</w:t>
        </w:r>
      </w:hyperlink>
      <w:r>
        <w:t xml:space="preserve"> - This comprehensive guide compares Thailand's major islands, including Phuket, Koh Chang, and others, based on beaches, atmosphere, activities, accessibility, budget, and traveller type. It offers insights into each island's unique features, helping travellers choose the best destination for their preferences.</w:t>
      </w:r>
      <w:r/>
    </w:p>
    <w:p>
      <w:pPr>
        <w:pStyle w:val="ListNumber"/>
        <w:spacing w:line="240" w:lineRule="auto"/>
        <w:ind w:left="720"/>
      </w:pPr>
      <w:r/>
      <w:hyperlink r:id="rId11">
        <w:r>
          <w:rPr>
            <w:color w:val="0000EE"/>
            <w:u w:val="single"/>
          </w:rPr>
          <w:t>https://www.geekyexplorer.com/thailand-island-hopping-guide/</w:t>
        </w:r>
      </w:hyperlink>
      <w:r>
        <w:t xml:space="preserve"> - This guide provides an overview of Thailand's islands, divided into the Andaman Sea and Gulf of Thailand regions. It offers advice on island hopping, including best islands, itinerary tips, and getting there, helping travellers plan their island-hopping adventures.</w:t>
      </w:r>
      <w:r/>
    </w:p>
    <w:p>
      <w:pPr>
        <w:pStyle w:val="ListNumber"/>
        <w:spacing w:line="240" w:lineRule="auto"/>
        <w:ind w:left="720"/>
      </w:pPr>
      <w:r/>
      <w:hyperlink r:id="rId12">
        <w:r>
          <w:rPr>
            <w:color w:val="0000EE"/>
            <w:u w:val="single"/>
          </w:rPr>
          <w:t>https://www.roughguides.com/thailand/best-islands/</w:t>
        </w:r>
      </w:hyperlink>
      <w:r>
        <w:t xml:space="preserve"> - This article presents a curated list of the 20 best islands in Thailand, offering insights into each island's unique attractions, helping travellers plan their island-hopping adventures.</w:t>
      </w:r>
      <w:r/>
    </w:p>
    <w:p>
      <w:pPr>
        <w:pStyle w:val="ListNumber"/>
        <w:spacing w:line="240" w:lineRule="auto"/>
        <w:ind w:left="720"/>
      </w:pPr>
      <w:r/>
      <w:hyperlink r:id="rId13">
        <w:r>
          <w:rPr>
            <w:color w:val="0000EE"/>
            <w:u w:val="single"/>
          </w:rPr>
          <w:t>https://www.viator.com/blog/Where-To-Go-Island-Hopping-in-Thailand/l99673</w:t>
        </w:r>
      </w:hyperlink>
      <w:r>
        <w:t xml:space="preserve"> - This article highlights the best islands for island-hopping in Thailand, including Phuket, Koh Phi Phi Don, and others, providing insights into each island's unique attractions and activities.</w:t>
      </w:r>
      <w:r/>
    </w:p>
    <w:p>
      <w:pPr>
        <w:pStyle w:val="ListNumber"/>
        <w:spacing w:line="240" w:lineRule="auto"/>
        <w:ind w:left="720"/>
      </w:pPr>
      <w:r/>
      <w:hyperlink r:id="rId14">
        <w:r>
          <w:rPr>
            <w:color w:val="0000EE"/>
            <w:u w:val="single"/>
          </w:rPr>
          <w:t>https://www.thailandhighlights.com/thailand/thailand-islands-map-for-tourists</w:t>
        </w:r>
      </w:hyperlink>
      <w:r>
        <w:t xml:space="preserve"> - This resource provides a map of Thailand's islands, offering insights into the best islands and island-hopping routes, helping travellers plan their island-hopping adventures.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ly4free.com/flight-deals/europe/flights-from-frankfurt-to-phuket-e534-2/" TargetMode="External"/><Relationship Id="rId10" Type="http://schemas.openxmlformats.org/officeDocument/2006/relationships/hyperlink" Target="https://www.thefinestthai.com/2026/04/16/complete-guide-to-thai-islands-which-one-should-you-choose/" TargetMode="External"/><Relationship Id="rId11" Type="http://schemas.openxmlformats.org/officeDocument/2006/relationships/hyperlink" Target="https://www.geekyexplorer.com/thailand-island-hopping-guide/" TargetMode="External"/><Relationship Id="rId12" Type="http://schemas.openxmlformats.org/officeDocument/2006/relationships/hyperlink" Target="https://www.roughguides.com/thailand/best-islands/" TargetMode="External"/><Relationship Id="rId13" Type="http://schemas.openxmlformats.org/officeDocument/2006/relationships/hyperlink" Target="https://www.viator.com/blog/Where-To-Go-Island-Hopping-in-Thailand/l99673" TargetMode="External"/><Relationship Id="rId14" Type="http://schemas.openxmlformats.org/officeDocument/2006/relationships/hyperlink" Target="https://www.thailandhighlights.com/thailand/thailand-islands-map-for-tourists"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