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Cathay Pacific offers new $852 round-trip to Koh Samui with Hong Kong stopovers from LA</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Cathay Pacific is advertising a round-trip fare of $852 from Los Angeles to Koh Samui, a useful option for travellers heading to one of Thailand’s most appealing beach destinations. The Flight Deal says the sample itinerary runs from October 11 to 18, with travel available until late October, although seats are limited and the fare must be booked at least seven days before departure.</w:t>
      </w:r>
      <w:r/>
    </w:p>
    <w:p>
      <w:r/>
      <w:r>
        <w:t>For holidaymakers, the bigger draw is convenience: the routing goes via Hong Kong, giving travellers a straightforward one-stop journey rather than a more complex mix of separate tickets. The Flight Deal says two stopovers are permitted for an additional $100 each, which could appeal to those who want to break up a long trip and spend a short stay in Hong Kong on the way to or from Thailand.</w:t>
      </w:r>
      <w:r/>
    </w:p>
    <w:p>
      <w:r/>
      <w:r>
        <w:t>Cathay Pacific’s own Los Angeles offers page shows that fares from the city are currently being promoted across a range of destinations, while its booking pages allow customers to search multi-city trips and add a stopover in Hong Kong for between one and seven days. The airline also says displayed fares include taxes and carrier-imposed surcharges, though these can change, so travellers should check the final price before booking.</w:t>
      </w:r>
      <w:r/>
    </w:p>
    <w:p>
      <w:r/>
      <w:r>
        <w:t>For Americans planning a Thailand break, the deal is also notable because U.S. citizens do not need a visa for short visits, according to the information included with the fare posting. The Flight Deal also notes that the ticket may earn Alaska Airlines miles, while Cathay Pacific’s wider Los Angeles network includes other Thai options such as Bangkok and Phuket, which may be useful for travellers comparing island access, itinerary flexibility and overall journey time.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9">
        <w:r>
          <w:rPr>
            <w:color w:val="0000EE"/>
            <w:u w:val="single"/>
          </w:rPr>
          <w:t>[2]</w:t>
        </w:r>
      </w:hyperlink>
      <w:r>
        <w:t xml:space="preserve">, </w:t>
      </w:r>
      <w:hyperlink r:id="rId10">
        <w:r>
          <w:rPr>
            <w:color w:val="0000EE"/>
            <w:u w:val="single"/>
          </w:rPr>
          <w:t>[4]</w:t>
        </w:r>
      </w:hyperlink>
      <w:r>
        <w:t xml:space="preserve">- Paragraph 3: </w:t>
      </w:r>
      <w:hyperlink r:id="rId11">
        <w:r>
          <w:rPr>
            <w:color w:val="0000EE"/>
            <w:u w:val="single"/>
          </w:rPr>
          <w:t>[3]</w:t>
        </w:r>
      </w:hyperlink>
      <w:r>
        <w:t xml:space="preserve">, </w:t>
      </w:r>
      <w:hyperlink r:id="rId10">
        <w:r>
          <w:rPr>
            <w:color w:val="0000EE"/>
            <w:u w:val="single"/>
          </w:rPr>
          <w:t>[4]</w:t>
        </w:r>
      </w:hyperlink>
      <w:r>
        <w:t xml:space="preserve">- Paragraph 4: </w:t>
      </w:r>
      <w:hyperlink r:id="rId9">
        <w:r>
          <w:rPr>
            <w:color w:val="0000EE"/>
            <w:u w:val="single"/>
          </w:rPr>
          <w:t>[2]</w:t>
        </w:r>
      </w:hyperlink>
      <w:r>
        <w:t xml:space="preserve">, </w:t>
      </w:r>
      <w:hyperlink r:id="rId12">
        <w:r>
          <w:rPr>
            <w:color w:val="0000EE"/>
            <w:u w:val="single"/>
          </w:rPr>
          <w:t>[5]</w:t>
        </w:r>
      </w:hyperlink>
      <w:r>
        <w:t xml:space="preserve">, </w:t>
      </w:r>
      <w:hyperlink r:id="rId13">
        <w:r>
          <w:rPr>
            <w:color w:val="0000EE"/>
            <w:u w:val="single"/>
          </w:rPr>
          <w:t>[7]</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https://www.theflightdeal.com/2026/08/15/cathay-pacific-los-angeles-koh-samui-thailand-852-roundtrip-including-all-taxes/</w:t>
        </w:r>
      </w:hyperlink>
      <w:r>
        <w:t xml:space="preserve"> - Please view link - unable to able to access data</w:t>
      </w:r>
      <w:r/>
    </w:p>
    <w:p>
      <w:pPr>
        <w:pStyle w:val="ListNumber"/>
        <w:spacing w:line="240" w:lineRule="auto"/>
        <w:ind w:left="720"/>
      </w:pPr>
      <w:r/>
      <w:hyperlink r:id="rId9">
        <w:r>
          <w:rPr>
            <w:color w:val="0000EE"/>
            <w:u w:val="single"/>
          </w:rPr>
          <w:t>https://www.theflightdeal.com/2026/08/15/cathay-pacific-los-angeles-koh-samui-thailand-852-roundtrip-including-all-taxes/</w:t>
        </w:r>
      </w:hyperlink>
      <w:r>
        <w:t xml:space="preserve"> - This article from The Flight Deal, dated August 15, 2026, highlights a promotional fare of $852 for a round-trip flight from Los Angeles (LAX) to Koh Samui, Thailand (USM), including all taxes. The sample travel dates are October 11th to 18th, with travel valid until late October. The fare requires booking at least seven days in advance. The article provides detailed instructions on how to search for availability using the Matrix Airfare Search by ITA Software, including specific routing codes and duration settings. It also mentions that two stopovers are permitted at $100 each and outlines mileage earning details with Alaska Air, noting that Cathay Pacific is an Alaska Air partner. The article advises booking through Priceline and offers additional resources for accommodations, car rentals, and activities. Background information includes visa requirements for U.S. citizens and currency exchange rates, along with tips for saving when using credit cards at international destinations.</w:t>
      </w:r>
      <w:r/>
    </w:p>
    <w:p>
      <w:pPr>
        <w:pStyle w:val="ListNumber"/>
        <w:spacing w:line="240" w:lineRule="auto"/>
        <w:ind w:left="720"/>
      </w:pPr>
      <w:r/>
      <w:hyperlink r:id="rId11">
        <w:r>
          <w:rPr>
            <w:color w:val="0000EE"/>
            <w:u w:val="single"/>
          </w:rPr>
          <w:t>https://www.cathaypacific.com/cx/en_US/offers-from-los-angeles.html</w:t>
        </w:r>
      </w:hyperlink>
      <w:r>
        <w:t xml:space="preserve"> - Cathay Pacific's official website offers the latest promotions for flights departing from Los Angeles. The page allows users to browse all available offers by selecting departure and destination cities, as well as travel dates. It also provides options to filter offers by specific dates, including the current month and the next month. The website emphasizes that all displayed fares include taxes and carrier-imposed surcharges, and notes that all fares, government taxes and fees, and surcharges are subject to change at any time. For ticket cancellations, applicable fees will be refunded without any administration fees. The page also includes helpful links for users to explore.</w:t>
      </w:r>
      <w:r/>
    </w:p>
    <w:p>
      <w:pPr>
        <w:pStyle w:val="ListNumber"/>
        <w:spacing w:line="240" w:lineRule="auto"/>
        <w:ind w:left="720"/>
      </w:pPr>
      <w:r/>
      <w:hyperlink r:id="rId10">
        <w:r>
          <w:rPr>
            <w:color w:val="0000EE"/>
            <w:u w:val="single"/>
          </w:rPr>
          <w:t>https://www.cathaypacific.com/cx/en_US/book-a-trip.html</w:t>
        </w:r>
      </w:hyperlink>
      <w:r>
        <w:t xml:space="preserve"> - Cathay Pacific's 'Book a Trip' page allows users to search and book flights, multi-city trips, and packages. The booking interface includes options to select departure and destination cities, travel dates, cabin class, and number of passengers. Users can also add a promotion code and redeem miles for their bookings. The page provides a calendar view for selecting departure and return dates and offers the option to add a stopover in Hong Kong for 1 to 7 days, depending on the travel itinerary. The website also includes sections for booking stays and car rentals, powered by third-party services. Contact information and FAQs are available for assistance.</w:t>
      </w:r>
      <w:r/>
    </w:p>
    <w:p>
      <w:pPr>
        <w:pStyle w:val="ListNumber"/>
        <w:spacing w:line="240" w:lineRule="auto"/>
        <w:ind w:left="720"/>
      </w:pPr>
      <w:r/>
      <w:hyperlink r:id="rId12">
        <w:r>
          <w:rPr>
            <w:color w:val="0000EE"/>
            <w:u w:val="single"/>
          </w:rPr>
          <w:t>https://flights.cathaypacific.com/destinations/en_US/flights-from-los-angeles</w:t>
        </w:r>
      </w:hyperlink>
      <w:r>
        <w:t xml:space="preserve"> - Cathay Pacific's 'Flights from Los Angeles' page showcases various destinations available from LAX, with fares starting from USD750. The page features a booking interface where users can select origin and destination cities, travel dates, cabin class, and number of passengers. It also allows users to enter their budget and provides options to filter flights by price, airline, and more. The page highlights popular destinations such as Hong Kong, Bangkok, Manila, Hyderabad, Delhi, Chennai, Denpasar (Bali), Guangzhou, Mumbai, Shanghai, Ho Chi Minh City, Bengaluru (Bangalore), Colombo, and Singapore, with round-trip economy fares starting from various price points.</w:t>
      </w:r>
      <w:r/>
    </w:p>
    <w:p>
      <w:pPr>
        <w:pStyle w:val="ListNumber"/>
        <w:spacing w:line="240" w:lineRule="auto"/>
        <w:ind w:left="720"/>
      </w:pPr>
      <w:r/>
      <w:hyperlink r:id="rId15">
        <w:r>
          <w:rPr>
            <w:color w:val="0000EE"/>
            <w:u w:val="single"/>
          </w:rPr>
          <w:t>https://www.cathaypacific.com/cx/en_US/offers/holidays-from-los-angeles.html</w:t>
        </w:r>
      </w:hyperlink>
      <w:r>
        <w:t xml:space="preserve"> - Cathay Pacific's 'Holidays &amp; Hotels from Los Angeles' page offers flight and hotel packages to various destinations, including Bangkok, Delhi, Ho Chi Minh City, Hong Kong, Seoul, and Singapore. Each destination features a 'Book now' option that redirects users to the booking page. The page emphasizes that all fares displayed include taxes and carrier-imposed surcharges, and notes that all fares, government taxes and fees, and surcharges are subject to change at any time. For ticket cancellations, applicable fees will be refunded without any administration fees. The page also includes helpful links for users to explore.</w:t>
      </w:r>
      <w:r/>
    </w:p>
    <w:p>
      <w:pPr>
        <w:pStyle w:val="ListNumber"/>
        <w:spacing w:line="240" w:lineRule="auto"/>
        <w:ind w:left="720"/>
      </w:pPr>
      <w:r/>
      <w:hyperlink r:id="rId13">
        <w:r>
          <w:rPr>
            <w:color w:val="0000EE"/>
            <w:u w:val="single"/>
          </w:rPr>
          <w:t>https://flights.cathaypacific.com/destinations/en_US/flights-from-los-angeles-to-thailand</w:t>
        </w:r>
      </w:hyperlink>
      <w:r>
        <w:t xml:space="preserve"> - Cathay Pacific's 'Flights from Los Angeles to Thailand' page offers flights from LAX to various Thai destinations, including Bangkok and Phuket, with fares starting from USD764. The page features a booking interface where users can select origin and destination cities, travel dates, cabin class, and number of passengers. It also allows users to enter their budget and provides options to filter flights by price, airline, and more. The page highlights popular destinations such as Bangkok and Phuket, with round-trip economy fares starting from various price points.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flightdeal.com/2026/08/15/cathay-pacific-los-angeles-koh-samui-thailand-852-roundtrip-including-all-taxes/" TargetMode="External"/><Relationship Id="rId10" Type="http://schemas.openxmlformats.org/officeDocument/2006/relationships/hyperlink" Target="https://www.cathaypacific.com/cx/en_US/book-a-trip.html" TargetMode="External"/><Relationship Id="rId11" Type="http://schemas.openxmlformats.org/officeDocument/2006/relationships/hyperlink" Target="https://www.cathaypacific.com/cx/en_US/offers-from-los-angeles.html" TargetMode="External"/><Relationship Id="rId12" Type="http://schemas.openxmlformats.org/officeDocument/2006/relationships/hyperlink" Target="https://flights.cathaypacific.com/destinations/en_US/flights-from-los-angeles" TargetMode="External"/><Relationship Id="rId13" Type="http://schemas.openxmlformats.org/officeDocument/2006/relationships/hyperlink" Target="https://flights.cathaypacific.com/destinations/en_US/flights-from-los-angeles-to-thailand" TargetMode="External"/><Relationship Id="rId14" Type="http://schemas.openxmlformats.org/officeDocument/2006/relationships/hyperlink" Target="https://www.noahwire.com" TargetMode="External"/><Relationship Id="rId15" Type="http://schemas.openxmlformats.org/officeDocument/2006/relationships/hyperlink" Target="https://www.cathaypacific.com/cx/en_US/offers/holidays-from-los-angele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