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Korean Air offers discounted routes from Washington to Chiang Mai via Seoul for early 2027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Korean Air is selling round-trip fares from Washington’s Dulles airport to Chiang Mai from US$953 including taxes, according to The Flight Deal, giving leisure travellers a lower-cost way to reach northern Thailand via Seoul. The fare is aimed at late-October to November departures, with another travel window running from late January 2027 through March 2027, though availability is limited and prices can shift quickly.</w:t>
      </w:r>
      <w:r/>
    </w:p>
    <w:p>
      <w:r/>
      <w:r>
        <w:t>For holidaymakers, the headline attraction is not just the price, but the simplicity of the routing. The itinerary runs via Seoul and ends in Chiang Mai, which is one of Thailand’s most appealing bases for temples, night markets, cooking classes and trips into the surrounding hills. The Flight Deal says the sample journey uses Korean Air in fare class T and does not permit a stopover.</w:t>
      </w:r>
      <w:r/>
    </w:p>
    <w:p>
      <w:r/>
      <w:r>
        <w:t>Korean Air’s own booking pages show higher starting prices for the same city pair, with round trips from Washington to Chiang Mai advertised from US$1,125, and from Washington to Thailand more broadly from US$1,039. The airline also lists fares to Chiang Mai from other origins starting at US$809, which suggests the exact price a traveller pays will depend on dates, routing and live availability.</w:t>
      </w:r>
      <w:r/>
    </w:p>
    <w:p>
      <w:r/>
      <w:r>
        <w:t>For US travellers planning a winter or early-spring Thailand trip, the key takeaway is that this deal could make Chiang Mai more accessible than usual, especially for those comfortable booking a long-haul connection. The Flight Deal says tickets must be purchased at least three days before departure, and travellers should check visa rules, baggage terms and final fare conditions before booking, as airline prices and restrictions can change at short notice.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https://www.theflightdeal.com/2026/08/15/korean-air-washington-d-c-chiang-mai-thailand-953-roundtrip-including-all-taxes/</w:t>
        </w:r>
      </w:hyperlink>
      <w:r>
        <w:t xml:space="preserve"> - Please view link - unable to able to access data</w:t>
      </w:r>
      <w:r/>
    </w:p>
    <w:p>
      <w:pPr>
        <w:pStyle w:val="ListNumber"/>
        <w:spacing w:line="240" w:lineRule="auto"/>
        <w:ind w:left="720"/>
      </w:pPr>
      <w:r/>
      <w:hyperlink r:id="rId10">
        <w:r>
          <w:rPr>
            <w:color w:val="0000EE"/>
            <w:u w:val="single"/>
          </w:rPr>
          <w:t>https://www.koreanair.com/flights/en-us/flights-from-washington-to-chiang-mai</w:t>
        </w:r>
      </w:hyperlink>
      <w:r>
        <w:t xml:space="preserve"> - Korean Air offers flights from Washington D.C. to Chiang Mai, Thailand, with round-trip fares starting from USD 1,125. The website provides options to select travel dates and cabin classes, with fares subject to change based on real-time availability. Additional fees and charges for optional products and services may apply.</w:t>
      </w:r>
      <w:r/>
    </w:p>
    <w:p>
      <w:pPr>
        <w:pStyle w:val="ListNumber"/>
        <w:spacing w:line="240" w:lineRule="auto"/>
        <w:ind w:left="720"/>
      </w:pPr>
      <w:r/>
      <w:hyperlink r:id="rId11">
        <w:r>
          <w:rPr>
            <w:color w:val="0000EE"/>
            <w:u w:val="single"/>
          </w:rPr>
          <w:t>https://www.koreanair.com/flights/en-us/flights-from-washington-to-thailand</w:t>
        </w:r>
      </w:hyperlink>
      <w:r>
        <w:t xml:space="preserve"> - Korean Air provides flights from Washington D.C. to various destinations in Thailand, including Chiang Mai and Bangkok. Round-trip fares start from USD 1,039, with options to select travel dates and cabin classes. Fares are subject to change based on real-time availability, and additional fees may apply.</w:t>
      </w:r>
      <w:r/>
    </w:p>
    <w:p>
      <w:pPr>
        <w:pStyle w:val="ListNumber"/>
        <w:spacing w:line="240" w:lineRule="auto"/>
        <w:ind w:left="720"/>
      </w:pPr>
      <w:r/>
      <w:hyperlink r:id="rId12">
        <w:r>
          <w:rPr>
            <w:color w:val="0000EE"/>
            <w:u w:val="single"/>
          </w:rPr>
          <w:t>https://www.koreanair.com/flights/en-us/flights-to-chiang-mai</w:t>
        </w:r>
      </w:hyperlink>
      <w:r>
        <w:t xml:space="preserve"> - Korean Air offers flights to Chiang Mai, Thailand, with fares starting from USD 809. The website allows users to select origin, destination, and travel dates, with fares subject to change based on real-time availability. Additional fees and charges for optional products and services may apply.</w:t>
      </w:r>
      <w:r/>
    </w:p>
    <w:p>
      <w:pPr>
        <w:pStyle w:val="ListNumber"/>
        <w:spacing w:line="240" w:lineRule="auto"/>
        <w:ind w:left="720"/>
      </w:pPr>
      <w:r/>
      <w:hyperlink r:id="rId11">
        <w:r>
          <w:rPr>
            <w:color w:val="0000EE"/>
            <w:u w:val="single"/>
          </w:rPr>
          <w:t>https://www.koreanair.com/flights/en-us/flights-from-washington-to-thailand</w:t>
        </w:r>
      </w:hyperlink>
      <w:r>
        <w:t xml:space="preserve"> - Korean Air offers flights from Washington D.C. to Thailand, including Chiang Mai and Bangkok, with round-trip fares starting from USD 1,039. The website provides options to select travel dates and cabin classes, with fares subject to change based on real-time availability. Additional fees and charges for optional products and services may apply.</w:t>
      </w:r>
      <w:r/>
    </w:p>
    <w:p>
      <w:pPr>
        <w:pStyle w:val="ListNumber"/>
        <w:spacing w:line="240" w:lineRule="auto"/>
        <w:ind w:left="720"/>
      </w:pPr>
      <w:r/>
      <w:hyperlink r:id="rId14">
        <w:r>
          <w:rPr>
            <w:color w:val="0000EE"/>
            <w:u w:val="single"/>
          </w:rPr>
          <w:t>https://www.koreanair.com/flights/fr-us/flights-from-washington-to-chiang-mai</w:t>
        </w:r>
      </w:hyperlink>
      <w:r>
        <w:t xml:space="preserve"> - Korean Air offers flights from Washington D.C. to Chiang Mai, Thailand, with round-trip fares starting from USD 1,506. The website provides options to select travel dates and cabin classes, with fares subject to change based on real-time availability. Additional fees and charges for optional products and services may apply.</w:t>
      </w:r>
      <w:r/>
    </w:p>
    <w:p>
      <w:pPr>
        <w:pStyle w:val="ListNumber"/>
        <w:spacing w:line="240" w:lineRule="auto"/>
        <w:ind w:left="720"/>
      </w:pPr>
      <w:r/>
      <w:hyperlink r:id="rId15">
        <w:r>
          <w:rPr>
            <w:color w:val="0000EE"/>
            <w:u w:val="single"/>
          </w:rPr>
          <w:t>https://www.koreanair.com/flights/fr/flights-from-washington-to-chiang-mai</w:t>
        </w:r>
      </w:hyperlink>
      <w:r>
        <w:t xml:space="preserve"> - Korean Air offers flights from Washington D.C. to Chiang Mai, Thailand, with round-trip fares starting from USD 2,693. The website provides options to select travel dates and cabin classes, with fares subject to change based on real-time availability. Additional fees and charges for optional products and services may apply.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15/korean-air-washington-d-c-chiang-mai-thailand-953-roundtrip-including-all-taxes/" TargetMode="External"/><Relationship Id="rId10" Type="http://schemas.openxmlformats.org/officeDocument/2006/relationships/hyperlink" Target="https://www.koreanair.com/flights/en-us/flights-from-washington-to-chiang-mai" TargetMode="External"/><Relationship Id="rId11" Type="http://schemas.openxmlformats.org/officeDocument/2006/relationships/hyperlink" Target="https://www.koreanair.com/flights/en-us/flights-from-washington-to-thailand" TargetMode="External"/><Relationship Id="rId12" Type="http://schemas.openxmlformats.org/officeDocument/2006/relationships/hyperlink" Target="https://www.koreanair.com/flights/en-us/flights-to-chiang-mai" TargetMode="External"/><Relationship Id="rId13" Type="http://schemas.openxmlformats.org/officeDocument/2006/relationships/hyperlink" Target="https://www.noahwire.com" TargetMode="External"/><Relationship Id="rId14" Type="http://schemas.openxmlformats.org/officeDocument/2006/relationships/hyperlink" Target="https://www.koreanair.com/flights/fr-us/flights-from-washington-to-chiang-mai" TargetMode="External"/><Relationship Id="rId15" Type="http://schemas.openxmlformats.org/officeDocument/2006/relationships/hyperlink" Target="https://www.koreanair.com/flights/fr/flights-from-washington-to-chiang-m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