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Cathay Pacific offers budget-friendly route from San Francisco to Koh Samui with new fare deal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 new Cathay Pacific fare is offering travellers from San Francisco a relatively low-cost way to reach Koh Samui, with The Flight Deal saying round-trip prices start at $850 including taxes. For leisure travellers, the appeal is not just the price but the destination: Koh Samui is one of Thailand’s most established island escapes, with beach resorts, diving, boat trips and an easygoing pace that suits a longer holiday.</w:t>
      </w:r>
      <w:r/>
    </w:p>
    <w:p>
      <w:r/>
      <w:r>
        <w:t>According to The Flight Deal, the sample itinerary runs from 18 to 24 October, with availability expected through late October and tickets needing to be booked at least a week before departure. The routing goes via Hong Kong, which means the trip is less direct than a non-stop holiday flight but opens up a wide choice of connections for travellers willing to trade convenience for savings.</w:t>
      </w:r>
      <w:r/>
    </w:p>
    <w:p>
      <w:r/>
      <w:r>
        <w:t>The deal is booked in fare class Q and allows two stopovers for an extra $100 each, which may appeal to anyone wanting to break the journey into a longer multi-stop Asian trip. The Flight Deal says the itinerary also earns Alaska Airlines miles, though it notes that American Airlines would award no miles on this fare, a reminder that frequent-flyer benefits can differ sharply depending on which programme you use.</w:t>
      </w:r>
      <w:r/>
    </w:p>
    <w:p>
      <w:r/>
      <w:r>
        <w:t>For Americans heading to Thailand, the practical upside is straightforward: no visa is required for US citizens for short visits, according to the deal listing, and the fare is quoted in all-in terms rather than as a base price that rises later with fees. The same listing points travellers to Matrix Airfare Search for availability checks and Priceline for booking, while also reminding them that exchange rates and card charges can affect the final cost on the ground.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[6]</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https://www.theflightdeal.com/2026/08/15/cathay-pacific-san-francisco-koh-samui-thailand-850-roundtrip-including-all-taxes/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https://www.theflightdeal.com/2026/08/15/cathay-pacific-san-francisco-koh-samui-thailand-850-roundtrip-including-all-taxes/</w:t>
        </w:r>
      </w:hyperlink>
      <w:r>
        <w:t xml:space="preserve"> - This article from The Flight Deal, dated August 15, 2026, highlights a promotional fare of $850 for a round-trip flight from San Francisco to Koh Samui, Thailand, including all taxes. The sample travel dates are October 18th to 24th, with limited availability until late October. The fare class is Q, and the routing includes stops in Hong Kong and Koh Samui. Two stopovers are permitted at $100 each. Mileage earning with Alaska Air is detailed, with 16,366 miles flown, equating to 5.2 cents per mile. The article also provides guidance on searching for availability using Matrix Airfare Search by ITA Software and offers booking instructions through Priceline. Additional information on accommodations, car rentals, and activities is provided, along with background details on visa requirements and currency exchange rates. The article concludes with tips for saving when using credit cards at international destinations.</w:t>
      </w:r>
      <w:r/>
    </w:p>
    <w:p>
      <w:pPr>
        <w:pStyle w:val="ListNumber"/>
        <w:spacing w:line="240" w:lineRule="auto"/>
        <w:ind w:left="720"/>
      </w:pPr>
      <w:r/>
      <w:hyperlink r:id="rId10">
        <w:r>
          <w:rPr>
            <w:color w:val="0000EE"/>
            <w:u w:val="single"/>
          </w:rPr>
          <w:t>https://www.theflightdeal.com/2024/06/21/cathay-pacific-san-francisco-bangkok-thailand-827-roundtrip-including-all-taxes/</w:t>
        </w:r>
      </w:hyperlink>
      <w:r>
        <w:t xml:space="preserve"> - Published on June 21, 2024, this article from The Flight Deal details a promotional fare of $827 for a round-trip flight from San Francisco to Bangkok, Thailand, including all taxes. The sample travel dates are November 20th to 27th, with travel valid from September to early December. The fare class is Q, and the routing includes stops in Hong Kong and Bangkok. Two stopovers are permitted at $100 each. Mileage earning with Alaska Air is outlined, with 15,918 miles flown, equating to 5.2 cents per mile. The article provides instructions on searching for availability using Matrix Airfare Search by ITA Software and offers booking instructions through Priceline. Additional information on accommodations, car rentals, and activities is provided, along with background details on visa requirements and currency exchange rates. The article concludes with tips for saving when using credit cards at international destinations.</w:t>
      </w:r>
      <w:r/>
    </w:p>
    <w:p>
      <w:pPr>
        <w:pStyle w:val="ListNumber"/>
        <w:spacing w:line="240" w:lineRule="auto"/>
        <w:ind w:left="720"/>
      </w:pPr>
      <w:r/>
      <w:hyperlink r:id="rId13">
        <w:r>
          <w:rPr>
            <w:color w:val="0000EE"/>
            <w:u w:val="single"/>
          </w:rPr>
          <w:t>https://news.cathaypacific.com/cathay-pacific-launches-2022-black-friday-sale-across-three-cabin-classes</w:t>
        </w:r>
      </w:hyperlink>
      <w:r>
        <w:t xml:space="preserve"> - This press release from Cathay Pacific, dated November 2022, announces the airline's Black Friday Sale across three cabin classes. The sale is valid for departures from January 1 to May 23, 2023, and August 15, with travel completed by October 28, 2023. Gateways out of the United States include Boston, New York, Los Angeles, and San Francisco. Sample fares are provided, such as round-trip fares from San Francisco to Hong Kong starting from $1,636 for Premium Economy and $804 for Economy Class. The release highlights Cathay Pacific's recognition in the Condé Nast Traveler 2022 Reader’s Choice Awards and Travel+Leisure’s 2022 “World’s Best Awards” for best international airlines.</w:t>
      </w:r>
      <w:r/>
    </w:p>
    <w:p>
      <w:pPr>
        <w:pStyle w:val="ListNumber"/>
        <w:spacing w:line="240" w:lineRule="auto"/>
        <w:ind w:left="720"/>
      </w:pPr>
      <w:r/>
      <w:hyperlink r:id="rId14">
        <w:r>
          <w:rPr>
            <w:color w:val="0000EE"/>
            <w:u w:val="single"/>
          </w:rPr>
          <w:t>https://www.theflightdeal.com/category/flight-deals/sfo/</w:t>
        </w:r>
      </w:hyperlink>
      <w:r>
        <w:t xml:space="preserve"> - This page from The Flight Deal features a collection of flight deals departing from San Francisco International Airport (SFO). The deals include various destinations and airlines, with details on fare prices, travel dates, and booking instructions. For example, a deal to Chiang Mai, Thailand, is priced at $833 round-trip, including all taxes, with travel dates in July 2026. Another deal to Ho Chi Minh City, Vietnam, is priced at $757 round-trip, including all taxes, with travel dates in July 2026. The page provides links to the respective articles for more detailed information and booking instructions.</w:t>
      </w:r>
      <w:r/>
    </w:p>
    <w:p>
      <w:pPr>
        <w:pStyle w:val="ListNumber"/>
        <w:spacing w:line="240" w:lineRule="auto"/>
        <w:ind w:left="720"/>
      </w:pPr>
      <w:r/>
      <w:hyperlink r:id="rId11">
        <w:r>
          <w:rPr>
            <w:color w:val="0000EE"/>
            <w:u w:val="single"/>
          </w:rPr>
          <w:t>https://flights.cathaypacific.com/en_US.html?cxsource=LANGUAGE_SELECTOR_EN_SA</w:t>
        </w:r>
      </w:hyperlink>
      <w:r>
        <w:t xml:space="preserve"> - This page on Cathay Pacific's official website offers information on upgrading flights, including upgrade awards, companion tickets, and inflight perks. It provides details on how to use miles to upgrade tickets to the next higher cabin class and highlights various inflight services such as dining, entertainment, and connectivity. The page also features information about Cathay Pacific's aircraft and fleet, including details on inflight dining, flight classes, and Wi-Fi and connectivity options. All fares displayed include taxes and carrier-imposed surcharges, with a note that all fares, government taxes and fees, and surcharges are subject to change at any time.</w:t>
      </w:r>
      <w:r/>
    </w:p>
    <w:p>
      <w:pPr>
        <w:pStyle w:val="ListNumber"/>
        <w:spacing w:line="240" w:lineRule="auto"/>
        <w:ind w:left="720"/>
      </w:pPr>
      <w:r/>
      <w:hyperlink r:id="rId15">
        <w:r>
          <w:rPr>
            <w:color w:val="0000EE"/>
            <w:u w:val="single"/>
          </w:rPr>
          <w:t>https://news.cathaypacific.com/cathay-pacific-offers-summer-travel-deals-to-popular-asia-destinations</w:t>
        </w:r>
      </w:hyperlink>
      <w:r>
        <w:t xml:space="preserve"> - This press release from Cathay Pacific, dated 2011, announces summer travel deals to popular Asia destinations. The deals include special Business Class round-trip airfares from San Francisco, Los Angeles, Chicago, New York (JFK), and New York (EWR) to destinations such as Manila, Cebu, Denpasar (Bali), Beijing, Shanghai, Ho Chi Minh City (Saigon), Hanoi, Bangkok, and Kuala Lumpur. For example, fares from San Francisco to Bangkok start at US$3,864. The release highlights Cathay Pacific's long-haul Business Class offerings, including private seats with direct aisle access that transform into a 6’9” long flat bed at the touch of a button.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15/cathay-pacific-san-francisco-koh-samui-thailand-850-roundtrip-including-all-taxes/" TargetMode="External"/><Relationship Id="rId10" Type="http://schemas.openxmlformats.org/officeDocument/2006/relationships/hyperlink" Target="https://www.theflightdeal.com/2024/06/21/cathay-pacific-san-francisco-bangkok-thailand-827-roundtrip-including-all-taxes/" TargetMode="External"/><Relationship Id="rId11" Type="http://schemas.openxmlformats.org/officeDocument/2006/relationships/hyperlink" Target="https://flights.cathaypacific.com/en_US.html?cxsource=LANGUAGE_SELECTOR_EN_SA" TargetMode="External"/><Relationship Id="rId12" Type="http://schemas.openxmlformats.org/officeDocument/2006/relationships/hyperlink" Target="https://www.noahwire.com" TargetMode="External"/><Relationship Id="rId13" Type="http://schemas.openxmlformats.org/officeDocument/2006/relationships/hyperlink" Target="https://news.cathaypacific.com/cathay-pacific-launches-2022-black-friday-sale-across-three-cabin-classes" TargetMode="External"/><Relationship Id="rId14" Type="http://schemas.openxmlformats.org/officeDocument/2006/relationships/hyperlink" Target="https://www.theflightdeal.com/category/flight-deals/sfo/" TargetMode="External"/><Relationship Id="rId15" Type="http://schemas.openxmlformats.org/officeDocument/2006/relationships/hyperlink" Target="https://news.cathaypacific.com/cathay-pacific-offers-summer-travel-deals-to-popular-asia-destin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