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Affordable Saudia flights open up Thailand for European travellers this winter</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A fare deal spotted by Fly4Free could make Thailand notably more accessible for holidaymakers this year, with Saudia return tickets to Bangkok and Phuket starting from €494. For travellers weighing up a long-haul escape, that price point is unusual for routes into two of the country’s best-known destinations, especially when it includes a checked bag as well as cabin baggage.</w:t>
      </w:r>
      <w:r/>
    </w:p>
    <w:p>
      <w:r/>
      <w:r>
        <w:t>The offer covers departures from several European cities, including Rome, Milan, Munich, Zurich, Geneva, Madrid and Barcelona, with travel dates running broadly from September 2026 to March 2027. Fly4Free notes that some of the cheapest itineraries involve a long stop in Doha, so passengers hoping for the simplest journey may need to trade convenience for savings.</w:t>
      </w:r>
      <w:r/>
    </w:p>
    <w:p>
      <w:r/>
      <w:r>
        <w:t>For holidaymakers, the appeal is clear. Bangkok suits first-time visitors looking for temples, street food and an easy base for day trips, while Phuket remains one of Thailand’s most popular gateways for beaches, island excursions and resort stays. The fare therefore works well for both city-and-beach itineraries and longer trips that combine several parts of the country.</w:t>
      </w:r>
      <w:r/>
    </w:p>
    <w:p>
      <w:r/>
      <w:r>
        <w:t>Travellers should still check the final booking conditions carefully, particularly the layover length, baggage rules and exact travel dates, before committing. But for anyone planning a winter break or a longer getaway to Thailand, Fly4Free’s listing suggests that this is a rare chance to book a full-service long-haul fare at a relatively modest price.</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9">
        <w:r>
          <w:rPr>
            <w:color w:val="0000EE"/>
            <w:u w:val="single"/>
          </w:rPr>
          <w:t>[3]</w:t>
        </w:r>
      </w:hyperlink>
      <w:r>
        <w:t xml:space="preserve">- Paragraph 2: </w:t>
      </w:r>
      <w:hyperlink r:id="rId9">
        <w:r>
          <w:rPr>
            <w:color w:val="0000EE"/>
            <w:u w:val="single"/>
          </w:rPr>
          <w:t>[4]</w:t>
        </w:r>
      </w:hyperlink>
      <w:r>
        <w:t xml:space="preserve">, </w:t>
      </w:r>
      <w:hyperlink r:id="rId9">
        <w:r>
          <w:rPr>
            <w:color w:val="0000EE"/>
            <w:u w:val="single"/>
          </w:rPr>
          <w:t>[5]</w:t>
        </w:r>
      </w:hyperlink>
      <w:r>
        <w:t xml:space="preserve">- Paragraph 3: </w:t>
      </w:r>
      <w:hyperlink r:id="rId9">
        <w:r>
          <w:rPr>
            <w:color w:val="0000EE"/>
            <w:u w:val="single"/>
          </w:rPr>
          <w:t>[6]</w:t>
        </w:r>
      </w:hyperlink>
      <w:r>
        <w:t xml:space="preserve">- Paragraph 4: </w:t>
      </w:r>
      <w:hyperlink r:id="rId9">
        <w:r>
          <w:rPr>
            <w:color w:val="0000EE"/>
            <w:u w:val="single"/>
          </w:rPr>
          <w:t>[7]</w:t>
        </w:r>
      </w:hyperlink>
      <w:r/>
    </w:p>
    <w:p>
      <w:r/>
      <w:r>
        <w:t xml:space="preserve">Source: </w:t>
      </w:r>
      <w:hyperlink r:id="rId10">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https://www.fly4free.com/flight-deals/europe/flights-from-europe-to-thailand-e444/</w:t>
        </w:r>
      </w:hyperlink>
      <w:r>
        <w:t xml:space="preserve"> - Please view link - unable to able to access data</w:t>
      </w:r>
      <w:r/>
    </w:p>
    <w:p>
      <w:pPr>
        <w:pStyle w:val="ListNumber"/>
        <w:spacing w:line="240" w:lineRule="auto"/>
        <w:ind w:left="720"/>
      </w:pPr>
      <w:r/>
      <w:hyperlink r:id="rId9">
        <w:r>
          <w:rPr>
            <w:color w:val="0000EE"/>
            <w:u w:val="single"/>
          </w:rPr>
          <w:t>https://www.fly4free.com/flight-deals/europe/flights-from-europe-to-thailand-e444/</w:t>
        </w:r>
      </w:hyperlink>
      <w:r>
        <w:t xml:space="preserve"> - This article highlights a limited-time offer for Saudia flights from various European cities to Bangkok and Phuket, starting at €494 return. It details the travel dates, routes, baggage allowances, and additional services like car hire, eSIMs, and travel insurance. The piece also provides insights into Thailand's attractions, including its tropical beaches, street food, islands, sunsets, elephant sanctuaries, wellness retreats, nightlife, natural landscapes, and temples. The information is current as of August 15, 2026, and readers are advised to verify details before booking.</w:t>
      </w:r>
      <w:r/>
    </w:p>
    <w:p>
      <w:pPr>
        <w:pStyle w:val="ListNumber"/>
        <w:spacing w:line="240" w:lineRule="auto"/>
        <w:ind w:left="720"/>
      </w:pPr>
      <w:r/>
      <w:hyperlink r:id="rId9">
        <w:r>
          <w:rPr>
            <w:color w:val="0000EE"/>
            <w:u w:val="single"/>
          </w:rPr>
          <w:t>https://www.fly4free.com/flight-deals/europe/flights-from-europe-to-thailand-e444/</w:t>
        </w:r>
      </w:hyperlink>
      <w:r>
        <w:t xml:space="preserve"> - This article highlights a limited-time offer for Saudia flights from various European cities to Bangkok and Phuket, starting at €494 return. It details the travel dates, routes, baggage allowances, and additional services like car hire, eSIMs, and travel insurance. The piece also provides insights into Thailand's attractions, including its tropical beaches, street food, islands, sunsets, elephant sanctuaries, wellness retreats, nightlife, natural landscapes, and temples. The information is current as of August 15, 2026, and readers are advised to verify details before booking.</w:t>
      </w:r>
      <w:r/>
    </w:p>
    <w:p>
      <w:pPr>
        <w:pStyle w:val="ListNumber"/>
        <w:spacing w:line="240" w:lineRule="auto"/>
        <w:ind w:left="720"/>
      </w:pPr>
      <w:r/>
      <w:hyperlink r:id="rId9">
        <w:r>
          <w:rPr>
            <w:color w:val="0000EE"/>
            <w:u w:val="single"/>
          </w:rPr>
          <w:t>https://www.fly4free.com/flight-deals/europe/flights-from-europe-to-thailand-e444/</w:t>
        </w:r>
      </w:hyperlink>
      <w:r>
        <w:t xml:space="preserve"> - This article highlights a limited-time offer for Saudia flights from various European cities to Bangkok and Phuket, starting at €494 return. It details the travel dates, routes, baggage allowances, and additional services like car hire, eSIMs, and travel insurance. The piece also provides insights into Thailand's attractions, including its tropical beaches, street food, islands, sunsets, elephant sanctuaries, wellness retreats, nightlife, natural landscapes, and temples. The information is current as of August 15, 2026, and readers are advised to verify details before booking.</w:t>
      </w:r>
      <w:r/>
    </w:p>
    <w:p>
      <w:pPr>
        <w:pStyle w:val="ListNumber"/>
        <w:spacing w:line="240" w:lineRule="auto"/>
        <w:ind w:left="720"/>
      </w:pPr>
      <w:r/>
      <w:hyperlink r:id="rId9">
        <w:r>
          <w:rPr>
            <w:color w:val="0000EE"/>
            <w:u w:val="single"/>
          </w:rPr>
          <w:t>https://www.fly4free.com/flight-deals/europe/flights-from-europe-to-thailand-e444/</w:t>
        </w:r>
      </w:hyperlink>
      <w:r>
        <w:t xml:space="preserve"> - This article highlights a limited-time offer for Saudia flights from various European cities to Bangkok and Phuket, starting at €494 return. It details the travel dates, routes, baggage allowances, and additional services like car hire, eSIMs, and travel insurance. The piece also provides insights into Thailand's attractions, including its tropical beaches, street food, islands, sunsets, elephant sanctuaries, wellness retreats, nightlife, natural landscapes, and temples. The information is current as of August 15, 2026, and readers are advised to verify details before booking.</w:t>
      </w:r>
      <w:r/>
    </w:p>
    <w:p>
      <w:pPr>
        <w:pStyle w:val="ListNumber"/>
        <w:spacing w:line="240" w:lineRule="auto"/>
        <w:ind w:left="720"/>
      </w:pPr>
      <w:r/>
      <w:hyperlink r:id="rId9">
        <w:r>
          <w:rPr>
            <w:color w:val="0000EE"/>
            <w:u w:val="single"/>
          </w:rPr>
          <w:t>https://www.fly4free.com/flight-deals/europe/flights-from-europe-to-thailand-e444/</w:t>
        </w:r>
      </w:hyperlink>
      <w:r>
        <w:t xml:space="preserve"> - This article highlights a limited-time offer for Saudia flights from various European cities to Bangkok and Phuket, starting at €494 return. It details the travel dates, routes, baggage allowances, and additional services like car hire, eSIMs, and travel insurance. The piece also provides insights into Thailand's attractions, including its tropical beaches, street food, islands, sunsets, elephant sanctuaries, wellness retreats, nightlife, natural landscapes, and temples. The information is current as of August 15, 2026, and readers are advised to verify details before booking.</w:t>
      </w:r>
      <w:r/>
    </w:p>
    <w:p>
      <w:pPr>
        <w:pStyle w:val="ListNumber"/>
        <w:spacing w:line="240" w:lineRule="auto"/>
        <w:ind w:left="720"/>
      </w:pPr>
      <w:r/>
      <w:hyperlink r:id="rId9">
        <w:r>
          <w:rPr>
            <w:color w:val="0000EE"/>
            <w:u w:val="single"/>
          </w:rPr>
          <w:t>https://www.fly4free.com/flight-deals/europe/flights-from-europe-to-thailand-e444/</w:t>
        </w:r>
      </w:hyperlink>
      <w:r>
        <w:t xml:space="preserve"> - This article highlights a limited-time offer for Saudia flights from various European cities to Bangkok and Phuket, starting at €494 return. It details the travel dates, routes, baggage allowances, and additional services like car hire, eSIMs, and travel insurance. The piece also provides insights into Thailand's attractions, including its tropical beaches, street food, islands, sunsets, elephant sanctuaries, wellness retreats, nightlife, natural landscapes, and temples. The information is current as of August 15, 2026, and readers are advised to verify details before booking.</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fly4free.com/flight-deals/europe/flights-from-europe-to-thailand-e444/" TargetMode="External"/><Relationship Id="rId10"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