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Qatar Airways launches €494 fares from Europe to Thailand with flexible routes and long layovers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Qatar Airways has surfaced with return fares to Thailand from several European cities starting at €494, a price point that will stand out for anyone weighing a long-haul holiday to Bangkok or Phuket. The deal covers departures from cities including Rome, Milan, Brussels, Prague, Munich, Zurich, Geneva, Madrid and Barcelona, with travel dates spread between September 2026 and March 2027, according to the Fly4free listing. For leisure travellers, that makes it easier to plan a winter escape or an early spring break without paying the kind of premium that often comes with far-flung Asian destinations.</w:t>
      </w:r>
      <w:r/>
    </w:p>
    <w:p>
      <w:r/>
      <w:r>
        <w:t>The headline fare is especially relevant for holidaymakers who want both city time and beach time on the same trip. Bangkok remains the natural entry point for temples, markets, rooftop bars and street food, while Phuket offers faster access to island-hopping, resort stays and quieter stretches of coast. Related fare round-ups from Flynous and Fly4free suggest that, on some routes, travellers can even shape open-jaw itineraries, arriving in one Thai city and departing from another, which can save backtracking and make a two-stop holiday more practical.</w:t>
      </w:r>
      <w:r/>
    </w:p>
    <w:p>
      <w:r/>
      <w:r>
        <w:t>There is, however, one detail worth checking before booking: the cheapest options may include a lengthy stop in Doha. Qatar Airways usually routes Europe–Thailand journeys via its Doha hub, and third-party deal reports note that some of the lowest fares come with longer connection times than some passengers would prefer. Other fare listings for similar routes point to shorter layovers on certain dates, so the overall convenience can vary depending on departure city and travel window.</w:t>
      </w:r>
      <w:r/>
    </w:p>
    <w:p>
      <w:r/>
      <w:r>
        <w:t>The package still looks competitive because it includes one cabin bag and one checked bag, and comparable Qatar Airways deals from Switzerland and Germany have also been advertised with meals and checked baggage included. For travellers, that matters more than the base fare alone, particularly on a trip to Thailand where beachwear, casual clothing and souvenir space can quickly add up in the suitcase. The broader picture is that this is a useful fare for people who want a full-service airline, flexible European departure points and a relatively affordable route into Thailand’s best-known destinations.</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w:t>
      </w:r>
      <w:hyperlink r:id="rId10">
        <w:r>
          <w:rPr>
            <w:color w:val="0000EE"/>
            <w:u w:val="single"/>
          </w:rPr>
          <w:t>[4]</w:t>
        </w:r>
      </w:hyperlink>
      <w:r>
        <w:t xml:space="preserve">- Paragraph 3: </w:t>
      </w:r>
      <w:hyperlink r:id="rId9">
        <w:r>
          <w:rPr>
            <w:color w:val="0000EE"/>
            <w:u w:val="single"/>
          </w:rPr>
          <w:t>[2]</w:t>
        </w:r>
      </w:hyperlink>
      <w:r>
        <w:t xml:space="preserve">, </w:t>
      </w:r>
      <w:hyperlink r:id="rId12">
        <w:r>
          <w:rPr>
            <w:color w:val="0000EE"/>
            <w:u w:val="single"/>
          </w:rPr>
          <w:t>[6]</w:t>
        </w:r>
      </w:hyperlink>
      <w:r>
        <w:t xml:space="preserve">, </w:t>
      </w:r>
      <w:hyperlink r:id="rId13">
        <w:r>
          <w:rPr>
            <w:color w:val="0000EE"/>
            <w:u w:val="single"/>
          </w:rPr>
          <w:t>[7]</w:t>
        </w:r>
      </w:hyperlink>
      <w:r>
        <w:t xml:space="preserve">- Paragraph 4: </w:t>
      </w:r>
      <w:hyperlink r:id="rId9">
        <w:r>
          <w:rPr>
            <w:color w:val="0000EE"/>
            <w:u w:val="single"/>
          </w:rPr>
          <w:t>[2]</w:t>
        </w:r>
      </w:hyperlink>
      <w:r>
        <w:t xml:space="preserve">, </w:t>
      </w:r>
      <w:hyperlink r:id="rId11">
        <w:r>
          <w:rPr>
            <w:color w:val="0000EE"/>
            <w:u w:val="single"/>
          </w:rPr>
          <w:t>[3]</w:t>
        </w:r>
      </w:hyperlink>
      <w:r>
        <w:t xml:space="preserve">, </w:t>
      </w:r>
      <w:hyperlink r:id="rId10">
        <w:r>
          <w:rPr>
            <w:color w:val="0000EE"/>
            <w:u w:val="single"/>
          </w:rPr>
          <w:t>[4]</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https://www.fly4free.com/flight-deals/europe/qatar-airways-flights-from-europe-to-thailand-e494/</w:t>
        </w:r>
      </w:hyperlink>
      <w:r>
        <w:t xml:space="preserve"> - Please view link - unable to able to access data</w:t>
      </w:r>
      <w:r/>
    </w:p>
    <w:p>
      <w:pPr>
        <w:pStyle w:val="ListNumber"/>
        <w:spacing w:line="240" w:lineRule="auto"/>
        <w:ind w:left="720"/>
      </w:pPr>
      <w:r/>
      <w:hyperlink r:id="rId9">
        <w:r>
          <w:rPr>
            <w:color w:val="0000EE"/>
            <w:u w:val="single"/>
          </w:rPr>
          <w:t>https://www.fly4free.com/flight-deals/europe/qatar-airways-flights-from-europe-to-thailand-e494/</w:t>
        </w:r>
      </w:hyperlink>
      <w:r>
        <w:t xml:space="preserve"> - This article highlights Qatar Airways' return flights from various European cities to Bangkok and Phuket, starting at €494. It details travel dates from September 2026 to March 2027, routes from cities like Rome, Milan, Brussels, Prague, Munich, Zurich, Geneva, Madrid, and Barcelona to Bangkok and Phuket. The article also mentions that some routes may include a long layover in Doha, Qatar, and specifies a baggage allowance of one cabin bag and one checked bag.</w:t>
      </w:r>
      <w:r/>
    </w:p>
    <w:p>
      <w:pPr>
        <w:pStyle w:val="ListNumber"/>
        <w:spacing w:line="240" w:lineRule="auto"/>
        <w:ind w:left="720"/>
      </w:pPr>
      <w:r/>
      <w:hyperlink r:id="rId11">
        <w:r>
          <w:rPr>
            <w:color w:val="0000EE"/>
            <w:u w:val="single"/>
          </w:rPr>
          <w:t>https://www.flynous.com/qatar-airways-cheap-flights-thailand/</w:t>
        </w:r>
      </w:hyperlink>
      <w:r>
        <w:t xml:space="preserve"> - This article discusses Qatar Airways' return flights from Switzerland to Bangkok, starting at €512. It includes all taxes, meals, and a generous 25kg checked luggage allowance. The flights typically have one short layover in Doha and are available for outbound travel dates in May, June, and September 2026 to early February 2027, excluding Christmas holidays. The article also mentions the option to book open-jaw tickets, such as combining with Phuket.</w:t>
      </w:r>
      <w:r/>
    </w:p>
    <w:p>
      <w:pPr>
        <w:pStyle w:val="ListNumber"/>
        <w:spacing w:line="240" w:lineRule="auto"/>
        <w:ind w:left="720"/>
      </w:pPr>
      <w:r/>
      <w:hyperlink r:id="rId10">
        <w:r>
          <w:rPr>
            <w:color w:val="0000EE"/>
            <w:u w:val="single"/>
          </w:rPr>
          <w:t>https://www.flynous.com/qatar-airways-cheap-flights-germany-thailand/</w:t>
        </w:r>
      </w:hyperlink>
      <w:r>
        <w:t xml:space="preserve"> - This article covers Qatar Airways' return flights from Germany to Thailand (Bangkok, Phuket) starting at €519. The base fare includes airport taxes, meals, and 25kg of checked luggage. Outbound travel dates are from April to June and September to early December 2026. The article provides booking samples for flights from Munich, Düsseldorf, and Frankfurt to Bangkok and Phuket, with specific dates and prices.</w:t>
      </w:r>
      <w:r/>
    </w:p>
    <w:p>
      <w:pPr>
        <w:pStyle w:val="ListNumber"/>
        <w:spacing w:line="240" w:lineRule="auto"/>
        <w:ind w:left="720"/>
      </w:pPr>
      <w:r/>
      <w:hyperlink r:id="rId15">
        <w:r>
          <w:rPr>
            <w:color w:val="0000EE"/>
            <w:u w:val="single"/>
          </w:rPr>
          <w:t>https://www.kayak.com/flight-routes/Qatar-Airways-United-States-US0/Thailand-TH0.b.QR.ksp</w:t>
        </w:r>
      </w:hyperlink>
      <w:r>
        <w:t xml:space="preserve"> - This page offers information on Qatar Airways flights from the United States to Thailand, with round-trip prices starting from $483. It provides options for one-way and round-trip flights, with filters to compare deals by price, airline, and more. The page also includes flight deals and useful information for travellers.</w:t>
      </w:r>
      <w:r/>
    </w:p>
    <w:p>
      <w:pPr>
        <w:pStyle w:val="ListNumber"/>
        <w:spacing w:line="240" w:lineRule="auto"/>
        <w:ind w:left="720"/>
      </w:pPr>
      <w:r/>
      <w:hyperlink r:id="rId12">
        <w:r>
          <w:rPr>
            <w:color w:val="0000EE"/>
            <w:u w:val="single"/>
          </w:rPr>
          <w:t>https://www.tiket2.com/cheap-flights/thailand/</w:t>
        </w:r>
      </w:hyperlink>
      <w:r>
        <w:t xml:space="preserve"> - This article discusses flight options from Europe to Thailand, noting that there are no direct flights from Europe to Thailand, requiring a connecting flight from elsewhere in the Middle East or Asia. It mentions that direct flights from Europe to Thailand are about 10-12 hours long and lists some of the largest European hubs with nonstop connections to Thailand, including Amsterdam, Copenhagen, Frankfurt, Helsinki, London, Munich, Paris, Stockholm, and Zurich. The article also lists airlines that frequently fly from European countries to Thailand, including Qatar Airways.</w:t>
      </w:r>
      <w:r/>
    </w:p>
    <w:p>
      <w:pPr>
        <w:pStyle w:val="ListNumber"/>
        <w:spacing w:line="240" w:lineRule="auto"/>
        <w:ind w:left="720"/>
      </w:pPr>
      <w:r/>
      <w:hyperlink r:id="rId13">
        <w:r>
          <w:rPr>
            <w:color w:val="0000EE"/>
            <w:u w:val="single"/>
          </w:rPr>
          <w:t>https://www.flightsfrom.com/QR</w:t>
        </w:r>
      </w:hyperlink>
      <w:r>
        <w:t xml:space="preserve"> - This page provides a comprehensive route map for Qatar Airways, detailing destinations and flight durations. It lists popular routes, including flights from Doha to Bangkok, and provides information on flight durations and frequencies. The page also includes information on Qatar Airways' membership in the Oneworld alliance and its operations from Hamad International Airport in Doha.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ly4free.com/flight-deals/europe/qatar-airways-flights-from-europe-to-thailand-e494/" TargetMode="External"/><Relationship Id="rId10" Type="http://schemas.openxmlformats.org/officeDocument/2006/relationships/hyperlink" Target="https://www.flynous.com/qatar-airways-cheap-flights-germany-thailand/" TargetMode="External"/><Relationship Id="rId11" Type="http://schemas.openxmlformats.org/officeDocument/2006/relationships/hyperlink" Target="https://www.flynous.com/qatar-airways-cheap-flights-thailand/" TargetMode="External"/><Relationship Id="rId12" Type="http://schemas.openxmlformats.org/officeDocument/2006/relationships/hyperlink" Target="https://www.tiket2.com/cheap-flights/thailand/" TargetMode="External"/><Relationship Id="rId13" Type="http://schemas.openxmlformats.org/officeDocument/2006/relationships/hyperlink" Target="https://www.flightsfrom.com/QR" TargetMode="External"/><Relationship Id="rId14" Type="http://schemas.openxmlformats.org/officeDocument/2006/relationships/hyperlink" Target="https://www.noahwire.com" TargetMode="External"/><Relationship Id="rId15" Type="http://schemas.openxmlformats.org/officeDocument/2006/relationships/hyperlink" Target="https://www.kayak.com/flight-routes/Qatar-Airways-United-States-US0/Thailand-TH0.b.QR.ks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