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Luxembourg to Bangkok: China Southern offers full-service fares from €420 for 2026 autumn travel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Travellers looking ahead to an autumn break in Thailand may find one of the more eye-catching long-haul deals out of Luxembourg this year in China Southern’s fares to Bangkok, with return tickets advertised from €420 for travel in October and November 2026. The deal is framed as a full-service option, with checked baggage, hand luggage and meals included, which may make it easier to compare with lower headline fares that add extras later. The route is Luxembourg to Bangkok and back, with some examples showing prices from €420 to €475 depending on dates. </w:t>
      </w:r>
      <w:r/>
    </w:p>
    <w:p>
      <w:r/>
      <w:r>
        <w:t xml:space="preserve">For holidaymakers, the main appeal is not just the price but the simplicity of reaching Thailand’s capital on one booking. According to China Southern, the airline offers a broad international network and online booking information, while the deal listing notes that some itineraries may involve a lengthy stop in Guangzhou. For travellers, that could mean an opportunity to break up the journey and spend time in the Chinese city, though the overall trip will take longer than a direct service. </w:t>
      </w:r>
      <w:r/>
    </w:p>
    <w:p>
      <w:r/>
      <w:r>
        <w:t xml:space="preserve">Anyone weighing up the fare should also check availability carefully, as the advertised prices are tied to specific dates in late October, November and early December 2026. Skyscanner, which the deal points to as the place to book, is designed to compare options across airlines and travel sellers, making it useful for checking whether similar dates are available at comparable prices or whether flexibility on travel days could bring the cost down further. </w:t>
      </w:r>
      <w:r/>
    </w:p>
    <w:p>
      <w:r/>
      <w:r>
        <w:t xml:space="preserve">Once in Thailand, the value of a full-service long-haul fare can extend beyond the flight itself. Agoda, which is highlighted in the deal listing, specialises in hotel searches across the country, from budget stays to higher-end resorts, while GetYourGuide offers bookable tours and activities for visitors who want to plan excursions in advance. For those hiring a car to reach beaches, temples or less central parts of the country, EconomyBookings is presented as a way to compare rental options across a wide range of destinations. </w:t>
      </w:r>
      <w:r/>
    </w:p>
    <w:p>
      <w:r/>
      <w:r>
        <w:t xml:space="preserve">The listing also reminds travellers that disruption coverage can matter on long journeys. Skycop says it helps passengers pursue compensation for cancellations and lengthy delays, which may be worth keeping in mind when booking connecting flights. For travellers headed to Thailand, the broader message is straightforward: this is a low-frills price for a full-service trip, but checking connection times, baggage terms and onward hotel choices will be key to deciding whether it is the right fit.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9">
        <w:r>
          <w:rPr>
            <w:color w:val="0000EE"/>
            <w:u w:val="single"/>
          </w:rPr>
          <w:t>[1]</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11">
        <w:r>
          <w:rPr>
            <w:color w:val="0000EE"/>
            <w:u w:val="single"/>
          </w:rPr>
          <w:t>[3]</w:t>
        </w:r>
      </w:hyperlink>
      <w:r>
        <w:t xml:space="preserve">, </w:t>
      </w:r>
      <w:hyperlink r:id="rId9">
        <w:r>
          <w:rPr>
            <w:color w:val="0000EE"/>
            <w:u w:val="single"/>
          </w:rPr>
          <w:t>[1]</w:t>
        </w:r>
      </w:hyperlink>
      <w:r>
        <w:t xml:space="preserve">- Paragraph 4: </w:t>
      </w:r>
      <w:hyperlink r:id="rId12">
        <w:r>
          <w:rPr>
            <w:color w:val="0000EE"/>
            <w:u w:val="single"/>
          </w:rPr>
          <w:t>[4]</w:t>
        </w:r>
      </w:hyperlink>
      <w:r>
        <w:t xml:space="preserve">, </w:t>
      </w:r>
      <w:hyperlink r:id="rId13">
        <w:r>
          <w:rPr>
            <w:color w:val="0000EE"/>
            <w:u w:val="single"/>
          </w:rPr>
          <w:t>[6]</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https://travelfree.info/flights-luxembourg-bangkok/</w:t>
        </w:r>
      </w:hyperlink>
      <w:r>
        <w:t xml:space="preserve"> - Please view link - unable to able to access data</w:t>
      </w:r>
      <w:r/>
    </w:p>
    <w:p>
      <w:pPr>
        <w:pStyle w:val="ListNumber"/>
        <w:spacing w:line="240" w:lineRule="auto"/>
        <w:ind w:left="720"/>
      </w:pPr>
      <w:r/>
      <w:hyperlink r:id="rId10">
        <w:r>
          <w:rPr>
            <w:color w:val="0000EE"/>
            <w:u w:val="single"/>
          </w:rPr>
          <w:t>https://www.csair.com/en/</w:t>
        </w:r>
      </w:hyperlink>
      <w:r>
        <w:t xml:space="preserve"> - China Southern Airlines is one of the largest airlines in Asia, offering a wide range of domestic and international flights. Their official website provides comprehensive information on flight schedules, booking options, and customer services. The airline operates a modern fleet and is a member of the SkyTeam alliance, ensuring connectivity to numerous destinations worldwide. Passengers can access details about baggage policies, in-flight services, and special offers through their website.</w:t>
      </w:r>
      <w:r/>
    </w:p>
    <w:p>
      <w:pPr>
        <w:pStyle w:val="ListNumber"/>
        <w:spacing w:line="240" w:lineRule="auto"/>
        <w:ind w:left="720"/>
      </w:pPr>
      <w:r/>
      <w:hyperlink r:id="rId11">
        <w:r>
          <w:rPr>
            <w:color w:val="0000EE"/>
            <w:u w:val="single"/>
          </w:rPr>
          <w:t>https://www.skyscanner.net/</w:t>
        </w:r>
      </w:hyperlink>
      <w:r>
        <w:t xml:space="preserve"> - Skyscanner is a global travel search engine that allows users to compare flight prices across various airlines and booking platforms. It provides real-time information on flight availability, pricing, and routes, helping travelers find the best deals. The platform also offers features like price alerts and flexible date searches, making it a valuable tool for planning trips. Skyscanner covers a vast network of airlines and destinations, ensuring comprehensive search results for users.</w:t>
      </w:r>
      <w:r/>
    </w:p>
    <w:p>
      <w:pPr>
        <w:pStyle w:val="ListNumber"/>
        <w:spacing w:line="240" w:lineRule="auto"/>
        <w:ind w:left="720"/>
      </w:pPr>
      <w:r/>
      <w:hyperlink r:id="rId12">
        <w:r>
          <w:rPr>
            <w:color w:val="0000EE"/>
            <w:u w:val="single"/>
          </w:rPr>
          <w:t>https://www.agoda.com/</w:t>
        </w:r>
      </w:hyperlink>
      <w:r>
        <w:t xml:space="preserve"> - Agoda is a leading online travel agency specializing in hotel and accommodation bookings worldwide. With a vast network of properties, from budget-friendly options to luxury resorts, Agoda caters to diverse traveler preferences. The platform offers user-friendly search filters, competitive pricing, and customer reviews to assist in making informed decisions. Additionally, Agoda provides exclusive deals and promotions, enhancing the overall travel experience for its users.</w:t>
      </w:r>
      <w:r/>
    </w:p>
    <w:p>
      <w:pPr>
        <w:pStyle w:val="ListNumber"/>
        <w:spacing w:line="240" w:lineRule="auto"/>
        <w:ind w:left="720"/>
      </w:pPr>
      <w:r/>
      <w:hyperlink r:id="rId15">
        <w:r>
          <w:rPr>
            <w:color w:val="0000EE"/>
            <w:u w:val="single"/>
          </w:rPr>
          <w:t>https://www.skycop.com/</w:t>
        </w:r>
      </w:hyperlink>
      <w:r>
        <w:t xml:space="preserve"> - Skycop is a service that assists airline passengers in claiming compensation for flight disruptions, including cancellations, delays, and overbookings. They operate on a 'no win, no fee' basis, meaning passengers only pay if their claim is successful. Skycop handles the entire process, from claim submission to legal proceedings if necessary, aiming to secure the maximum compensation available under EU regulations. Their platform is user-friendly, allowing passengers to check their eligibility and initiate claims efficiently.</w:t>
      </w:r>
      <w:r/>
    </w:p>
    <w:p>
      <w:pPr>
        <w:pStyle w:val="ListNumber"/>
        <w:spacing w:line="240" w:lineRule="auto"/>
        <w:ind w:left="720"/>
      </w:pPr>
      <w:r/>
      <w:hyperlink r:id="rId13">
        <w:r>
          <w:rPr>
            <w:color w:val="0000EE"/>
            <w:u w:val="single"/>
          </w:rPr>
          <w:t>https://www.getyourguide.com/</w:t>
        </w:r>
      </w:hyperlink>
      <w:r>
        <w:t xml:space="preserve"> - GetYourGuide is an online platform that offers a wide range of tours, activities, and experiences in destinations around the world. Users can book guided tours, skip-the-line tickets, and unique local experiences, often with instant booking confirmation. The platform features customer reviews, detailed descriptions, and competitive pricing, assisting travelers in planning their itineraries. GetYourGuide partners with local operators to provide authentic and memorable experiences, catering to various interests and preferences.</w:t>
      </w:r>
      <w:r/>
    </w:p>
    <w:p>
      <w:pPr>
        <w:pStyle w:val="ListNumber"/>
        <w:spacing w:line="240" w:lineRule="auto"/>
        <w:ind w:left="720"/>
      </w:pPr>
      <w:r/>
      <w:hyperlink r:id="rId14">
        <w:r>
          <w:rPr>
            <w:color w:val="0000EE"/>
            <w:u w:val="single"/>
          </w:rPr>
          <w:t>https://www.economybookings.com/</w:t>
        </w:r>
      </w:hyperlink>
      <w:r>
        <w:t xml:space="preserve"> - EconomyBookings is an online car rental service that provides users with access to a vast network of rental cars across numerous countries. The platform allows travelers to compare prices, read customer reviews, and choose from a variety of vehicle types to suit their needs. EconomyBookings partners with reputable car rental companies, ensuring quality service and competitive rates. The website offers a user-friendly interface, secure booking process, and customer support to assist with any inquiries or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free.info/flights-luxembourg-bangkok/" TargetMode="External"/><Relationship Id="rId10" Type="http://schemas.openxmlformats.org/officeDocument/2006/relationships/hyperlink" Target="https://www.csair.com/en/" TargetMode="External"/><Relationship Id="rId11" Type="http://schemas.openxmlformats.org/officeDocument/2006/relationships/hyperlink" Target="https://www.skyscanner.net/" TargetMode="External"/><Relationship Id="rId12" Type="http://schemas.openxmlformats.org/officeDocument/2006/relationships/hyperlink" Target="https://www.agoda.com/" TargetMode="External"/><Relationship Id="rId13" Type="http://schemas.openxmlformats.org/officeDocument/2006/relationships/hyperlink" Target="https://www.getyourguide.com/" TargetMode="External"/><Relationship Id="rId14" Type="http://schemas.openxmlformats.org/officeDocument/2006/relationships/hyperlink" Target="https://www.economybookings.com/" TargetMode="External"/><Relationship Id="rId15" Type="http://schemas.openxmlformats.org/officeDocument/2006/relationships/hyperlink" Target="https://www.skycop.com/"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