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TransNusa launches direct Jakarta–Bangkok flights to boost Indonesian tourism to Thailand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Thailand has gained a new direct link to one of its fastest-growing source markets, with TransNusa beginning twice-daily flights between Jakarta and Bangkok on 6 August 2026. For holidaymakers, the main appeal is simple: more choice, better timing and an easier city break into Thailand’s capital, with all flights serving Suvarnabhumi Airport, the country’s main international gateway. TransNusa says introductory one-way fares start from IDR 2,999,000, which could make the route attractive for travellers weighing up a short escape or a longer multi-stop trip in the region. TransNusa said the service is designed to improve convenience for both leisure and business passengers. </w:t>
      </w:r>
      <w:r/>
    </w:p>
    <w:p>
      <w:r/>
      <w:r>
        <w:t xml:space="preserve">The new route follows a memorandum of understanding signed in Jakarta on 4 August 2026 between the Tourism Authority of Thailand and TransNusa. According to the airline and Thai tourism officials, the aim is to encourage more Indonesians to visit Thailand through joint promotion and stronger air links. That matters because Indonesia is a large and growing market for Thai tourism, and the added schedule flexibility should make Bangkok feel more accessible for weekend breaks, shopping trips and short family holidays. </w:t>
      </w:r>
      <w:r/>
    </w:p>
    <w:p>
      <w:r/>
      <w:r>
        <w:t xml:space="preserve">Thailand has set a target of 890,000 Indonesian visitors in 2026, and official figures cited by local reports show 376,337 arrivals from Indonesia through 31 July. The average stay was six nights, which suggests Indonesian visitors already tend to spend enough time to make a meaningful trip beyond Bangkok alone. For travellers, that often translates into more room to add a beach extension, a cultural stop or a few days of hotel hopping and dining in the capital. </w:t>
      </w:r>
      <w:r/>
    </w:p>
    <w:p>
      <w:r/>
      <w:r>
        <w:t xml:space="preserve">For many visitors, the biggest practical change is that Jakarta no longer has to be treated as a hub-and-spoke journey to reach Thailand. Direct flights remove the need for awkward connections in Singapore or Kuala Lumpur and can make last-minute planning far easier. Two daily departures also help when arranging onward domestic flights within Thailand, or when trying to fit Bangkok into a wider ASEAN itinerary. </w:t>
      </w:r>
      <w:r/>
    </w:p>
    <w:p>
      <w:r/>
      <w:r>
        <w:t xml:space="preserve">TransNusa is also preparing a direct Bali–Phuket service, due to start on 9 September 2026 with four flights a week. The airline says the route will operate on Mondays, Wednesdays, Fridays and Sundays, with departures from Denpasar in the morning and a return from Phuket in the afternoon. For leisure travellers, that creates a straightforward link between two of the region’s most popular beach destinations and could be especially useful for people planning a sunshine-heavy holiday without the hassle of a complicated transfer. </w:t>
      </w:r>
      <w:r/>
    </w:p>
    <w:p>
      <w:r/>
      <w:r>
        <w:t xml:space="preserve">Taken together, the Jakarta–Bangkok and Bali–Phuket routes point to a clearer, more consumer-friendly travel picture between Indonesia and Thailand. TransNusa says it is trying to meet rising demand for regional trips, while Thailand is looking to convert that demand into more visitor arrivals. For travellers, the immediate benefit is better access: more direct options, more convenient timing and a greater chance of finding a Thai getaway that fits both budget and schedule.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[1]</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12">
        <w:r>
          <w:rPr>
            <w:color w:val="0000EE"/>
            <w:u w:val="single"/>
          </w:rPr>
          <w:t>[3]</w:t>
        </w:r>
      </w:hyperlink>
      <w:r>
        <w:t xml:space="preserve">, </w:t>
      </w:r>
      <w:hyperlink r:id="rId13">
        <w:r>
          <w:rPr>
            <w:color w:val="0000EE"/>
            <w:u w:val="single"/>
          </w:rPr>
          <w:t>[5]</w:t>
        </w:r>
      </w:hyperlink>
      <w:r>
        <w:t xml:space="preserve">, </w:t>
      </w:r>
      <w:hyperlink r:id="rId14">
        <w:r>
          <w:rPr>
            <w:color w:val="0000EE"/>
            <w:u w:val="single"/>
          </w:rPr>
          <w:t>[7]</w:t>
        </w:r>
      </w:hyperlink>
      <w:r>
        <w:t xml:space="preserve">- Paragraph 6: </w:t>
      </w:r>
      <w:hyperlink r:id="rId9">
        <w:r>
          <w:rPr>
            <w:color w:val="0000EE"/>
            <w:u w:val="single"/>
          </w:rPr>
          <w:t>[1]</w:t>
        </w:r>
      </w:hyperlink>
      <w:r>
        <w:t xml:space="preserve">, </w:t>
      </w:r>
      <w:hyperlink r:id="rId10">
        <w:r>
          <w:rPr>
            <w:color w:val="0000EE"/>
            <w:u w:val="single"/>
          </w:rPr>
          <w:t>[2]</w:t>
        </w:r>
      </w:hyperlink>
      <w:r>
        <w:t xml:space="preserve">, </w:t>
      </w:r>
      <w:hyperlink r:id="rId13">
        <w:r>
          <w:rPr>
            <w:color w:val="0000EE"/>
            <w:u w:val="single"/>
          </w:rPr>
          <w:t>[5]</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https://www.asialifestylemagazine.com/tat-welcomes-transnusa-airlines-jakarta-bangkok-launch/</w:t>
        </w:r>
      </w:hyperlink>
      <w:r>
        <w:t xml:space="preserve"> - Please view link - unable to able to access data</w:t>
      </w:r>
      <w:r/>
    </w:p>
    <w:p>
      <w:pPr>
        <w:pStyle w:val="ListNumber"/>
        <w:spacing w:line="240" w:lineRule="auto"/>
        <w:ind w:left="720"/>
      </w:pPr>
      <w:r/>
      <w:hyperlink r:id="rId10">
        <w:r>
          <w:rPr>
            <w:color w:val="0000EE"/>
            <w:u w:val="single"/>
          </w:rPr>
          <w:t>https://www.transnusa.co.id/en/news/bangkok-awaits-transnusa-opens-ticket-sales-for-new-jakartabangkok-route-with-twicedaily-flights</w:t>
        </w:r>
      </w:hyperlink>
      <w:r>
        <w:t xml:space="preserve"> - TransNusa Airlines has announced the launch of a new Jakarta–Bangkok route, commencing on 6 August 2026. The service will operate twice daily, offering greater flexibility for both leisure and business travellers. Flights will arrive at Suvarnabhumi Airport, Thailand's primary international gateway. CEO Datuk Bernard Francis highlighted the strategic move to meet the growing demand for international travel within Southeast Asia, aiming to strengthen connectivity between Indonesia and Thailand. Introductory fares start from IDR 2,999,000 one-way. (</w:t>
      </w:r>
      <w:hyperlink r:id="rId16">
        <w:r>
          <w:rPr>
            <w:color w:val="0000EE"/>
            <w:u w:val="single"/>
          </w:rPr>
          <w:t>transnusa.co.id</w:t>
        </w:r>
      </w:hyperlink>
      <w:r>
        <w:t>)</w:t>
      </w:r>
      <w:r/>
    </w:p>
    <w:p>
      <w:pPr>
        <w:pStyle w:val="ListNumber"/>
        <w:spacing w:line="240" w:lineRule="auto"/>
        <w:ind w:left="720"/>
      </w:pPr>
      <w:r/>
      <w:hyperlink r:id="rId12">
        <w:r>
          <w:rPr>
            <w:color w:val="0000EE"/>
            <w:u w:val="single"/>
          </w:rPr>
          <w:t>https://www.transnusa.co.id/en/explore-route/destinations/ticket-bali-to-phuket</w:t>
        </w:r>
      </w:hyperlink>
      <w:r>
        <w:t xml:space="preserve"> - TransNusa has launched a direct flight service between Bali and Phuket, connecting two of Southeast Asia's most beloved beach destinations. The service operates four times a week on Mondays, Wednesdays, Fridays, and Sundays, using Airbus A320 aircraft with 174 seats. Flights depart from I Gusti Ngurah Rai International Airport in Denpasar at 08:50 and arrive at Phuket International Airport at 11:50. The return flight leaves Phuket at 13:50 and arrives back in Bali at 18:50. (</w:t>
      </w:r>
      <w:hyperlink r:id="rId17">
        <w:r>
          <w:rPr>
            <w:color w:val="0000EE"/>
            <w:u w:val="single"/>
          </w:rPr>
          <w:t>transnusa.co.id</w:t>
        </w:r>
      </w:hyperlink>
      <w:r>
        <w:t>)</w:t>
      </w:r>
      <w:r/>
    </w:p>
    <w:p>
      <w:pPr>
        <w:pStyle w:val="ListNumber"/>
        <w:spacing w:line="240" w:lineRule="auto"/>
        <w:ind w:left="720"/>
      </w:pPr>
      <w:r/>
      <w:hyperlink r:id="rId11">
        <w:r>
          <w:rPr>
            <w:color w:val="0000EE"/>
            <w:u w:val="single"/>
          </w:rPr>
          <w:t>https://www.transnusa.co.id/en/news/bangkok-menanti-transnusa-luncurkan-penjualan-tiket-rute-baru-jakartabangkok-dengan-dua-penerbangan-harian</w:t>
        </w:r>
      </w:hyperlink>
      <w:r>
        <w:t xml:space="preserve"> - TransNusa has expanded its international network with a new Jakarta–Bangkok route, set to begin on 6 August 2026. The airline will operate two daily flights, providing more travel options for both leisure and business travellers. All flights will land at Suvarnabhumi Airport, Thailand's main international hub. CEO Datuk Bernard Francis stated that the new route aims to meet the growing demand for international travel within Southeast Asia and strengthen connectivity between Indonesia and Thailand. (</w:t>
      </w:r>
      <w:hyperlink r:id="rId18">
        <w:r>
          <w:rPr>
            <w:color w:val="0000EE"/>
            <w:u w:val="single"/>
          </w:rPr>
          <w:t>transnusa.co.id</w:t>
        </w:r>
      </w:hyperlink>
      <w:r>
        <w:t>)</w:t>
      </w:r>
      <w:r/>
    </w:p>
    <w:p>
      <w:pPr>
        <w:pStyle w:val="ListNumber"/>
        <w:spacing w:line="240" w:lineRule="auto"/>
        <w:ind w:left="720"/>
      </w:pPr>
      <w:r/>
      <w:hyperlink r:id="rId13">
        <w:r>
          <w:rPr>
            <w:color w:val="0000EE"/>
            <w:u w:val="single"/>
          </w:rPr>
          <w:t>https://www.ttrweekly.com/site/2026/07/transnusa-to-fly-to-phuket-this-september/</w:t>
        </w:r>
      </w:hyperlink>
      <w:r>
        <w:t xml:space="preserve"> - TransNusa will launch direct flights between Bali and Phuket starting 9 September 2026, with four weekly services. The new route underscores TransNusa's commitment to enhancing its international connectivity while supporting tourism, trade, and cultural exchanges between Indonesia and Thailand. CEO Datuk Bernard Francis commented that the launch adds to the airline's international services from Bali, including destinations like Perth, Singapore, and Guangzhou. (</w:t>
      </w:r>
      <w:hyperlink r:id="rId19">
        <w:r>
          <w:rPr>
            <w:color w:val="0000EE"/>
            <w:u w:val="single"/>
          </w:rPr>
          <w:t>ttrweekly.com</w:t>
        </w:r>
      </w:hyperlink>
      <w:r>
        <w:t>)</w:t>
      </w:r>
      <w:r/>
    </w:p>
    <w:p>
      <w:pPr>
        <w:pStyle w:val="ListNumber"/>
        <w:spacing w:line="240" w:lineRule="auto"/>
        <w:ind w:left="720"/>
      </w:pPr>
      <w:r/>
      <w:hyperlink r:id="rId20">
        <w:r>
          <w:rPr>
            <w:color w:val="0000EE"/>
            <w:u w:val="single"/>
          </w:rPr>
          <w:t>https://www.ttrweekly.com/site/2026/07/transnusa-connects-bangkok-and-wakatobi/</w:t>
        </w:r>
      </w:hyperlink>
      <w:r>
        <w:t xml:space="preserve"> - TransNusa is introducing new routes from Jakarta to Bangkok, Thailand, starting 6 August 2026, and connecting Bali to the island destination of Wakatobi during July 2026. TransNusa becomes the first airline to introduce a new direct route from Bali to Wakatobi, an island globally celebrated for hosting the world’s second-largest barrier reef. CEO Datuk Bernard Francis stated that these new routes will strengthen TransNusa’s international and domestic connectivity network. (</w:t>
      </w:r>
      <w:hyperlink r:id="rId21">
        <w:r>
          <w:rPr>
            <w:color w:val="0000EE"/>
            <w:u w:val="single"/>
          </w:rPr>
          <w:t>ttrweekly.com</w:t>
        </w:r>
      </w:hyperlink>
      <w:r>
        <w:t>)</w:t>
      </w:r>
      <w:r/>
    </w:p>
    <w:p>
      <w:pPr>
        <w:pStyle w:val="ListNumber"/>
        <w:spacing w:line="240" w:lineRule="auto"/>
        <w:ind w:left="720"/>
      </w:pPr>
      <w:r/>
      <w:hyperlink r:id="rId14">
        <w:r>
          <w:rPr>
            <w:color w:val="0000EE"/>
            <w:u w:val="single"/>
          </w:rPr>
          <w:t>https://www.ttrweekly.com/site/2026/07/transnusa-lance-des-vols-directs-entre-bali-et-phuket/</w:t>
        </w:r>
      </w:hyperlink>
      <w:r>
        <w:t xml:space="preserve"> - TransNusa has launched a new direct and regular flight between Bali, Indonesia, and Phuket, Thailand, operating four times a week to connect these two iconic Southeast Asian destinations. The route is operated by an Airbus A320 with 174 seats, making TransNusa the second carrier to offer non-stop flights on this route, after Indonesia AirAsia. CEO Datuk Bernard Francis mentioned that this new connection is part of TransNusa's broader strategy to enhance its international network. (</w:t>
      </w:r>
      <w:hyperlink r:id="rId22">
        <w:r>
          <w:rPr>
            <w:color w:val="0000EE"/>
            <w:u w:val="single"/>
          </w:rPr>
          <w:t>akses.co.id</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sialifestylemagazine.com/tat-welcomes-transnusa-airlines-jakarta-bangkok-launch/" TargetMode="External"/><Relationship Id="rId10" Type="http://schemas.openxmlformats.org/officeDocument/2006/relationships/hyperlink" Target="https://www.transnusa.co.id/en/news/bangkok-awaits-transnusa-opens-ticket-sales-for-new-jakartabangkok-route-with-twicedaily-flights" TargetMode="External"/><Relationship Id="rId11" Type="http://schemas.openxmlformats.org/officeDocument/2006/relationships/hyperlink" Target="https://www.transnusa.co.id/en/news/bangkok-menanti-transnusa-luncurkan-penjualan-tiket-rute-baru-jakartabangkok-dengan-dua-penerbangan-harian" TargetMode="External"/><Relationship Id="rId12" Type="http://schemas.openxmlformats.org/officeDocument/2006/relationships/hyperlink" Target="https://www.transnusa.co.id/en/explore-route/destinations/ticket-bali-to-phuket" TargetMode="External"/><Relationship Id="rId13" Type="http://schemas.openxmlformats.org/officeDocument/2006/relationships/hyperlink" Target="https://www.ttrweekly.com/site/2026/07/transnusa-to-fly-to-phuket-this-september/" TargetMode="External"/><Relationship Id="rId14" Type="http://schemas.openxmlformats.org/officeDocument/2006/relationships/hyperlink" Target="https://www.ttrweekly.com/site/2026/07/transnusa-lance-des-vols-directs-entre-bali-et-phuket/" TargetMode="External"/><Relationship Id="rId15" Type="http://schemas.openxmlformats.org/officeDocument/2006/relationships/hyperlink" Target="https://www.noahwire.com" TargetMode="External"/><Relationship Id="rId16" Type="http://schemas.openxmlformats.org/officeDocument/2006/relationships/hyperlink" Target="https://www.transnusa.co.id/en/news/bangkok-awaits-transnusa-opens-ticket-sales-for-new-jakartabangkok-route-with-twicedaily-flights?utm_source=openai" TargetMode="External"/><Relationship Id="rId17" Type="http://schemas.openxmlformats.org/officeDocument/2006/relationships/hyperlink" Target="https://www.transnusa.co.id/en/explore-route/destinations/ticket-bali-to-phuket?utm_source=openai" TargetMode="External"/><Relationship Id="rId18" Type="http://schemas.openxmlformats.org/officeDocument/2006/relationships/hyperlink" Target="https://www.transnusa.co.id/id/news/bangkok-menanti-transnusa-luncurkan-penjualan-tiket-rute-baru-jakartabangkok-dengan-dua-penerbangan-harian?utm_source=openai" TargetMode="External"/><Relationship Id="rId19" Type="http://schemas.openxmlformats.org/officeDocument/2006/relationships/hyperlink" Target="https://www.ttrweekly.com/site/2026/07/transnusa-to-fly-to-phuket-this-september/?utm_source=openai" TargetMode="External"/><Relationship Id="rId20" Type="http://schemas.openxmlformats.org/officeDocument/2006/relationships/hyperlink" Target="https://www.ttrweekly.com/site/2026/07/transnusa-connects-bangkok-and-wakatobi/" TargetMode="External"/><Relationship Id="rId21" Type="http://schemas.openxmlformats.org/officeDocument/2006/relationships/hyperlink" Target="https://www.ttrweekly.com/site/2026/07/transnusa-connects-bangkok-and-wakatobi/?utm_source=openai" TargetMode="External"/><Relationship Id="rId22" Type="http://schemas.openxmlformats.org/officeDocument/2006/relationships/hyperlink" Target="https://www.akses.co.id/fr/transnusa-vols-directs-bali-phuket?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