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 Airways resumes Bangkok-Xiamen route in October 2026, reintroducing direct international link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 Airways is set to return to the Bangkok-Xiamen market on 25 October 2026, restoring a direct link that will matter most to holidaymakers heading for China’s Fujian coast and to travellers connecting through Bangkok’s Suvarnabhumi Airport. According to the airline’s announcement on Facebook and its booking pages, the service will run four times a week, with flights on Tuesdays, Thursdays, Saturdays and Sundays, and the winter schedule is already open for bookings through 27 March 2027. </w:t>
      </w:r>
      <w:r/>
    </w:p>
    <w:p>
      <w:r/>
      <w:r>
        <w:t xml:space="preserve">For travellers, the most useful part is the timetable. Thai Airways says TG610 will leave Bangkok at 10.40 on Tuesdays, Thursdays and Saturdays, reaching Xiamen at 15.05, while Sunday departures will leave at 12.35 and arrive at 17.00. The return flight, TG611, is timed to get passengers back to Bangkok in the evening, which should make same-day hotel check-ins and onward connections easier. The route is expected to take about three hours and 25 minutes. </w:t>
      </w:r>
      <w:r/>
    </w:p>
    <w:p>
      <w:r/>
      <w:r>
        <w:t xml:space="preserve">The service also gives leisure travellers another non-stop option to a city known for its harbour setting and access to Gulangyu Island, one of the area’s best-known visitor spots. Thai Airways had last flown Bangkok-Xiamen before the pandemic, when the route was suspended in March 2020 as international travel shut down. The airline has since pared back and rebuilt parts of its network, and the return to Xiamen comes alongside the arrival of newer narrow-body aircraft, which are better suited to medium-haul regional routes. </w:t>
      </w:r>
      <w:r/>
    </w:p>
    <w:p>
      <w:r/>
      <w:r>
        <w:t xml:space="preserve">For now, Thai Airways will face stiff competition. FlightsFrom.com shows Xiamen Airlines already operating multiple daily services on the route, while Thai’s own booking site is listing round-trip economy fares from THB10,030, making it easier for travellers to compare price, timing and convenience. Xiamen Airlines also offers onward domestic links through Bangkok Airways to Thai beach and island destinations such as Krabi, Samui, Phuket and Chiang Mai, so passengers planning a wider Thailand trip may want to weigh both the schedule and the connections before booking.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w:t>
      </w:r>
      <w:hyperlink r:id="rId10">
        <w:r>
          <w:rPr>
            <w:color w:val="0000EE"/>
            <w:u w:val="single"/>
          </w:rPr>
          <w:t>[6]</w:t>
        </w:r>
      </w:hyperlink>
      <w:r>
        <w:t xml:space="preserve">- Paragraph 3: </w:t>
      </w:r>
      <w:hyperlink r:id="rId9">
        <w:r>
          <w:rPr>
            <w:color w:val="0000EE"/>
            <w:u w:val="single"/>
          </w:rPr>
          <w:t>[2]</w:t>
        </w:r>
      </w:hyperlink>
      <w:r>
        <w:t xml:space="preserve">, </w:t>
      </w:r>
      <w:hyperlink r:id="rId11">
        <w:r>
          <w:rPr>
            <w:color w:val="0000EE"/>
            <w:u w:val="single"/>
          </w:rPr>
          <w:t>[3]</w:t>
        </w:r>
      </w:hyperlink>
      <w:r>
        <w:t xml:space="preserve">, </w:t>
      </w:r>
      <w:hyperlink r:id="rId12">
        <w:r>
          <w:rPr>
            <w:color w:val="0000EE"/>
            <w:u w:val="single"/>
          </w:rPr>
          <w:t>[5]</w:t>
        </w:r>
      </w:hyperlink>
      <w:r>
        <w:t xml:space="preserve">, </w:t>
      </w:r>
      <w:hyperlink r:id="rId10">
        <w:r>
          <w:rPr>
            <w:color w:val="0000EE"/>
            <w:u w:val="single"/>
          </w:rPr>
          <w:t>[6]</w:t>
        </w:r>
      </w:hyperlink>
      <w:r>
        <w:t xml:space="preserve">- Paragraph 4: </w:t>
      </w:r>
      <w:hyperlink r:id="rId11">
        <w:r>
          <w:rPr>
            <w:color w:val="0000EE"/>
            <w:u w:val="single"/>
          </w:rPr>
          <w:t>[3]</w:t>
        </w:r>
      </w:hyperlink>
      <w:r>
        <w:t xml:space="preserve">, </w:t>
      </w:r>
      <w:hyperlink r:id="rId13">
        <w:r>
          <w:rPr>
            <w:color w:val="0000EE"/>
            <w:u w:val="single"/>
          </w:rPr>
          <w:t>[4]</w:t>
        </w:r>
      </w:hyperlink>
      <w:r>
        <w:t xml:space="preserve">, </w:t>
      </w:r>
      <w:hyperlink r:id="rId10">
        <w:r>
          <w:rPr>
            <w:color w:val="0000EE"/>
            <w:u w:val="single"/>
          </w:rPr>
          <w:t>[6]</w:t>
        </w:r>
      </w:hyperlink>
      <w:r>
        <w:t xml:space="preserve">, </w:t>
      </w:r>
      <w:hyperlink r:id="rId14">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https://www.ttrweekly.com/site/2026/08/thai-returns-to-xiamen-this-october/</w:t>
        </w:r>
      </w:hyperlink>
      <w:r>
        <w:t xml:space="preserve"> - Please view link - unable to able to access data</w:t>
      </w:r>
      <w:r/>
    </w:p>
    <w:p>
      <w:pPr>
        <w:pStyle w:val="ListNumber"/>
        <w:spacing w:line="240" w:lineRule="auto"/>
        <w:ind w:left="720"/>
      </w:pPr>
      <w:r/>
      <w:hyperlink r:id="rId9">
        <w:r>
          <w:rPr>
            <w:color w:val="0000EE"/>
            <w:u w:val="single"/>
          </w:rPr>
          <w:t>https://www.ttrweekly.com/site/2026/08/thai-returns-to-xiamen-this-october/</w:t>
        </w:r>
      </w:hyperlink>
      <w:r>
        <w:t xml:space="preserve"> - Thai Airways International has announced the resumption of direct flights between Bangkok's Suvarnabhumi Airport (BKK) and Xiamen Gaoqi International Airport (XMN) starting 25 October 2026. The airline will operate four weekly flights on Tuesdays, Thursdays, Saturdays, and Sundays, with varying departure times on Sundays. These flights are available for booking from 25 October 2026 through 27 March 2027. The service aims to reconnect Bangkok with China's Fujian province, catering to both business and leisure travellers. Xiamen is renowned for its scenic coastal attractions, including Gulangyu Island. Thai Airways had previously suspended this route on 25 March 2020 due to the COVID-19 pandemic, which led to global travel disruptions. The airline's return to this route aligns with the delivery schedule for new narrow-body aircraft, such as the Airbus A321neo, which are more suitable for regional Chinese routes compared to larger wide-body jets. The flight schedule is as follows: TG610 departs Bangkok at 1040 and arrives in Xiamen at 1505 on Tuesday, Thursday, and Saturday; TG610 departs Bangkok at 1235 and arrives in Xiamen at 1700 on Sunday; TG611 departs Xiamen at 1610 and arrives in Bangkok at 1830 on Tuesday, Thursday, and Saturday; TG611 departs Xiamen at 1755 and arrives in Bangkok at 2015 on Sunday. Thai Airways will compete directly with Xiamen Airlines, which operates 21 weekly flights on this route using an A321neo with 208 seats. Xiamen Airlines offers daily departures from Xiamen at 0150, 1215, and 1740. Additionally, Xiamen Airlines has an interline agreement with Bangkok Airways, providing connections to domestic holiday destinations such as Krabi, Samui, Phuket, and Chiang Mai. Thai Airways will operate the route four times weekly using an A321neo with 175 seats, with a flight time of approximately three hours and 25 minutes. The average round-trip fare on this route is USD 330.</w:t>
      </w:r>
      <w:r/>
    </w:p>
    <w:p>
      <w:pPr>
        <w:pStyle w:val="ListNumber"/>
        <w:spacing w:line="240" w:lineRule="auto"/>
        <w:ind w:left="720"/>
      </w:pPr>
      <w:r/>
      <w:hyperlink r:id="rId11">
        <w:r>
          <w:rPr>
            <w:color w:val="0000EE"/>
            <w:u w:val="single"/>
          </w:rPr>
          <w:t>https://www.flightsfrom.com/BKK-XMN</w:t>
        </w:r>
      </w:hyperlink>
      <w:r>
        <w:t xml:space="preserve"> - FlightsFrom.com provides detailed information on direct flights from Bangkok's Suvarnabhumi Airport (BKK) to Xiamen Gaoqi International Airport (XMN). The route is operated by both Xiamen Airlines and Thai Airways International, with a flight time of approximately 3 hours and 30 minutes. Xiamen Airlines offers three daily flights, while Thai Airways International is scheduled to commence flights on 25 October 2026. The website offers a monthly and weekly flight schedule, allowing users to view all direct flight departures from BKK to XMN. The platform also provides information on airlines operating the route, aircraft types, and options for price searches.</w:t>
      </w:r>
      <w:r/>
    </w:p>
    <w:p>
      <w:pPr>
        <w:pStyle w:val="ListNumber"/>
        <w:spacing w:line="240" w:lineRule="auto"/>
        <w:ind w:left="720"/>
      </w:pPr>
      <w:r/>
      <w:hyperlink r:id="rId13">
        <w:r>
          <w:rPr>
            <w:color w:val="0000EE"/>
            <w:u w:val="single"/>
          </w:rPr>
          <w:t>https://www.thaiairways.com/en-us/plan-trip/flight-schedule/</w:t>
        </w:r>
      </w:hyperlink>
      <w:r>
        <w:t xml:space="preserve"> - Thai Airways International's official website offers a comprehensive flight schedule, including routes from Los Angeles (LAX) to Bangkok (BKK). The platform allows users to plan and book flights, view departure and return times, and search for flights based on specific dates and destinations. The website also provides information on popular flights, such as those from New York, San Francisco, and Seattle to Bangkok. Additionally, users can subscribe to newsletters for the latest updates and promotions, and manage their trips through a digital travel companion app.</w:t>
      </w:r>
      <w:r/>
    </w:p>
    <w:p>
      <w:pPr>
        <w:pStyle w:val="ListNumber"/>
        <w:spacing w:line="240" w:lineRule="auto"/>
        <w:ind w:left="720"/>
      </w:pPr>
      <w:r/>
      <w:hyperlink r:id="rId12">
        <w:r>
          <w:rPr>
            <w:color w:val="0000EE"/>
            <w:u w:val="single"/>
          </w:rPr>
          <w:t>https://info.flightmapper.net/flight/Thai_Airways_TG_612</w:t>
        </w:r>
      </w:hyperlink>
      <w:r>
        <w:t xml:space="preserve"> - FlightMapper.net provides detailed information on Thai Airways flight TG612, which operates from Bangkok Suvarnabhumi Airport (BKK) to Kunming Airport (KMG). The flight is scheduled daily, with departure at 10:45 from BKK and arrival at 14:00 at KMG. The flight duration is approximately 2 hours and 15 minutes, and the aircraft used is an Airbus A350-900. The schedule is effective from 29 March 2026 through 24 October 2026. The website offers users the ability to select flight dates and view detailed flight information, including departure and arrival times, aircraft type, and flight duration.</w:t>
      </w:r>
      <w:r/>
    </w:p>
    <w:p>
      <w:pPr>
        <w:pStyle w:val="ListNumber"/>
        <w:spacing w:line="240" w:lineRule="auto"/>
        <w:ind w:left="720"/>
      </w:pPr>
      <w:r/>
      <w:hyperlink r:id="rId10">
        <w:r>
          <w:rPr>
            <w:color w:val="0000EE"/>
            <w:u w:val="single"/>
          </w:rPr>
          <w:t>https://www.thaiairways.com/flights/en/flights-from-bangkok-to-xiamen</w:t>
        </w:r>
      </w:hyperlink>
      <w:r>
        <w:t xml:space="preserve"> - Thai Airways International's official website provides information on flights from Bangkok (BKK) to Xiamen (XMN). The platform displays fares for various months, including October 2026, and offers options to find the best deals. Users can view round-trip and one-way fares in both Economy and Business classes, with prices starting from THB 10,030 for round-trip Economy class. The website also provides information on popular destinations and allows users to explore Thai Airways' top-pick destinations, such as Seoul, Chiang Mai, Phuket, Tokyo, Osaka, Shanghai, Hong Kong, Singapore, London, and others.</w:t>
      </w:r>
      <w:r/>
    </w:p>
    <w:p>
      <w:pPr>
        <w:pStyle w:val="ListNumber"/>
        <w:spacing w:line="240" w:lineRule="auto"/>
        <w:ind w:left="720"/>
      </w:pPr>
      <w:r/>
      <w:hyperlink r:id="rId14">
        <w:r>
          <w:rPr>
            <w:color w:val="0000EE"/>
            <w:u w:val="single"/>
          </w:rPr>
          <w:t>https://www.flightsfrom.com/XMN-BKK</w:t>
        </w:r>
      </w:hyperlink>
      <w:r>
        <w:t xml:space="preserve"> - FlightsFrom.com offers detailed information on direct flights from Xiamen Gaoqi International Airport (XMN) to Bangkok's Suvarnabhumi Airport (BKK). The route is operated by both Xiamen Airlines and Thai Airways International, with a flight time of approximately 3 hours and 40 minutes. Xiamen Airlines offers three daily flights on this route. The website provides a monthly and weekly flight schedule, allowing users to view all direct flight departures from XMN to BKK. The platform also offers information on airlines operating the route, aircraft types, and options for price searches.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trweekly.com/site/2026/08/thai-returns-to-xiamen-this-october/" TargetMode="External"/><Relationship Id="rId10" Type="http://schemas.openxmlformats.org/officeDocument/2006/relationships/hyperlink" Target="https://www.thaiairways.com/flights/en/flights-from-bangkok-to-xiamen" TargetMode="External"/><Relationship Id="rId11" Type="http://schemas.openxmlformats.org/officeDocument/2006/relationships/hyperlink" Target="https://www.flightsfrom.com/BKK-XMN" TargetMode="External"/><Relationship Id="rId12" Type="http://schemas.openxmlformats.org/officeDocument/2006/relationships/hyperlink" Target="https://info.flightmapper.net/flight/Thai_Airways_TG_612" TargetMode="External"/><Relationship Id="rId13" Type="http://schemas.openxmlformats.org/officeDocument/2006/relationships/hyperlink" Target="https://www.thaiairways.com/en-us/plan-trip/flight-schedule/" TargetMode="External"/><Relationship Id="rId14" Type="http://schemas.openxmlformats.org/officeDocument/2006/relationships/hyperlink" Target="https://www.flightsfrom.com/XMN-BKK"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