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Geneva to Phuket route offers new affordable winter escape with included baggage and meals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Travellers looking ahead to a winter escape to Thailand may find a new budget-friendly option from Geneva to Phuket, with fares on some booking sites starting from around €469 return for journeys between September and December 2026, according to the deal listing on TravelFree. Etihad Airways is also advertising the route from Geneva at prices from CHF 492, though the airline notes that the journey includes a stop in Abu Dhabi. </w:t>
      </w:r>
      <w:r/>
    </w:p>
    <w:p>
      <w:r/>
      <w:r>
        <w:t xml:space="preserve">For holidaymakers, the main appeal is convenience rather than speed. A one-stop itinerary can make Phuket more accessible from Switzerland without the need to piece together separate connections, and Etihad says the service is available for travel from August 2026 onwards. That timing may suit travellers planning beach breaks, long-haul winter sun trips or a longer Thailand itinerary built around Phuket as a starting point. </w:t>
      </w:r>
      <w:r/>
    </w:p>
    <w:p>
      <w:r/>
      <w:r>
        <w:t xml:space="preserve">The fare may also be more attractive than it first appears because Etihad says hand baggage, a personal item and meals are included. For travellers trying to keep total trip costs down, that can matter as much as the headline ticket price, particularly on a long-haul flight where add-ons often push the final cost higher. Etihad’s baggage policy also allows extra luggage to be purchased if needed. </w:t>
      </w:r>
      <w:r/>
    </w:p>
    <w:p>
      <w:r/>
      <w:r>
        <w:t xml:space="preserve">Phuket remains the obvious draw. Etihad highlights the island’s beaches, Old Phuket Town and rainforest trails, which makes it a useful base for travellers who want both relaxed resort stays and easier access to local sights. Fare-comparison sites such as Go Voyages and Opodo Switzerland show that prices can vary sharply by date, with some one-stop options appearing lower than the headline TravelFree deal, so checking several departure windows may pay off. </w:t>
      </w:r>
      <w:r/>
    </w:p>
    <w:p>
      <w:r/>
      <w:r>
        <w:t xml:space="preserve">For anyone planning a Thailand holiday, the key takeaway is that this route offers a straightforward way to reach Phuket with some useful extras already bundled in. The stop in Abu Dhabi means the journey is not the quickest, but the combination of route choice, included services and broadly competitive pricing could make it a practical option for travellers prioritising value over speed.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https://travelfree.info/cheap-flights-from-geneva-to-phuket-thailand/</w:t>
        </w:r>
      </w:hyperlink>
      <w:r>
        <w:t xml:space="preserve"> - Please view link - unable to able to access data</w:t>
      </w:r>
      <w:r/>
    </w:p>
    <w:p>
      <w:pPr>
        <w:pStyle w:val="ListNumber"/>
        <w:spacing w:line="240" w:lineRule="auto"/>
        <w:ind w:left="720"/>
      </w:pPr>
      <w:r/>
      <w:hyperlink r:id="rId10">
        <w:r>
          <w:rPr>
            <w:color w:val="0000EE"/>
            <w:u w:val="single"/>
          </w:rPr>
          <w:t>https://www.etihad.com/en/flights/flights-from-geneva-to-phuket</w:t>
        </w:r>
      </w:hyperlink>
      <w:r>
        <w:t xml:space="preserve"> - Etihad Airways offers flights from Geneva to Phuket starting at CHF 492. The route features a stopover in Abu Dhabi, providing passengers with an opportunity to explore the UAE's capital city. The airline highlights Phuket's attractions, including its beaches, Old Phuket Town, and rainforest trails leading to hidden waterfalls. This service is available for travel dates from August 2026 onwards.</w:t>
      </w:r>
      <w:r/>
    </w:p>
    <w:p>
      <w:pPr>
        <w:pStyle w:val="ListNumber"/>
        <w:spacing w:line="240" w:lineRule="auto"/>
        <w:ind w:left="720"/>
      </w:pPr>
      <w:r/>
      <w:hyperlink r:id="rId12">
        <w:r>
          <w:rPr>
            <w:color w:val="0000EE"/>
            <w:u w:val="single"/>
          </w:rPr>
          <w:t>https://www.etihad.com/en-us/fly-etihad/baggage/cabin-bags</w:t>
        </w:r>
      </w:hyperlink>
      <w:r>
        <w:t xml:space="preserve"> - Etihad Airways' baggage policy includes allowances for hand baggage measuring up to 56 x 36 x 23 cm, a personal item, and meals. Passengers can also purchase additional baggage allowance if needed. The airline provides detailed information on baggage allowances and excess baggage fees, ensuring travellers are well-informed about their luggage options.</w:t>
      </w:r>
      <w:r/>
    </w:p>
    <w:p>
      <w:pPr>
        <w:pStyle w:val="ListNumber"/>
        <w:spacing w:line="240" w:lineRule="auto"/>
        <w:ind w:left="720"/>
      </w:pPr>
      <w:r/>
      <w:hyperlink r:id="rId11">
        <w:r>
          <w:rPr>
            <w:color w:val="0000EE"/>
            <w:u w:val="single"/>
          </w:rPr>
          <w:t>https://www.govoyages.com/compagnie-aerienne/EY/etihad-airways/GVA/geneve/HKT/phuket/</w:t>
        </w:r>
      </w:hyperlink>
      <w:r>
        <w:t xml:space="preserve"> - Go Voyages lists Etihad Airways flights from Geneva to Phuket, with prices starting at €341 for a one-stop journey. The platform offers various travel dates and options, allowing users to compare prices and choose the most suitable flights. This service provides flexibility and competitive pricing for travellers planning their trip to Phuket.</w:t>
      </w:r>
      <w:r/>
    </w:p>
    <w:p>
      <w:pPr>
        <w:pStyle w:val="ListNumber"/>
        <w:spacing w:line="240" w:lineRule="auto"/>
        <w:ind w:left="720"/>
      </w:pPr>
      <w:r/>
      <w:hyperlink r:id="rId14">
        <w:r>
          <w:rPr>
            <w:color w:val="0000EE"/>
            <w:u w:val="single"/>
          </w:rPr>
          <w:t>https://www.opodo.ch/fr/vol/compagnie-aerienne/EY/etihad-airways/GVA/geneve/HKT/phuket/</w:t>
        </w:r>
      </w:hyperlink>
      <w:r>
        <w:t xml:space="preserve"> - Opodo Switzerland offers Etihad Airways flights from Geneva to Phuket, with fares beginning at CHF 311 for a one-stop flight. The platform provides a range of travel dates and options, enabling users to compare prices and select flights that best fit their schedules. This service caters to travellers seeking affordable and convenient flight options to Phuket.</w:t>
      </w:r>
      <w:r/>
    </w:p>
    <w:p>
      <w:pPr>
        <w:pStyle w:val="ListNumber"/>
        <w:spacing w:line="240" w:lineRule="auto"/>
        <w:ind w:left="720"/>
      </w:pPr>
      <w:r/>
      <w:hyperlink r:id="rId16">
        <w:r>
          <w:rPr>
            <w:color w:val="0000EE"/>
            <w:u w:val="single"/>
          </w:rPr>
          <w:t>https://www.happyfares.in/flights/airline/etihad/geneva-phuket</w:t>
        </w:r>
      </w:hyperlink>
      <w:r>
        <w:t xml:space="preserve"> - HappyFares provides information on Etihad Airways flights from Geneva to Phuket, with fares starting at ₹1,19,025. The platform allows users to compare different fare classes and book flights directly, offering a user-friendly experience for travellers planning their journey to Phuket.</w:t>
      </w:r>
      <w:r/>
    </w:p>
    <w:p>
      <w:pPr>
        <w:pStyle w:val="ListNumber"/>
        <w:spacing w:line="240" w:lineRule="auto"/>
        <w:ind w:left="720"/>
      </w:pPr>
      <w:r/>
      <w:hyperlink r:id="rId13">
        <w:r>
          <w:rPr>
            <w:color w:val="0000EE"/>
            <w:u w:val="single"/>
          </w:rPr>
          <w:t>https://www.seatmaestro.com/airlines-seating-maps/etihad-airways/baggage-and-carry-on-allowance/</w:t>
        </w:r>
      </w:hyperlink>
      <w:r>
        <w:t xml:space="preserve"> - SeatMaestro details Etihad Airways' baggage and carry-on policies, including allowances for hand baggage and personal items. The platform provides comprehensive information on baggage sizes, weight limits, and excess baggage fees, helping travellers understand the airline's luggage regulations and plan accordingly for their trip.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cheap-flights-from-geneva-to-phuket-thailand/" TargetMode="External"/><Relationship Id="rId10" Type="http://schemas.openxmlformats.org/officeDocument/2006/relationships/hyperlink" Target="https://www.etihad.com/en/flights/flights-from-geneva-to-phuket" TargetMode="External"/><Relationship Id="rId11" Type="http://schemas.openxmlformats.org/officeDocument/2006/relationships/hyperlink" Target="https://www.govoyages.com/compagnie-aerienne/EY/etihad-airways/GVA/geneve/HKT/phuket/" TargetMode="External"/><Relationship Id="rId12" Type="http://schemas.openxmlformats.org/officeDocument/2006/relationships/hyperlink" Target="https://www.etihad.com/en-us/fly-etihad/baggage/cabin-bags" TargetMode="External"/><Relationship Id="rId13" Type="http://schemas.openxmlformats.org/officeDocument/2006/relationships/hyperlink" Target="https://www.seatmaestro.com/airlines-seating-maps/etihad-airways/baggage-and-carry-on-allowance/" TargetMode="External"/><Relationship Id="rId14" Type="http://schemas.openxmlformats.org/officeDocument/2006/relationships/hyperlink" Target="https://www.opodo.ch/fr/vol/compagnie-aerienne/EY/etihad-airways/GVA/geneve/HKT/phuket/" TargetMode="External"/><Relationship Id="rId15" Type="http://schemas.openxmlformats.org/officeDocument/2006/relationships/hyperlink" Target="https://www.noahwire.com" TargetMode="External"/><Relationship Id="rId16" Type="http://schemas.openxmlformats.org/officeDocument/2006/relationships/hyperlink" Target="https://www.happyfares.in/flights/airline/etihad/geneva-phu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