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Air China offers competitive Stockholm to Thailand and Sri Lanka routes with bundled fares for autumn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Travellers in Stockholm looking ahead to autumn 2026 have a new long-haul option to Thailand and Sri Lanka, with fares advertised from €437 return on Air China through Beijing. The deal covers journeys to Chiang Mai and Colombo, and the selling point is simple: it is a full-service ticket that includes checked baggage, hand baggage and meals, which can make the headline price easier to compare against low-cost alternatives that add extras later.</w:t>
      </w:r>
      <w:r/>
    </w:p>
    <w:p>
      <w:r/>
      <w:r>
        <w:t>For holidaymakers heading to Thailand, the most relevant route is Stockholm to Chiang Mai, a city that works well for a northern Thailand itinerary, from temples and markets to day trips into the hills. The offer also suits travellers combining Thailand with Sri Lanka, since the same airline is listing Colombo as another destination on the route pattern. The fares shown on the deal page run through October and November 2026, with several examples clustered around the low-to-mid €400s.</w:t>
      </w:r>
      <w:r/>
    </w:p>
    <w:p>
      <w:r/>
      <w:r>
        <w:t>The journey is not a nonstop one. According to the deal listing, there is a lengthy layover in Beijing, which may actually appeal to some travellers who want a break in the middle of an otherwise very long trip. For others, it is worth weighing the savings against total travel time, especially if the aim is a straightforward beach break or a short city escape. Google Flights notes that there are no direct services from Stockholm to Chiang Mai, so a connection is unavoidable on this route. Expedia and Avionero both show Air China options on these city pairs at broadly similar price levels, although exact fares and dates vary.</w:t>
      </w:r>
      <w:r/>
    </w:p>
    <w:p>
      <w:r/>
      <w:r>
        <w:t>For those considering Sri Lanka as part of the same wider trip, the timing could be attractive: the deal page says EU citizens can use a free visa on arrival for a limited period, and travellers interested in Colombo may find that useful for planning a dual-country holiday. As ever, prices can move quickly, and the advertised fare is best treated as a snapshot rather than a guarantee. Anyone booking should check the final baggage rules, connection length and total journey time before paying.</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w:t>
      </w:r>
      <w:hyperlink r:id="rId10">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https://travelfree.info/flights-from-stockholm-to-sri-lanka-colombo-thailand-chiang-mai/</w:t>
        </w:r>
      </w:hyperlink>
      <w:r>
        <w:t xml:space="preserve"> - Please view link - unable to able to access data</w:t>
      </w:r>
      <w:r/>
    </w:p>
    <w:p>
      <w:pPr>
        <w:pStyle w:val="ListNumber"/>
        <w:spacing w:line="240" w:lineRule="auto"/>
        <w:ind w:left="720"/>
      </w:pPr>
      <w:r/>
      <w:hyperlink r:id="rId10">
        <w:r>
          <w:rPr>
            <w:color w:val="0000EE"/>
            <w:u w:val="single"/>
          </w:rPr>
          <w:t>https://www.expedia.se/lp/flyg/arn/cmb/stockholm-till-colombo?flightType=ONE_WAY</w:t>
        </w:r>
      </w:hyperlink>
      <w:r>
        <w:t xml:space="preserve"> - Expedia offers flights from Stockholm to Colombo starting at 2,828 SEK for one-way and 5,527 SEK for round-trip. Air China operates flights on this route, with departures on 12 November and returns on 13 December, priced at 5,527 SEK. Prices and availability are subject to change.</w:t>
      </w:r>
      <w:r/>
    </w:p>
    <w:p>
      <w:pPr>
        <w:pStyle w:val="ListNumber"/>
        <w:spacing w:line="240" w:lineRule="auto"/>
        <w:ind w:left="720"/>
      </w:pPr>
      <w:r/>
      <w:hyperlink r:id="rId11">
        <w:r>
          <w:rPr>
            <w:color w:val="0000EE"/>
            <w:u w:val="single"/>
          </w:rPr>
          <w:t>https://www.expedia.com/lp/flights/arn/cmb/stockholm-to-colombo</w:t>
        </w:r>
      </w:hyperlink>
      <w:r>
        <w:t xml:space="preserve"> - Expedia provides flights from Stockholm to Colombo with prices starting at $437 for one-way and $796 for round-trip. Air China offers flights departing on 17 November and returning on 1 December, priced at $796. Prices and availability are subject to change.</w:t>
      </w:r>
      <w:r/>
    </w:p>
    <w:p>
      <w:pPr>
        <w:pStyle w:val="ListNumber"/>
        <w:spacing w:line="240" w:lineRule="auto"/>
        <w:ind w:left="720"/>
      </w:pPr>
      <w:r/>
      <w:hyperlink r:id="rId12">
        <w:r>
          <w:rPr>
            <w:color w:val="0000EE"/>
            <w:u w:val="single"/>
          </w:rPr>
          <w:t>https://avionero.se/Stockholm-Chiang-Mai.STO-CNX</w:t>
        </w:r>
      </w:hyperlink>
      <w:r>
        <w:t xml:space="preserve"> - Avionero lists flights from Stockholm to Chiang Mai, with prices starting at 5,832 SEK for round-trip. Air China operates flights on this route, with departures on 13 March and returns on 26 March, priced at 5,740 SEK. Prices and availability are subject to change.</w:t>
      </w:r>
      <w:r/>
    </w:p>
    <w:p>
      <w:pPr>
        <w:pStyle w:val="ListNumber"/>
        <w:spacing w:line="240" w:lineRule="auto"/>
        <w:ind w:left="720"/>
      </w:pPr>
      <w:r/>
      <w:hyperlink r:id="rId16">
        <w:r>
          <w:rPr>
            <w:color w:val="0000EE"/>
            <w:u w:val="single"/>
          </w:rPr>
          <w:t>https://www.farecompare.com/flights/Stockholm-STO/Colombo-CMB/market.html</w:t>
        </w:r>
      </w:hyperlink>
      <w:r>
        <w:t xml:space="preserve"> - FareCompare offers flights from Stockholm to Colombo, with prices starting at $657 for round-trip. Air China operates flights with departures on 10 July and returns on 24 July, priced at $654. Prices and availability are subject to change.</w:t>
      </w:r>
      <w:r/>
    </w:p>
    <w:p>
      <w:pPr>
        <w:pStyle w:val="ListNumber"/>
        <w:spacing w:line="240" w:lineRule="auto"/>
        <w:ind w:left="720"/>
      </w:pPr>
      <w:r/>
      <w:hyperlink r:id="rId13">
        <w:r>
          <w:rPr>
            <w:color w:val="0000EE"/>
            <w:u w:val="single"/>
          </w:rPr>
          <w:t>https://www.google.com/travel/flights/flights-from-stockholm-to-chiang-mai.html</w:t>
        </w:r>
      </w:hyperlink>
      <w:r>
        <w:t xml:space="preserve"> - Google Flights provides information on flights from Stockholm to Chiang Mai, with the cheapest one-way flight priced at $561. The fastest flight with stops takes 13 hours and 55 minutes. There are no direct flights on this route.</w:t>
      </w:r>
      <w:r/>
    </w:p>
    <w:p>
      <w:pPr>
        <w:pStyle w:val="ListNumber"/>
        <w:spacing w:line="240" w:lineRule="auto"/>
        <w:ind w:left="720"/>
      </w:pPr>
      <w:r/>
      <w:hyperlink r:id="rId14">
        <w:r>
          <w:rPr>
            <w:color w:val="0000EE"/>
            <w:u w:val="single"/>
          </w:rPr>
          <w:t>https://www.google.com/travel/flights/flights-from-chiang-mai-to-colombo.html</w:t>
        </w:r>
      </w:hyperlink>
      <w:r>
        <w:t xml:space="preserve"> - Google Flights lists flights from Chiang Mai to Colombo, with the cheapest month to fly being May, with typical prices ranging from $390 to $510. The most expensive month is December, with typical prices ranging from $475 to $610.</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free.info/flights-from-stockholm-to-sri-lanka-colombo-thailand-chiang-mai/" TargetMode="External"/><Relationship Id="rId10" Type="http://schemas.openxmlformats.org/officeDocument/2006/relationships/hyperlink" Target="https://www.expedia.se/lp/flyg/arn/cmb/stockholm-till-colombo?flightType=ONE_WAY" TargetMode="External"/><Relationship Id="rId11" Type="http://schemas.openxmlformats.org/officeDocument/2006/relationships/hyperlink" Target="https://www.expedia.com/lp/flights/arn/cmb/stockholm-to-colombo" TargetMode="External"/><Relationship Id="rId12" Type="http://schemas.openxmlformats.org/officeDocument/2006/relationships/hyperlink" Target="https://avionero.se/Stockholm-Chiang-Mai.STO-CNX" TargetMode="External"/><Relationship Id="rId13" Type="http://schemas.openxmlformats.org/officeDocument/2006/relationships/hyperlink" Target="https://www.google.com/travel/flights/flights-from-stockholm-to-chiang-mai.html" TargetMode="External"/><Relationship Id="rId14" Type="http://schemas.openxmlformats.org/officeDocument/2006/relationships/hyperlink" Target="https://www.google.com/travel/flights/flights-from-chiang-mai-to-colombo.html" TargetMode="External"/><Relationship Id="rId15" Type="http://schemas.openxmlformats.org/officeDocument/2006/relationships/hyperlink" Target="https://www.noahwire.com" TargetMode="External"/><Relationship Id="rId16" Type="http://schemas.openxmlformats.org/officeDocument/2006/relationships/hyperlink" Target="https://www.farecompare.com/flights/Stockholm-STO/Colombo-CMB/marke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