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Low-cost flights from Dublin to Bangkok open up Thailand escapes ahead of peak holiday season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Travellers looking at Thailand for a winter escape may find one of the cheaper return options from Dublin to Bangkok in late 2026 on China Eastern, with fares advertised from €434 round-trip. The deal is for travel between October and November 2026, with examples shown for late October through late November, and it includes checked luggage, hand baggage and a meal, which can make the headline price more useful than it first appears for a long-haul journey. Travelers should still check the final total carefully, as bargain fares can change quickly.</w:t>
      </w:r>
      <w:r/>
    </w:p>
    <w:p>
      <w:r/>
      <w:r>
        <w:t>Lufthansa is also showing return flights on the same route from €599, according to its booking pages, while AirHint’s fare comparison for November 2026 places China Eastern among the lowest options at about $552. That gap suggests there is room to compare several booking channels before buying, especially if flexible dates are possible. For a leisure traveller, the main takeaway is that Bangkok remains reachable from Dublin at prices that can vary significantly depending on airline, dates and booking site.</w:t>
      </w:r>
      <w:r/>
    </w:p>
    <w:p>
      <w:r/>
      <w:r>
        <w:t>Bangkok remains the obvious first stop for many visitors because it is both a major arrival point and a practical base for exploring Thailand. Rainforest Cruises highlights the Grand Palace and the city’s floating markets among the country’s better-known sights, while Safari World is one of Bangkok’s long-established family attractions. More broadly, Thailand offers a wide spread of experiences, from street food and temples to beaches, wildlife and more laid-back island stays, so a cheaper fare into Bangkok can be a useful starting point for a wider trip rather than the whole holiday.</w:t>
      </w:r>
      <w:r/>
    </w:p>
    <w:p>
      <w:r/>
      <w:r>
        <w:t>For anyone planning ahead, the timing matters. The advertised fares sit in the shoulder months before the peak festive rush, which can suit travellers who want lower prices and less pressure on availability. If you are building a longer holiday around the flight, it may be worth thinking about whether to stay in Bangkok first, connect onwards to the south, or use the city as a few-night stop before moving elsewhere in Thailand.</w:t>
      </w:r>
      <w:r/>
    </w:p>
    <w:p>
      <w:pPr>
        <w:pStyle w:val="Heading3"/>
      </w:pPr>
      <w:r>
        <w:t>Source Reference Map</w:t>
      </w:r>
      <w:r/>
    </w:p>
    <w:p>
      <w:r/>
      <w:r>
        <w:rPr>
          <w:b/>
        </w:rPr>
        <w:t>Inspired by headline at:</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0">
        <w:r>
          <w:rPr>
            <w:color w:val="0000EE"/>
            <w:u w:val="single"/>
          </w:rPr>
          <w:t>[2]</w:t>
        </w:r>
      </w:hyperlink>
      <w:r>
        <w:t xml:space="preserve">, </w:t>
      </w:r>
      <w:hyperlink r:id="rId11">
        <w:r>
          <w:rPr>
            <w:color w:val="0000EE"/>
            <w:u w:val="single"/>
          </w:rPr>
          <w:t>[3]</w:t>
        </w:r>
      </w:hyperlink>
      <w:r>
        <w:t xml:space="preserve">- Paragraph 3: </w:t>
      </w:r>
      <w:hyperlink r:id="rId12">
        <w:r>
          <w:rPr>
            <w:color w:val="0000EE"/>
            <w:u w:val="single"/>
          </w:rPr>
          <w:t>[4]</w:t>
        </w:r>
      </w:hyperlink>
      <w:r>
        <w:t xml:space="preserve">, </w:t>
      </w:r>
      <w:hyperlink r:id="rId13">
        <w:r>
          <w:rPr>
            <w:color w:val="0000EE"/>
            <w:u w:val="single"/>
          </w:rPr>
          <w:t>[5]</w:t>
        </w:r>
      </w:hyperlink>
      <w:r>
        <w:t xml:space="preserve">, </w:t>
      </w:r>
      <w:hyperlink r:id="rId14">
        <w:r>
          <w:rPr>
            <w:color w:val="0000EE"/>
            <w:u w:val="single"/>
          </w:rPr>
          <w:t>[6]</w:t>
        </w:r>
      </w:hyperlink>
      <w:r>
        <w:t xml:space="preserve">, </w:t>
      </w:r>
      <w:hyperlink r:id="rId15">
        <w:r>
          <w:rPr>
            <w:color w:val="0000EE"/>
            <w:u w:val="single"/>
          </w:rPr>
          <w:t>[7]</w:t>
        </w:r>
      </w:hyperlink>
      <w:r>
        <w:t xml:space="preserve">- Paragraph 4: </w:t>
      </w:r>
      <w:hyperlink r:id="rId9">
        <w:r>
          <w:rPr>
            <w:color w:val="0000EE"/>
            <w:u w:val="single"/>
          </w:rPr>
          <w:t>[1]</w:t>
        </w:r>
      </w:hyperlink>
      <w:r>
        <w:t xml:space="preserve">, </w:t>
      </w:r>
      <w:hyperlink r:id="rId10">
        <w:r>
          <w:rPr>
            <w:color w:val="0000EE"/>
            <w:u w:val="single"/>
          </w:rPr>
          <w:t>[2]</w:t>
        </w:r>
      </w:hyperlink>
      <w:r>
        <w:t xml:space="preserve">, </w:t>
      </w:r>
      <w:hyperlink r:id="rId11">
        <w:r>
          <w:rPr>
            <w:color w:val="0000EE"/>
            <w:u w:val="single"/>
          </w:rPr>
          <w:t>[3]</w:t>
        </w:r>
      </w:hyperlink>
      <w:r/>
    </w:p>
    <w:p>
      <w:r/>
      <w:r>
        <w:t xml:space="preserve">Source: </w:t>
      </w:r>
      <w:hyperlink r:id="rId16">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https://travelfree.info/flights-dublin-bangkok/</w:t>
        </w:r>
      </w:hyperlink>
      <w:r>
        <w:t xml:space="preserve"> - Please view link - unable to able to access data</w:t>
      </w:r>
      <w:r/>
    </w:p>
    <w:p>
      <w:pPr>
        <w:pStyle w:val="ListNumber"/>
        <w:spacing w:line="240" w:lineRule="auto"/>
        <w:ind w:left="720"/>
      </w:pPr>
      <w:r/>
      <w:hyperlink r:id="rId10">
        <w:r>
          <w:rPr>
            <w:color w:val="0000EE"/>
            <w:u w:val="single"/>
          </w:rPr>
          <w:t>https://www.lufthansa.com/lhg/th/en/o-d/cy-cy/dublin-bangkok</w:t>
        </w:r>
      </w:hyperlink>
      <w:r>
        <w:t xml:space="preserve"> - Lufthansa offers flights from Dublin to Bangkok starting at €599 for a return trip. The flight covers approximately 9,877 km, with the lowest available fares in October and November 2026. Passengers can book their flights directly through Lufthansa's website, which provides detailed information on flight schedules and booking options.</w:t>
      </w:r>
      <w:r/>
    </w:p>
    <w:p>
      <w:pPr>
        <w:pStyle w:val="ListNumber"/>
        <w:spacing w:line="240" w:lineRule="auto"/>
        <w:ind w:left="720"/>
      </w:pPr>
      <w:r/>
      <w:hyperlink r:id="rId11">
        <w:r>
          <w:rPr>
            <w:color w:val="0000EE"/>
            <w:u w:val="single"/>
          </w:rPr>
          <w:t>https://deals.airhint.com/cheapest-deals/return/DUB/BKK/11</w:t>
        </w:r>
      </w:hyperlink>
      <w:r>
        <w:t xml:space="preserve"> - AirHint provides a comparison of the cheapest return flights from Dublin to Bangkok in November 2026. The data includes various airlines and prices, with China Eastern offering flights starting at $552. The platform allows users to select specific dates and view detailed flight options, assisting in finding the best deals for their travel plans.</w:t>
      </w:r>
      <w:r/>
    </w:p>
    <w:p>
      <w:pPr>
        <w:pStyle w:val="ListNumber"/>
        <w:spacing w:line="240" w:lineRule="auto"/>
        <w:ind w:left="720"/>
      </w:pPr>
      <w:r/>
      <w:hyperlink r:id="rId12">
        <w:r>
          <w:rPr>
            <w:color w:val="0000EE"/>
            <w:u w:val="single"/>
          </w:rPr>
          <w:t>https://www.top-rated.online/countries/Thailand/cities/Thailand/@tourist_attraction/top-rated</w:t>
        </w:r>
      </w:hyperlink>
      <w:r>
        <w:t xml:space="preserve"> - Top-Rated.Online presents a curated list of top-rated tourist attractions in Thailand, sorted by average review scores. The list includes various establishments such as 'Stone and Style: Creative Warehouse at Warehouse 30' and 'Asia Scenic Thai Cooking School,' each with high ratings and numerous reviews, offering exceptional quality and experiences for visitors.</w:t>
      </w:r>
      <w:r/>
    </w:p>
    <w:p>
      <w:pPr>
        <w:pStyle w:val="ListNumber"/>
        <w:spacing w:line="240" w:lineRule="auto"/>
        <w:ind w:left="720"/>
      </w:pPr>
      <w:r/>
      <w:hyperlink r:id="rId13">
        <w:r>
          <w:rPr>
            <w:color w:val="0000EE"/>
            <w:u w:val="single"/>
          </w:rPr>
          <w:t>https://www.rainforestcruises.com/guides/thailand-tourist-attractions</w:t>
        </w:r>
      </w:hyperlink>
      <w:r>
        <w:t xml:space="preserve"> - Rainforest Cruises highlights ten of the best tourist attractions in Thailand, including the Grand Palace and Bangkok’s Floating Markets. The article provides insights into these destinations, offering readers a glimpse into Thailand's rich cultural heritage and vibrant street life, making it a valuable resource for planning a visit.</w:t>
      </w:r>
      <w:r/>
    </w:p>
    <w:p>
      <w:pPr>
        <w:pStyle w:val="ListNumber"/>
        <w:spacing w:line="240" w:lineRule="auto"/>
        <w:ind w:left="720"/>
      </w:pPr>
      <w:r/>
      <w:hyperlink r:id="rId14">
        <w:r>
          <w:rPr>
            <w:color w:val="0000EE"/>
            <w:u w:val="single"/>
          </w:rPr>
          <w:t>https://en.wikipedia.org/wiki/Safari_World</w:t>
        </w:r>
      </w:hyperlink>
      <w:r>
        <w:t xml:space="preserve"> - Safari World, located in Bangkok, Thailand, is a major tourist attraction comprising two parks: Marine Park and Safari Park. Opened in 1988, it spans 480 acres and offers visitors a variety of wildlife experiences. The park is known for its diverse animal exhibits and entertainment shows, making it a popular destination for families and tourists.</w:t>
      </w:r>
      <w:r/>
    </w:p>
    <w:p>
      <w:pPr>
        <w:pStyle w:val="ListNumber"/>
        <w:spacing w:line="240" w:lineRule="auto"/>
        <w:ind w:left="720"/>
      </w:pPr>
      <w:r/>
      <w:hyperlink r:id="rId15">
        <w:r>
          <w:rPr>
            <w:color w:val="0000EE"/>
            <w:u w:val="single"/>
          </w:rPr>
          <w:t>https://www.youtube.com/watch?v=kmsuyGw6gQ4</w:t>
        </w:r>
      </w:hyperlink>
      <w:r>
        <w:t xml:space="preserve"> - This YouTube video introduces five tourist spots in Thailand that are worth visiting, including the River Kwai Bridge, Baiyoke Sky Hotel Observation Deck, Sriracha, Wat Pho, and Wat Arun. The video provides visual insights into these destinations, offering viewers a glimpse into Thailand's diverse attractions and cultural landmarks.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travelfree.info/flights-dublin-bangkok/" TargetMode="External"/><Relationship Id="rId10" Type="http://schemas.openxmlformats.org/officeDocument/2006/relationships/hyperlink" Target="https://www.lufthansa.com/lhg/th/en/o-d/cy-cy/dublin-bangkok" TargetMode="External"/><Relationship Id="rId11" Type="http://schemas.openxmlformats.org/officeDocument/2006/relationships/hyperlink" Target="https://deals.airhint.com/cheapest-deals/return/DUB/BKK/11" TargetMode="External"/><Relationship Id="rId12" Type="http://schemas.openxmlformats.org/officeDocument/2006/relationships/hyperlink" Target="https://www.top-rated.online/countries/Thailand/cities/Thailand/@tourist_attraction/top-rated" TargetMode="External"/><Relationship Id="rId13" Type="http://schemas.openxmlformats.org/officeDocument/2006/relationships/hyperlink" Target="https://www.rainforestcruises.com/guides/thailand-tourist-attractions" TargetMode="External"/><Relationship Id="rId14" Type="http://schemas.openxmlformats.org/officeDocument/2006/relationships/hyperlink" Target="https://en.wikipedia.org/wiki/Safari_World" TargetMode="External"/><Relationship Id="rId15" Type="http://schemas.openxmlformats.org/officeDocument/2006/relationships/hyperlink" Target="https://www.youtube.com/watch?v=kmsuyGw6gQ4" TargetMode="External"/><Relationship Id="rId16"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